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4DE5BB" w14:textId="77777777" w:rsidR="00903091" w:rsidRDefault="00903091" w:rsidP="00CB7CC1">
      <w:pPr>
        <w:spacing w:after="0" w:line="240" w:lineRule="auto"/>
        <w:rPr>
          <w:rFonts w:ascii="Times New Roman" w:hAnsi="Times New Roman" w:cs="Times New Roman"/>
        </w:rPr>
      </w:pPr>
      <w:r>
        <w:rPr>
          <w:noProof/>
        </w:rPr>
        <mc:AlternateContent>
          <mc:Choice Requires="wps">
            <w:drawing>
              <wp:anchor distT="0" distB="0" distL="114300" distR="114300" simplePos="0" relativeHeight="251659264" behindDoc="0" locked="0" layoutInCell="1" allowOverlap="1" wp14:anchorId="3376CDF3" wp14:editId="6FC7B5D9">
                <wp:simplePos x="0" y="0"/>
                <wp:positionH relativeFrom="column">
                  <wp:posOffset>0</wp:posOffset>
                </wp:positionH>
                <wp:positionV relativeFrom="paragraph">
                  <wp:posOffset>0</wp:posOffset>
                </wp:positionV>
                <wp:extent cx="1828800" cy="1828800"/>
                <wp:effectExtent l="0" t="0" r="0" b="0"/>
                <wp:wrapNone/>
                <wp:docPr id="1" name="Textové pole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AD2CAD4" w14:textId="77777777" w:rsidR="00BC6AFF" w:rsidRPr="00903091" w:rsidRDefault="00BC6AFF" w:rsidP="00903091">
                            <w:pPr>
                              <w:spacing w:after="80"/>
                              <w:jc w:val="center"/>
                              <w:rPr>
                                <w:rFonts w:ascii="Times New Roman" w:hAnsi="Times New Roman" w:cs="Times New Roman"/>
                                <w:b/>
                                <w:color w:val="4F81BD" w:themeColor="accent1"/>
                                <w:spacing w:val="10"/>
                                <w:sz w:val="52"/>
                                <w:szCs w:val="72"/>
                                <w14:glow w14:rad="38100">
                                  <w14:schemeClr w14:val="accent1">
                                    <w14:alpha w14:val="60000"/>
                                  </w14:schemeClr>
                                </w14:glow>
                                <w14:textOutline w14:w="9525" w14:cap="flat" w14:cmpd="sng" w14:algn="ctr">
                                  <w14:solidFill>
                                    <w14:schemeClr w14:val="tx1"/>
                                  </w14:solidFill>
                                  <w14:prstDash w14:val="solid"/>
                                  <w14:round/>
                                </w14:textOutline>
                              </w:rPr>
                            </w:pPr>
                            <w:r w:rsidRPr="00903091">
                              <w:rPr>
                                <w:rFonts w:ascii="Times New Roman" w:hAnsi="Times New Roman" w:cs="Times New Roman"/>
                                <w:b/>
                                <w:color w:val="4F81BD" w:themeColor="accent1"/>
                                <w:spacing w:val="10"/>
                                <w:sz w:val="52"/>
                                <w:szCs w:val="72"/>
                                <w14:glow w14:rad="38100">
                                  <w14:schemeClr w14:val="accent1">
                                    <w14:alpha w14:val="60000"/>
                                  </w14:schemeClr>
                                </w14:glow>
                                <w14:textOutline w14:w="9525" w14:cap="flat" w14:cmpd="sng" w14:algn="ctr">
                                  <w14:solidFill>
                                    <w14:schemeClr w14:val="tx1"/>
                                  </w14:solidFill>
                                  <w14:prstDash w14:val="solid"/>
                                  <w14:round/>
                                </w14:textOutline>
                              </w:rPr>
                              <w:t>Školský poriadok materskej školy</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3376CDF3" id="_x0000_t202" coordsize="21600,21600" o:spt="202" path="m,l,21600r21600,l21600,xe">
                <v:stroke joinstyle="miter"/>
                <v:path gradientshapeok="t" o:connecttype="rect"/>
              </v:shapetype>
              <v:shape id="Textové pole 1" o:spid="_x0000_s1026" type="#_x0000_t202" style="position:absolute;margin-left:0;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" filled="f" stroked="f">
                <v:textbox style="mso-fit-shape-to-text:t">
                  <w:txbxContent>
                    <w:p w14:paraId="7AD2CAD4" w14:textId="77777777" w:rsidR="00BC6AFF" w:rsidRPr="00903091" w:rsidRDefault="00BC6AFF" w:rsidP="00903091">
                      <w:pPr>
                        <w:spacing w:after="80"/>
                        <w:jc w:val="center"/>
                        <w:rPr>
                          <w:rFonts w:ascii="Times New Roman" w:hAnsi="Times New Roman" w:cs="Times New Roman"/>
                          <w:b/>
                          <w:color w:val="4F81BD" w:themeColor="accent1"/>
                          <w:spacing w:val="10"/>
                          <w:sz w:val="52"/>
                          <w:szCs w:val="72"/>
                          <w14:glow w14:rad="38100">
                            <w14:schemeClr w14:val="accent1">
                              <w14:alpha w14:val="60000"/>
                            </w14:schemeClr>
                          </w14:glow>
                          <w14:textOutline w14:w="9525" w14:cap="flat" w14:cmpd="sng" w14:algn="ctr">
                            <w14:solidFill>
                              <w14:schemeClr w14:val="tx1"/>
                            </w14:solidFill>
                            <w14:prstDash w14:val="solid"/>
                            <w14:round/>
                          </w14:textOutline>
                        </w:rPr>
                      </w:pPr>
                      <w:r w:rsidRPr="00903091">
                        <w:rPr>
                          <w:rFonts w:ascii="Times New Roman" w:hAnsi="Times New Roman" w:cs="Times New Roman"/>
                          <w:b/>
                          <w:color w:val="4F81BD" w:themeColor="accent1"/>
                          <w:spacing w:val="10"/>
                          <w:sz w:val="52"/>
                          <w:szCs w:val="72"/>
                          <w14:glow w14:rad="38100">
                            <w14:schemeClr w14:val="accent1">
                              <w14:alpha w14:val="60000"/>
                            </w14:schemeClr>
                          </w14:glow>
                          <w14:textOutline w14:w="9525" w14:cap="flat" w14:cmpd="sng" w14:algn="ctr">
                            <w14:solidFill>
                              <w14:schemeClr w14:val="tx1"/>
                            </w14:solidFill>
                            <w14:prstDash w14:val="solid"/>
                            <w14:round/>
                          </w14:textOutline>
                        </w:rPr>
                        <w:t>Školský poriadok materskej školy</w:t>
                      </w:r>
                    </w:p>
                  </w:txbxContent>
                </v:textbox>
              </v:shape>
            </w:pict>
          </mc:Fallback>
        </mc:AlternateContent>
      </w:r>
    </w:p>
    <w:p w14:paraId="7673382F" w14:textId="77777777" w:rsidR="00903091" w:rsidRDefault="00903091" w:rsidP="00CB7CC1">
      <w:pPr>
        <w:spacing w:after="0" w:line="240" w:lineRule="auto"/>
        <w:rPr>
          <w:rFonts w:ascii="Times New Roman" w:hAnsi="Times New Roman" w:cs="Times New Roman"/>
        </w:rPr>
      </w:pPr>
    </w:p>
    <w:p w14:paraId="3D3F49A7" w14:textId="77777777" w:rsidR="000A3713" w:rsidRDefault="000A3713" w:rsidP="00CB7CC1">
      <w:pPr>
        <w:spacing w:after="0" w:line="240" w:lineRule="auto"/>
        <w:rPr>
          <w:rFonts w:ascii="Times New Roman" w:hAnsi="Times New Roman" w:cs="Times New Roman"/>
        </w:rPr>
      </w:pPr>
    </w:p>
    <w:tbl>
      <w:tblPr>
        <w:tblStyle w:val="Mriekatabuky"/>
        <w:tblW w:w="0" w:type="auto"/>
        <w:tblInd w:w="-176" w:type="dxa"/>
        <w:tblLook w:val="04A0" w:firstRow="1" w:lastRow="0" w:firstColumn="1" w:lastColumn="0" w:noHBand="0" w:noVBand="1"/>
      </w:tblPr>
      <w:tblGrid>
        <w:gridCol w:w="3403"/>
        <w:gridCol w:w="5553"/>
      </w:tblGrid>
      <w:tr w:rsidR="00903091" w14:paraId="3BD1E888" w14:textId="77777777" w:rsidTr="00903091">
        <w:tc>
          <w:tcPr>
            <w:tcW w:w="3403" w:type="dxa"/>
          </w:tcPr>
          <w:p w14:paraId="3FF958C5" w14:textId="77777777" w:rsidR="00903091" w:rsidRDefault="00903091" w:rsidP="00CB7CC1">
            <w:pPr>
              <w:rPr>
                <w:rFonts w:ascii="Times New Roman" w:hAnsi="Times New Roman" w:cs="Times New Roman"/>
              </w:rPr>
            </w:pPr>
            <w:r>
              <w:rPr>
                <w:rFonts w:ascii="Times New Roman" w:hAnsi="Times New Roman" w:cs="Times New Roman"/>
              </w:rPr>
              <w:t>Názov materskej školy</w:t>
            </w:r>
          </w:p>
        </w:tc>
        <w:tc>
          <w:tcPr>
            <w:tcW w:w="5553" w:type="dxa"/>
          </w:tcPr>
          <w:p w14:paraId="5BCF53E2" w14:textId="77777777" w:rsidR="00903091" w:rsidRDefault="00903091" w:rsidP="00CB7CC1">
            <w:pPr>
              <w:rPr>
                <w:rFonts w:ascii="Times New Roman" w:hAnsi="Times New Roman" w:cs="Times New Roman"/>
              </w:rPr>
            </w:pPr>
            <w:r>
              <w:rPr>
                <w:rFonts w:ascii="Times New Roman" w:hAnsi="Times New Roman" w:cs="Times New Roman"/>
              </w:rPr>
              <w:t>MATERSKÁ ŠKOLA, KOVARCE 450</w:t>
            </w:r>
          </w:p>
        </w:tc>
      </w:tr>
      <w:tr w:rsidR="00903091" w14:paraId="2A3DF856" w14:textId="77777777" w:rsidTr="00903091">
        <w:trPr>
          <w:trHeight w:val="299"/>
        </w:trPr>
        <w:tc>
          <w:tcPr>
            <w:tcW w:w="3403" w:type="dxa"/>
          </w:tcPr>
          <w:p w14:paraId="7ED284AA" w14:textId="77777777" w:rsidR="00903091" w:rsidRDefault="00903091" w:rsidP="00CB7CC1">
            <w:pPr>
              <w:rPr>
                <w:rFonts w:ascii="Times New Roman" w:hAnsi="Times New Roman" w:cs="Times New Roman"/>
              </w:rPr>
            </w:pPr>
            <w:r w:rsidRPr="00D454F6">
              <w:rPr>
                <w:rFonts w:ascii="Times New Roman" w:hAnsi="Times New Roman" w:cs="Times New Roman"/>
              </w:rPr>
              <w:t>Spracovateľ</w:t>
            </w:r>
          </w:p>
        </w:tc>
        <w:tc>
          <w:tcPr>
            <w:tcW w:w="5553" w:type="dxa"/>
          </w:tcPr>
          <w:p w14:paraId="6D387719" w14:textId="77777777" w:rsidR="00903091" w:rsidRDefault="00903091" w:rsidP="00CB7CC1">
            <w:pPr>
              <w:rPr>
                <w:rFonts w:ascii="Times New Roman" w:hAnsi="Times New Roman" w:cs="Times New Roman"/>
              </w:rPr>
            </w:pPr>
            <w:r w:rsidRPr="00D454F6">
              <w:rPr>
                <w:rFonts w:ascii="Times New Roman" w:hAnsi="Times New Roman" w:cs="Times New Roman"/>
              </w:rPr>
              <w:t xml:space="preserve">Bc. </w:t>
            </w:r>
            <w:r>
              <w:rPr>
                <w:rFonts w:ascii="Times New Roman" w:hAnsi="Times New Roman" w:cs="Times New Roman"/>
              </w:rPr>
              <w:t xml:space="preserve">Lucia </w:t>
            </w:r>
            <w:proofErr w:type="spellStart"/>
            <w:r>
              <w:rPr>
                <w:rFonts w:ascii="Times New Roman" w:hAnsi="Times New Roman" w:cs="Times New Roman"/>
              </w:rPr>
              <w:t>Kertészová</w:t>
            </w:r>
            <w:proofErr w:type="spellEnd"/>
            <w:r w:rsidRPr="00D454F6">
              <w:rPr>
                <w:rFonts w:ascii="Times New Roman" w:hAnsi="Times New Roman" w:cs="Times New Roman"/>
              </w:rPr>
              <w:t>, riaditeľka</w:t>
            </w:r>
          </w:p>
        </w:tc>
      </w:tr>
      <w:tr w:rsidR="00903091" w14:paraId="639D6BA5" w14:textId="77777777" w:rsidTr="00903091">
        <w:trPr>
          <w:trHeight w:val="299"/>
        </w:trPr>
        <w:tc>
          <w:tcPr>
            <w:tcW w:w="3403" w:type="dxa"/>
          </w:tcPr>
          <w:p w14:paraId="266CD7A1" w14:textId="77777777" w:rsidR="00903091" w:rsidRPr="00D454F6" w:rsidRDefault="00722DFF" w:rsidP="00CB7CC1">
            <w:pPr>
              <w:rPr>
                <w:rFonts w:ascii="Times New Roman" w:hAnsi="Times New Roman" w:cs="Times New Roman"/>
              </w:rPr>
            </w:pPr>
            <w:r w:rsidRPr="00D454F6">
              <w:rPr>
                <w:rFonts w:ascii="Times New Roman" w:hAnsi="Times New Roman" w:cs="Times New Roman"/>
              </w:rPr>
              <w:t>V Rade školy prerokovaný</w:t>
            </w:r>
          </w:p>
        </w:tc>
        <w:tc>
          <w:tcPr>
            <w:tcW w:w="5553" w:type="dxa"/>
          </w:tcPr>
          <w:p w14:paraId="389913E8" w14:textId="0E47E259" w:rsidR="00903091" w:rsidRPr="00D454F6" w:rsidRDefault="00DE5581" w:rsidP="00CB7CC1">
            <w:pPr>
              <w:rPr>
                <w:rFonts w:ascii="Times New Roman" w:hAnsi="Times New Roman" w:cs="Times New Roman"/>
              </w:rPr>
            </w:pPr>
            <w:r>
              <w:rPr>
                <w:rFonts w:ascii="Times New Roman" w:hAnsi="Times New Roman" w:cs="Times New Roman"/>
              </w:rPr>
              <w:t>28.8.2026</w:t>
            </w:r>
          </w:p>
        </w:tc>
      </w:tr>
      <w:tr w:rsidR="00903091" w14:paraId="23738844" w14:textId="77777777" w:rsidTr="00903091">
        <w:trPr>
          <w:trHeight w:val="299"/>
        </w:trPr>
        <w:tc>
          <w:tcPr>
            <w:tcW w:w="3403" w:type="dxa"/>
          </w:tcPr>
          <w:p w14:paraId="293773E8" w14:textId="77777777" w:rsidR="00903091" w:rsidRPr="00D454F6" w:rsidRDefault="00722DFF" w:rsidP="00CB7CC1">
            <w:pPr>
              <w:rPr>
                <w:rFonts w:ascii="Times New Roman" w:hAnsi="Times New Roman" w:cs="Times New Roman"/>
              </w:rPr>
            </w:pPr>
            <w:r w:rsidRPr="00D454F6">
              <w:rPr>
                <w:rFonts w:ascii="Times New Roman" w:hAnsi="Times New Roman" w:cs="Times New Roman"/>
              </w:rPr>
              <w:t xml:space="preserve">V pedagogickej rade prerokovaný </w:t>
            </w:r>
          </w:p>
        </w:tc>
        <w:tc>
          <w:tcPr>
            <w:tcW w:w="5553" w:type="dxa"/>
          </w:tcPr>
          <w:p w14:paraId="4F665263" w14:textId="2076341F" w:rsidR="00903091" w:rsidRPr="00D454F6" w:rsidRDefault="00A54CC1" w:rsidP="00CB7CC1">
            <w:pPr>
              <w:rPr>
                <w:rFonts w:ascii="Times New Roman" w:hAnsi="Times New Roman" w:cs="Times New Roman"/>
              </w:rPr>
            </w:pPr>
            <w:r>
              <w:rPr>
                <w:rFonts w:ascii="Times New Roman" w:hAnsi="Times New Roman" w:cs="Times New Roman"/>
              </w:rPr>
              <w:t>24.8.2026</w:t>
            </w:r>
          </w:p>
        </w:tc>
      </w:tr>
      <w:tr w:rsidR="00722DFF" w14:paraId="47EA03C2" w14:textId="77777777" w:rsidTr="00903091">
        <w:trPr>
          <w:trHeight w:val="299"/>
        </w:trPr>
        <w:tc>
          <w:tcPr>
            <w:tcW w:w="3403" w:type="dxa"/>
          </w:tcPr>
          <w:p w14:paraId="223F6C8D" w14:textId="77777777" w:rsidR="00722DFF" w:rsidRPr="00D454F6" w:rsidRDefault="00722DFF" w:rsidP="00CB7CC1">
            <w:pPr>
              <w:rPr>
                <w:rFonts w:ascii="Times New Roman" w:hAnsi="Times New Roman" w:cs="Times New Roman"/>
              </w:rPr>
            </w:pPr>
            <w:r>
              <w:rPr>
                <w:rFonts w:ascii="Times New Roman" w:hAnsi="Times New Roman" w:cs="Times New Roman"/>
              </w:rPr>
              <w:t>Dátum vydania školského poriadku</w:t>
            </w:r>
          </w:p>
        </w:tc>
        <w:tc>
          <w:tcPr>
            <w:tcW w:w="5553" w:type="dxa"/>
          </w:tcPr>
          <w:p w14:paraId="76341A83" w14:textId="7E02E85F" w:rsidR="00722DFF" w:rsidRPr="00D454F6" w:rsidRDefault="00A54CC1" w:rsidP="00CB7CC1">
            <w:pPr>
              <w:rPr>
                <w:rFonts w:ascii="Times New Roman" w:hAnsi="Times New Roman" w:cs="Times New Roman"/>
              </w:rPr>
            </w:pPr>
            <w:r>
              <w:rPr>
                <w:rFonts w:ascii="Times New Roman" w:hAnsi="Times New Roman" w:cs="Times New Roman"/>
              </w:rPr>
              <w:t>September 2026</w:t>
            </w:r>
            <w:r w:rsidR="00722DFF">
              <w:rPr>
                <w:rFonts w:ascii="Times New Roman" w:hAnsi="Times New Roman" w:cs="Times New Roman"/>
              </w:rPr>
              <w:t xml:space="preserve"> </w:t>
            </w:r>
          </w:p>
        </w:tc>
      </w:tr>
      <w:tr w:rsidR="00903091" w14:paraId="1E029511" w14:textId="77777777" w:rsidTr="00903091">
        <w:trPr>
          <w:trHeight w:val="299"/>
        </w:trPr>
        <w:tc>
          <w:tcPr>
            <w:tcW w:w="3403" w:type="dxa"/>
          </w:tcPr>
          <w:p w14:paraId="779F002A" w14:textId="77777777" w:rsidR="00903091" w:rsidRDefault="00903091" w:rsidP="00CB7CC1">
            <w:pPr>
              <w:rPr>
                <w:rFonts w:ascii="Times New Roman" w:hAnsi="Times New Roman" w:cs="Times New Roman"/>
              </w:rPr>
            </w:pPr>
            <w:r>
              <w:rPr>
                <w:rFonts w:ascii="Times New Roman" w:hAnsi="Times New Roman" w:cs="Times New Roman"/>
              </w:rPr>
              <w:t>Počet listov</w:t>
            </w:r>
          </w:p>
        </w:tc>
        <w:tc>
          <w:tcPr>
            <w:tcW w:w="5553" w:type="dxa"/>
          </w:tcPr>
          <w:p w14:paraId="29D65188" w14:textId="36C5F36F" w:rsidR="00903091" w:rsidRDefault="00DE5581" w:rsidP="00CB7CC1">
            <w:pPr>
              <w:rPr>
                <w:rFonts w:ascii="Times New Roman" w:hAnsi="Times New Roman" w:cs="Times New Roman"/>
              </w:rPr>
            </w:pPr>
            <w:r>
              <w:rPr>
                <w:rFonts w:ascii="Times New Roman" w:hAnsi="Times New Roman" w:cs="Times New Roman"/>
              </w:rPr>
              <w:t>32</w:t>
            </w:r>
          </w:p>
        </w:tc>
      </w:tr>
    </w:tbl>
    <w:p w14:paraId="641D6BAA" w14:textId="77777777" w:rsidR="00903091" w:rsidRPr="00D454F6" w:rsidRDefault="00903091" w:rsidP="00CB7CC1">
      <w:pPr>
        <w:spacing w:after="0" w:line="240" w:lineRule="auto"/>
        <w:rPr>
          <w:rFonts w:ascii="Times New Roman" w:hAnsi="Times New Roman" w:cs="Times New Roman"/>
        </w:rPr>
      </w:pPr>
    </w:p>
    <w:p w14:paraId="57B84554" w14:textId="77777777" w:rsidR="000A3713" w:rsidRPr="008322F6" w:rsidRDefault="00D454F6" w:rsidP="00CB7CC1">
      <w:pPr>
        <w:spacing w:after="0" w:line="240" w:lineRule="auto"/>
        <w:jc w:val="center"/>
        <w:rPr>
          <w:rFonts w:ascii="Times New Roman" w:hAnsi="Times New Roman" w:cs="Times New Roman"/>
          <w:b/>
          <w:bCs/>
        </w:rPr>
      </w:pPr>
      <w:r w:rsidRPr="008322F6">
        <w:rPr>
          <w:rFonts w:ascii="Times New Roman" w:hAnsi="Times New Roman" w:cs="Times New Roman"/>
          <w:b/>
          <w:bCs/>
        </w:rPr>
        <w:t>Š K O L S K Ý   P O R I A D O K   O B S A H U J E:</w:t>
      </w:r>
    </w:p>
    <w:p w14:paraId="07B95B51" w14:textId="77777777" w:rsidR="008322F6" w:rsidRDefault="008322F6" w:rsidP="00CB7CC1">
      <w:pPr>
        <w:spacing w:after="0" w:line="240" w:lineRule="auto"/>
        <w:jc w:val="center"/>
        <w:rPr>
          <w:rFonts w:ascii="Times New Roman" w:hAnsi="Times New Roman" w:cs="Times New Roman"/>
          <w:b/>
        </w:rPr>
      </w:pPr>
    </w:p>
    <w:p w14:paraId="534888EC" w14:textId="59E6D655" w:rsidR="000A3713" w:rsidRPr="00903091" w:rsidRDefault="00D454F6" w:rsidP="00CB7CC1">
      <w:pPr>
        <w:spacing w:after="0" w:line="240" w:lineRule="auto"/>
        <w:jc w:val="center"/>
        <w:rPr>
          <w:rFonts w:ascii="Times New Roman" w:hAnsi="Times New Roman" w:cs="Times New Roman"/>
          <w:b/>
        </w:rPr>
      </w:pPr>
      <w:r w:rsidRPr="00903091">
        <w:rPr>
          <w:rFonts w:ascii="Times New Roman" w:hAnsi="Times New Roman" w:cs="Times New Roman"/>
          <w:b/>
        </w:rPr>
        <w:t>I.</w:t>
      </w:r>
    </w:p>
    <w:p w14:paraId="20B9A4AC" w14:textId="0BED6260" w:rsidR="000A3713" w:rsidRPr="00BC6AFF" w:rsidRDefault="00D454F6" w:rsidP="00CB7CC1">
      <w:pPr>
        <w:spacing w:after="0" w:line="240" w:lineRule="auto"/>
        <w:jc w:val="center"/>
        <w:rPr>
          <w:rFonts w:ascii="Times New Roman" w:hAnsi="Times New Roman" w:cs="Times New Roman"/>
        </w:rPr>
      </w:pPr>
      <w:r w:rsidRPr="005D3C99">
        <w:rPr>
          <w:rFonts w:ascii="Times New Roman" w:hAnsi="Times New Roman" w:cs="Times New Roman"/>
          <w:b/>
        </w:rPr>
        <w:t>Úvodné ustanovenia</w:t>
      </w:r>
      <w:r w:rsidR="00BC6AFF">
        <w:rPr>
          <w:rFonts w:ascii="Times New Roman" w:hAnsi="Times New Roman" w:cs="Times New Roman"/>
          <w:b/>
        </w:rPr>
        <w:t xml:space="preserve">  </w:t>
      </w:r>
      <w:r w:rsidR="00BC6AFF" w:rsidRPr="00BC6AFF">
        <w:rPr>
          <w:rFonts w:ascii="Times New Roman" w:hAnsi="Times New Roman" w:cs="Times New Roman"/>
        </w:rPr>
        <w:t>(3)</w:t>
      </w:r>
    </w:p>
    <w:p w14:paraId="6F604FB8" w14:textId="77777777" w:rsidR="008322F6" w:rsidRDefault="008322F6" w:rsidP="00CB7CC1">
      <w:pPr>
        <w:spacing w:after="0" w:line="240" w:lineRule="auto"/>
        <w:jc w:val="center"/>
        <w:rPr>
          <w:rFonts w:ascii="Times New Roman" w:hAnsi="Times New Roman" w:cs="Times New Roman"/>
          <w:b/>
        </w:rPr>
      </w:pPr>
    </w:p>
    <w:p w14:paraId="0CEF1349" w14:textId="6CF0DD22" w:rsidR="000A3713" w:rsidRPr="00903091" w:rsidRDefault="008322F6" w:rsidP="00CB7CC1">
      <w:pPr>
        <w:spacing w:after="0" w:line="240" w:lineRule="auto"/>
        <w:jc w:val="center"/>
        <w:rPr>
          <w:rFonts w:ascii="Times New Roman" w:hAnsi="Times New Roman" w:cs="Times New Roman"/>
          <w:b/>
        </w:rPr>
      </w:pPr>
      <w:r>
        <w:rPr>
          <w:rFonts w:ascii="Times New Roman" w:hAnsi="Times New Roman" w:cs="Times New Roman"/>
          <w:b/>
        </w:rPr>
        <w:t xml:space="preserve"> I</w:t>
      </w:r>
      <w:r w:rsidR="00D454F6" w:rsidRPr="00903091">
        <w:rPr>
          <w:rFonts w:ascii="Times New Roman" w:hAnsi="Times New Roman" w:cs="Times New Roman"/>
          <w:b/>
        </w:rPr>
        <w:t>I.</w:t>
      </w:r>
    </w:p>
    <w:p w14:paraId="4AC37EDB" w14:textId="77777777" w:rsidR="000A3713" w:rsidRPr="005D3C99" w:rsidRDefault="00D454F6" w:rsidP="00CB7CC1">
      <w:pPr>
        <w:spacing w:after="0" w:line="240" w:lineRule="auto"/>
        <w:jc w:val="center"/>
        <w:rPr>
          <w:rFonts w:ascii="Times New Roman" w:hAnsi="Times New Roman" w:cs="Times New Roman"/>
          <w:b/>
        </w:rPr>
      </w:pPr>
      <w:r w:rsidRPr="005D3C99">
        <w:rPr>
          <w:rFonts w:ascii="Times New Roman" w:hAnsi="Times New Roman" w:cs="Times New Roman"/>
          <w:b/>
        </w:rPr>
        <w:t>Práva a povinnosti detí a ich zákonných zástupcov  v materskej škole, pravidlá vzájomných</w:t>
      </w:r>
    </w:p>
    <w:p w14:paraId="48E67F42" w14:textId="2CE3A843" w:rsidR="000A3713" w:rsidRPr="005D3C99" w:rsidRDefault="00D454F6" w:rsidP="00CB7CC1">
      <w:pPr>
        <w:spacing w:after="0" w:line="240" w:lineRule="auto"/>
        <w:jc w:val="center"/>
        <w:rPr>
          <w:rFonts w:ascii="Times New Roman" w:hAnsi="Times New Roman" w:cs="Times New Roman"/>
          <w:b/>
        </w:rPr>
      </w:pPr>
      <w:r w:rsidRPr="005D3C99">
        <w:rPr>
          <w:rFonts w:ascii="Times New Roman" w:hAnsi="Times New Roman" w:cs="Times New Roman"/>
          <w:b/>
        </w:rPr>
        <w:t>vzťahov s pedagogickými zamestnancami a ďalšími zamestnancami materskej školy</w:t>
      </w:r>
      <w:r w:rsidR="00BC6AFF">
        <w:rPr>
          <w:rFonts w:ascii="Times New Roman" w:hAnsi="Times New Roman" w:cs="Times New Roman"/>
          <w:b/>
        </w:rPr>
        <w:t xml:space="preserve"> </w:t>
      </w:r>
    </w:p>
    <w:p w14:paraId="4B08131E" w14:textId="77777777" w:rsidR="00851F21" w:rsidRDefault="00851F21" w:rsidP="00CB7CC1">
      <w:pPr>
        <w:spacing w:after="0" w:line="240" w:lineRule="auto"/>
        <w:jc w:val="center"/>
        <w:rPr>
          <w:rFonts w:ascii="Times New Roman" w:hAnsi="Times New Roman" w:cs="Times New Roman"/>
          <w:b/>
        </w:rPr>
      </w:pPr>
    </w:p>
    <w:p w14:paraId="7E7869BB" w14:textId="7AFCB065" w:rsidR="000A3713" w:rsidRPr="00D454F6" w:rsidRDefault="00D454F6" w:rsidP="00CB7CC1">
      <w:pPr>
        <w:spacing w:after="0" w:line="240" w:lineRule="auto"/>
        <w:jc w:val="center"/>
        <w:rPr>
          <w:rFonts w:ascii="Times New Roman" w:hAnsi="Times New Roman" w:cs="Times New Roman"/>
        </w:rPr>
      </w:pPr>
      <w:r w:rsidRPr="00D454F6">
        <w:rPr>
          <w:rFonts w:ascii="Times New Roman" w:hAnsi="Times New Roman" w:cs="Times New Roman"/>
          <w:b/>
        </w:rPr>
        <w:t>Článok 1</w:t>
      </w:r>
    </w:p>
    <w:p w14:paraId="6C7D181A" w14:textId="77777777" w:rsidR="000A3713" w:rsidRPr="00D454F6" w:rsidRDefault="00D454F6" w:rsidP="00CB7CC1">
      <w:pPr>
        <w:spacing w:after="0" w:line="240" w:lineRule="auto"/>
        <w:jc w:val="center"/>
        <w:rPr>
          <w:rFonts w:ascii="Times New Roman" w:hAnsi="Times New Roman" w:cs="Times New Roman"/>
        </w:rPr>
      </w:pPr>
      <w:r w:rsidRPr="00D454F6">
        <w:rPr>
          <w:rFonts w:ascii="Times New Roman" w:hAnsi="Times New Roman" w:cs="Times New Roman"/>
        </w:rPr>
        <w:t>Práva a povinnosti detí a ich zákonných zástupcov  v materskej škole</w:t>
      </w:r>
    </w:p>
    <w:p w14:paraId="16129050" w14:textId="21E2F76F" w:rsidR="000A3713" w:rsidRPr="00BC6AFF" w:rsidRDefault="00D454F6" w:rsidP="00CB7CC1">
      <w:pPr>
        <w:spacing w:after="0" w:line="240" w:lineRule="auto"/>
        <w:jc w:val="center"/>
        <w:rPr>
          <w:rFonts w:ascii="Times New Roman" w:hAnsi="Times New Roman" w:cs="Times New Roman"/>
          <w:b/>
        </w:rPr>
      </w:pPr>
      <w:r w:rsidRPr="00D454F6">
        <w:rPr>
          <w:rFonts w:ascii="Times New Roman" w:hAnsi="Times New Roman" w:cs="Times New Roman"/>
        </w:rPr>
        <w:t>Ospravedlňovanie detí z</w:t>
      </w:r>
      <w:r w:rsidR="00BC6AFF">
        <w:rPr>
          <w:rFonts w:ascii="Times New Roman" w:hAnsi="Times New Roman" w:cs="Times New Roman"/>
        </w:rPr>
        <w:t> </w:t>
      </w:r>
      <w:r w:rsidRPr="00D454F6">
        <w:rPr>
          <w:rFonts w:ascii="Times New Roman" w:hAnsi="Times New Roman" w:cs="Times New Roman"/>
        </w:rPr>
        <w:t>dochádzky</w:t>
      </w:r>
      <w:r w:rsidR="00BC6AFF">
        <w:rPr>
          <w:rFonts w:ascii="Times New Roman" w:hAnsi="Times New Roman" w:cs="Times New Roman"/>
        </w:rPr>
        <w:t xml:space="preserve">   </w:t>
      </w:r>
      <w:r w:rsidR="00BC6AFF" w:rsidRPr="00BC6AFF">
        <w:rPr>
          <w:rFonts w:ascii="Times New Roman" w:hAnsi="Times New Roman" w:cs="Times New Roman"/>
        </w:rPr>
        <w:t>(3-8</w:t>
      </w:r>
      <w:r w:rsidR="00BC6AFF">
        <w:rPr>
          <w:rFonts w:ascii="Times New Roman" w:hAnsi="Times New Roman" w:cs="Times New Roman"/>
        </w:rPr>
        <w:t xml:space="preserve"> str.</w:t>
      </w:r>
      <w:r w:rsidR="00BC6AFF" w:rsidRPr="00BC6AFF">
        <w:rPr>
          <w:rFonts w:ascii="Times New Roman" w:hAnsi="Times New Roman" w:cs="Times New Roman"/>
        </w:rPr>
        <w:t>)</w:t>
      </w:r>
    </w:p>
    <w:p w14:paraId="61371212" w14:textId="77777777" w:rsidR="000A3713" w:rsidRPr="00D454F6" w:rsidRDefault="00D454F6" w:rsidP="00CB7CC1">
      <w:pPr>
        <w:spacing w:after="0" w:line="240" w:lineRule="auto"/>
        <w:jc w:val="center"/>
        <w:rPr>
          <w:rFonts w:ascii="Times New Roman" w:hAnsi="Times New Roman" w:cs="Times New Roman"/>
        </w:rPr>
      </w:pPr>
      <w:r w:rsidRPr="00D454F6">
        <w:rPr>
          <w:rFonts w:ascii="Times New Roman" w:hAnsi="Times New Roman" w:cs="Times New Roman"/>
          <w:b/>
        </w:rPr>
        <w:t>Článok 2</w:t>
      </w:r>
    </w:p>
    <w:p w14:paraId="18BD218C" w14:textId="77777777" w:rsidR="000A3713" w:rsidRPr="00D454F6" w:rsidRDefault="00D454F6" w:rsidP="00CB7CC1">
      <w:pPr>
        <w:spacing w:after="0" w:line="240" w:lineRule="auto"/>
        <w:jc w:val="center"/>
        <w:rPr>
          <w:rFonts w:ascii="Times New Roman" w:hAnsi="Times New Roman" w:cs="Times New Roman"/>
        </w:rPr>
      </w:pPr>
      <w:r w:rsidRPr="00D454F6">
        <w:rPr>
          <w:rFonts w:ascii="Times New Roman" w:hAnsi="Times New Roman" w:cs="Times New Roman"/>
        </w:rPr>
        <w:t>Pravidlá vzájomných vzťahov s pedagogickými zamestnancami a ďalšími zamestnancami</w:t>
      </w:r>
    </w:p>
    <w:p w14:paraId="2ABCA5A4" w14:textId="48EE0051" w:rsidR="000A3713" w:rsidRPr="00BC6AFF" w:rsidRDefault="00D454F6" w:rsidP="00CB7CC1">
      <w:pPr>
        <w:spacing w:after="0" w:line="240" w:lineRule="auto"/>
        <w:jc w:val="center"/>
        <w:rPr>
          <w:rFonts w:ascii="Times New Roman" w:hAnsi="Times New Roman" w:cs="Times New Roman"/>
        </w:rPr>
      </w:pPr>
      <w:r w:rsidRPr="00D454F6">
        <w:rPr>
          <w:rFonts w:ascii="Times New Roman" w:hAnsi="Times New Roman" w:cs="Times New Roman"/>
        </w:rPr>
        <w:t>materskej školy</w:t>
      </w:r>
      <w:r w:rsidR="00BC6AFF">
        <w:rPr>
          <w:rFonts w:ascii="Times New Roman" w:hAnsi="Times New Roman" w:cs="Times New Roman"/>
        </w:rPr>
        <w:t xml:space="preserve">    </w:t>
      </w:r>
      <w:r w:rsidR="00BC6AFF" w:rsidRPr="00BC6AFF">
        <w:rPr>
          <w:rFonts w:ascii="Times New Roman" w:hAnsi="Times New Roman" w:cs="Times New Roman"/>
        </w:rPr>
        <w:t>(8</w:t>
      </w:r>
      <w:r w:rsidR="00BC6AFF">
        <w:rPr>
          <w:rFonts w:ascii="Times New Roman" w:hAnsi="Times New Roman" w:cs="Times New Roman"/>
        </w:rPr>
        <w:t>str.</w:t>
      </w:r>
      <w:r w:rsidR="00BC6AFF" w:rsidRPr="00BC6AFF">
        <w:rPr>
          <w:rFonts w:ascii="Times New Roman" w:hAnsi="Times New Roman" w:cs="Times New Roman"/>
        </w:rPr>
        <w:t>)</w:t>
      </w:r>
    </w:p>
    <w:p w14:paraId="7A056955" w14:textId="77777777" w:rsidR="008322F6" w:rsidRDefault="008322F6" w:rsidP="00CB7CC1">
      <w:pPr>
        <w:spacing w:after="0" w:line="240" w:lineRule="auto"/>
        <w:jc w:val="center"/>
        <w:rPr>
          <w:rFonts w:ascii="Times New Roman" w:hAnsi="Times New Roman" w:cs="Times New Roman"/>
          <w:b/>
        </w:rPr>
      </w:pPr>
    </w:p>
    <w:p w14:paraId="222B5DBF" w14:textId="5CDF351C" w:rsidR="000A3713" w:rsidRPr="00903091" w:rsidRDefault="00D454F6" w:rsidP="00CB7CC1">
      <w:pPr>
        <w:spacing w:after="0" w:line="240" w:lineRule="auto"/>
        <w:jc w:val="center"/>
        <w:rPr>
          <w:rFonts w:ascii="Times New Roman" w:hAnsi="Times New Roman" w:cs="Times New Roman"/>
          <w:b/>
        </w:rPr>
      </w:pPr>
      <w:r w:rsidRPr="00903091">
        <w:rPr>
          <w:rFonts w:ascii="Times New Roman" w:hAnsi="Times New Roman" w:cs="Times New Roman"/>
          <w:b/>
        </w:rPr>
        <w:t>III.</w:t>
      </w:r>
    </w:p>
    <w:p w14:paraId="74B821B4" w14:textId="36270079" w:rsidR="000A3713" w:rsidRPr="00D454F6" w:rsidRDefault="00D454F6" w:rsidP="00CB7CC1">
      <w:pPr>
        <w:spacing w:after="0" w:line="240" w:lineRule="auto"/>
        <w:jc w:val="center"/>
        <w:rPr>
          <w:rFonts w:ascii="Times New Roman" w:hAnsi="Times New Roman" w:cs="Times New Roman"/>
        </w:rPr>
      </w:pPr>
      <w:r w:rsidRPr="00D454F6">
        <w:rPr>
          <w:rFonts w:ascii="Times New Roman" w:hAnsi="Times New Roman" w:cs="Times New Roman"/>
          <w:b/>
        </w:rPr>
        <w:t>Prevádzka a vnútorný režim materskej školy</w:t>
      </w:r>
      <w:r w:rsidR="00BC6AFF">
        <w:rPr>
          <w:rFonts w:ascii="Times New Roman" w:hAnsi="Times New Roman" w:cs="Times New Roman"/>
          <w:b/>
        </w:rPr>
        <w:t xml:space="preserve"> </w:t>
      </w:r>
    </w:p>
    <w:p w14:paraId="2FCA3269" w14:textId="77777777" w:rsidR="00851F21" w:rsidRDefault="00851F21" w:rsidP="00CB7CC1">
      <w:pPr>
        <w:spacing w:after="0" w:line="240" w:lineRule="auto"/>
        <w:jc w:val="center"/>
        <w:rPr>
          <w:rFonts w:ascii="Times New Roman" w:hAnsi="Times New Roman" w:cs="Times New Roman"/>
          <w:b/>
        </w:rPr>
      </w:pPr>
    </w:p>
    <w:p w14:paraId="56F1F4DE" w14:textId="63C5A14F" w:rsidR="000A3713" w:rsidRPr="00D454F6" w:rsidRDefault="00D454F6" w:rsidP="00CB7CC1">
      <w:pPr>
        <w:spacing w:after="0" w:line="240" w:lineRule="auto"/>
        <w:jc w:val="center"/>
        <w:rPr>
          <w:rFonts w:ascii="Times New Roman" w:hAnsi="Times New Roman" w:cs="Times New Roman"/>
        </w:rPr>
      </w:pPr>
      <w:r w:rsidRPr="00D454F6">
        <w:rPr>
          <w:rFonts w:ascii="Times New Roman" w:hAnsi="Times New Roman" w:cs="Times New Roman"/>
          <w:b/>
        </w:rPr>
        <w:t>Článok 1</w:t>
      </w:r>
    </w:p>
    <w:p w14:paraId="1B4BD9DE" w14:textId="6963CCA4" w:rsidR="000A3713" w:rsidRPr="00BC6AFF" w:rsidRDefault="00D454F6" w:rsidP="00CB7CC1">
      <w:pPr>
        <w:spacing w:after="0" w:line="240" w:lineRule="auto"/>
        <w:jc w:val="center"/>
        <w:rPr>
          <w:rFonts w:ascii="Times New Roman" w:hAnsi="Times New Roman" w:cs="Times New Roman"/>
        </w:rPr>
      </w:pPr>
      <w:r w:rsidRPr="00D454F6">
        <w:rPr>
          <w:rFonts w:ascii="Times New Roman" w:hAnsi="Times New Roman" w:cs="Times New Roman"/>
        </w:rPr>
        <w:t>Prijímanie na predprimárne vzdelávanie v materskej škole</w:t>
      </w:r>
      <w:r w:rsidR="00BC6AFF">
        <w:rPr>
          <w:rFonts w:ascii="Times New Roman" w:hAnsi="Times New Roman" w:cs="Times New Roman"/>
        </w:rPr>
        <w:t xml:space="preserve">  </w:t>
      </w:r>
      <w:r w:rsidR="00BC6AFF" w:rsidRPr="00BC6AFF">
        <w:rPr>
          <w:rFonts w:ascii="Times New Roman" w:hAnsi="Times New Roman" w:cs="Times New Roman"/>
        </w:rPr>
        <w:t>(8-11</w:t>
      </w:r>
      <w:r w:rsidR="00BC6AFF">
        <w:rPr>
          <w:rFonts w:ascii="Times New Roman" w:hAnsi="Times New Roman" w:cs="Times New Roman"/>
        </w:rPr>
        <w:t xml:space="preserve"> str.</w:t>
      </w:r>
      <w:r w:rsidR="00BC6AFF" w:rsidRPr="00BC6AFF">
        <w:rPr>
          <w:rFonts w:ascii="Times New Roman" w:hAnsi="Times New Roman" w:cs="Times New Roman"/>
        </w:rPr>
        <w:t>)</w:t>
      </w:r>
    </w:p>
    <w:p w14:paraId="47F1DEBB" w14:textId="77777777" w:rsidR="000A3713" w:rsidRPr="00D454F6" w:rsidRDefault="00D454F6" w:rsidP="00CB7CC1">
      <w:pPr>
        <w:spacing w:after="0" w:line="240" w:lineRule="auto"/>
        <w:jc w:val="center"/>
        <w:rPr>
          <w:rFonts w:ascii="Times New Roman" w:hAnsi="Times New Roman" w:cs="Times New Roman"/>
        </w:rPr>
      </w:pPr>
      <w:r w:rsidRPr="00D454F6">
        <w:rPr>
          <w:rFonts w:ascii="Times New Roman" w:hAnsi="Times New Roman" w:cs="Times New Roman"/>
          <w:b/>
        </w:rPr>
        <w:t>Článok 2</w:t>
      </w:r>
    </w:p>
    <w:p w14:paraId="24FA97E8" w14:textId="05A814CC" w:rsidR="000A3713" w:rsidRPr="00BC6AFF" w:rsidRDefault="00D454F6" w:rsidP="00CB7CC1">
      <w:pPr>
        <w:spacing w:after="0" w:line="240" w:lineRule="auto"/>
        <w:jc w:val="center"/>
        <w:rPr>
          <w:rFonts w:ascii="Times New Roman" w:hAnsi="Times New Roman" w:cs="Times New Roman"/>
        </w:rPr>
      </w:pPr>
      <w:r w:rsidRPr="00D454F6">
        <w:rPr>
          <w:rFonts w:ascii="Times New Roman" w:hAnsi="Times New Roman" w:cs="Times New Roman"/>
        </w:rPr>
        <w:t>Rozhodovanie riaditeľky materskej školy</w:t>
      </w:r>
      <w:r w:rsidR="00BC6AFF">
        <w:rPr>
          <w:rFonts w:ascii="Times New Roman" w:hAnsi="Times New Roman" w:cs="Times New Roman"/>
        </w:rPr>
        <w:t xml:space="preserve">  </w:t>
      </w:r>
      <w:r w:rsidR="00BC6AFF" w:rsidRPr="00BC6AFF">
        <w:rPr>
          <w:rFonts w:ascii="Times New Roman" w:hAnsi="Times New Roman" w:cs="Times New Roman"/>
        </w:rPr>
        <w:t>(12-14 str.)</w:t>
      </w:r>
    </w:p>
    <w:p w14:paraId="3CA26F4E" w14:textId="77777777" w:rsidR="000A3713" w:rsidRPr="00D454F6" w:rsidRDefault="00D454F6" w:rsidP="00CB7CC1">
      <w:pPr>
        <w:spacing w:after="0" w:line="240" w:lineRule="auto"/>
        <w:jc w:val="center"/>
        <w:rPr>
          <w:rFonts w:ascii="Times New Roman" w:hAnsi="Times New Roman" w:cs="Times New Roman"/>
        </w:rPr>
      </w:pPr>
      <w:r w:rsidRPr="00D454F6">
        <w:rPr>
          <w:rFonts w:ascii="Times New Roman" w:hAnsi="Times New Roman" w:cs="Times New Roman"/>
          <w:b/>
        </w:rPr>
        <w:t>Článok 3</w:t>
      </w:r>
    </w:p>
    <w:p w14:paraId="3E94DCE0" w14:textId="10B5CE31" w:rsidR="000A3713" w:rsidRPr="00BC6AFF" w:rsidRDefault="00D454F6" w:rsidP="00CB7CC1">
      <w:pPr>
        <w:spacing w:after="0" w:line="240" w:lineRule="auto"/>
        <w:jc w:val="center"/>
        <w:rPr>
          <w:rFonts w:ascii="Times New Roman" w:hAnsi="Times New Roman" w:cs="Times New Roman"/>
        </w:rPr>
      </w:pPr>
      <w:r w:rsidRPr="00D454F6">
        <w:rPr>
          <w:rFonts w:ascii="Times New Roman" w:hAnsi="Times New Roman" w:cs="Times New Roman"/>
        </w:rPr>
        <w:t>Prevádzka materskej školy</w:t>
      </w:r>
      <w:r w:rsidR="00BC6AFF">
        <w:rPr>
          <w:rFonts w:ascii="Times New Roman" w:hAnsi="Times New Roman" w:cs="Times New Roman"/>
        </w:rPr>
        <w:t xml:space="preserve">  </w:t>
      </w:r>
      <w:r w:rsidR="00BC6AFF" w:rsidRPr="00BC6AFF">
        <w:rPr>
          <w:rFonts w:ascii="Times New Roman" w:hAnsi="Times New Roman" w:cs="Times New Roman"/>
        </w:rPr>
        <w:t>(14</w:t>
      </w:r>
      <w:r w:rsidR="00BC6AFF">
        <w:rPr>
          <w:rFonts w:ascii="Times New Roman" w:hAnsi="Times New Roman" w:cs="Times New Roman"/>
        </w:rPr>
        <w:t xml:space="preserve"> str.</w:t>
      </w:r>
      <w:r w:rsidR="00BC6AFF" w:rsidRPr="00BC6AFF">
        <w:rPr>
          <w:rFonts w:ascii="Times New Roman" w:hAnsi="Times New Roman" w:cs="Times New Roman"/>
        </w:rPr>
        <w:t>)</w:t>
      </w:r>
    </w:p>
    <w:p w14:paraId="6FEA5989" w14:textId="77777777" w:rsidR="000A3713" w:rsidRPr="00D454F6" w:rsidRDefault="00D454F6" w:rsidP="00CB7CC1">
      <w:pPr>
        <w:spacing w:after="0" w:line="240" w:lineRule="auto"/>
        <w:jc w:val="center"/>
        <w:rPr>
          <w:rFonts w:ascii="Times New Roman" w:hAnsi="Times New Roman" w:cs="Times New Roman"/>
        </w:rPr>
      </w:pPr>
      <w:r w:rsidRPr="00D454F6">
        <w:rPr>
          <w:rFonts w:ascii="Times New Roman" w:hAnsi="Times New Roman" w:cs="Times New Roman"/>
          <w:b/>
        </w:rPr>
        <w:t>Článok 4</w:t>
      </w:r>
    </w:p>
    <w:p w14:paraId="0C79C6A6" w14:textId="2C72E67F" w:rsidR="000A3713" w:rsidRPr="00D454F6" w:rsidRDefault="00D454F6" w:rsidP="00CB7CC1">
      <w:pPr>
        <w:spacing w:after="0" w:line="240" w:lineRule="auto"/>
        <w:jc w:val="center"/>
        <w:rPr>
          <w:rFonts w:ascii="Times New Roman" w:hAnsi="Times New Roman" w:cs="Times New Roman"/>
        </w:rPr>
      </w:pPr>
      <w:r w:rsidRPr="00D454F6">
        <w:rPr>
          <w:rFonts w:ascii="Times New Roman" w:hAnsi="Times New Roman" w:cs="Times New Roman"/>
        </w:rPr>
        <w:t>Konzultačné hodiny pre zákonných zástupcov</w:t>
      </w:r>
      <w:r w:rsidR="00BC6AFF">
        <w:rPr>
          <w:rFonts w:ascii="Times New Roman" w:hAnsi="Times New Roman" w:cs="Times New Roman"/>
        </w:rPr>
        <w:t xml:space="preserve"> (15 str.)</w:t>
      </w:r>
    </w:p>
    <w:p w14:paraId="36C674BE" w14:textId="77777777" w:rsidR="000A3713" w:rsidRPr="00D454F6" w:rsidRDefault="00D454F6" w:rsidP="00CB7CC1">
      <w:pPr>
        <w:spacing w:after="0" w:line="240" w:lineRule="auto"/>
        <w:jc w:val="center"/>
        <w:rPr>
          <w:rFonts w:ascii="Times New Roman" w:hAnsi="Times New Roman" w:cs="Times New Roman"/>
        </w:rPr>
      </w:pPr>
      <w:r w:rsidRPr="00D454F6">
        <w:rPr>
          <w:rFonts w:ascii="Times New Roman" w:hAnsi="Times New Roman" w:cs="Times New Roman"/>
          <w:b/>
        </w:rPr>
        <w:t>Článok 5</w:t>
      </w:r>
    </w:p>
    <w:p w14:paraId="76797DD4" w14:textId="5CAF8D66" w:rsidR="000A3713" w:rsidRPr="00D454F6" w:rsidRDefault="00D454F6" w:rsidP="00CB7CC1">
      <w:pPr>
        <w:spacing w:after="0" w:line="240" w:lineRule="auto"/>
        <w:jc w:val="center"/>
        <w:rPr>
          <w:rFonts w:ascii="Times New Roman" w:hAnsi="Times New Roman" w:cs="Times New Roman"/>
        </w:rPr>
      </w:pPr>
      <w:r w:rsidRPr="00D454F6">
        <w:rPr>
          <w:rFonts w:ascii="Times New Roman" w:hAnsi="Times New Roman" w:cs="Times New Roman"/>
        </w:rPr>
        <w:t>Organizácia tried a vekové zloženie detí v</w:t>
      </w:r>
      <w:r w:rsidR="00BC6AFF">
        <w:rPr>
          <w:rFonts w:ascii="Times New Roman" w:hAnsi="Times New Roman" w:cs="Times New Roman"/>
        </w:rPr>
        <w:t> </w:t>
      </w:r>
      <w:r w:rsidRPr="00D454F6">
        <w:rPr>
          <w:rFonts w:ascii="Times New Roman" w:hAnsi="Times New Roman" w:cs="Times New Roman"/>
        </w:rPr>
        <w:t>nich</w:t>
      </w:r>
      <w:r w:rsidR="00BC6AFF">
        <w:rPr>
          <w:rFonts w:ascii="Times New Roman" w:hAnsi="Times New Roman" w:cs="Times New Roman"/>
        </w:rPr>
        <w:t xml:space="preserve"> (15-17 str.)</w:t>
      </w:r>
    </w:p>
    <w:p w14:paraId="2DDD21EE" w14:textId="77777777" w:rsidR="000A3713" w:rsidRPr="00D454F6" w:rsidRDefault="00D454F6" w:rsidP="00CB7CC1">
      <w:pPr>
        <w:spacing w:after="0" w:line="240" w:lineRule="auto"/>
        <w:jc w:val="center"/>
        <w:rPr>
          <w:rFonts w:ascii="Times New Roman" w:hAnsi="Times New Roman" w:cs="Times New Roman"/>
        </w:rPr>
      </w:pPr>
      <w:r w:rsidRPr="00D454F6">
        <w:rPr>
          <w:rFonts w:ascii="Times New Roman" w:hAnsi="Times New Roman" w:cs="Times New Roman"/>
          <w:b/>
        </w:rPr>
        <w:t>Článok 6</w:t>
      </w:r>
    </w:p>
    <w:p w14:paraId="176B814E" w14:textId="330D8759" w:rsidR="000A3713" w:rsidRPr="00D454F6" w:rsidRDefault="00D454F6" w:rsidP="00CB7CC1">
      <w:pPr>
        <w:spacing w:after="0" w:line="240" w:lineRule="auto"/>
        <w:jc w:val="center"/>
        <w:rPr>
          <w:rFonts w:ascii="Times New Roman" w:hAnsi="Times New Roman" w:cs="Times New Roman"/>
        </w:rPr>
      </w:pPr>
      <w:r w:rsidRPr="00D454F6">
        <w:rPr>
          <w:rFonts w:ascii="Times New Roman" w:hAnsi="Times New Roman" w:cs="Times New Roman"/>
        </w:rPr>
        <w:t>Príspevky rodičov</w:t>
      </w:r>
      <w:r w:rsidR="00BC6AFF">
        <w:rPr>
          <w:rFonts w:ascii="Times New Roman" w:hAnsi="Times New Roman" w:cs="Times New Roman"/>
        </w:rPr>
        <w:t xml:space="preserve"> (18-19 str.)</w:t>
      </w:r>
    </w:p>
    <w:p w14:paraId="124C38A6" w14:textId="77777777" w:rsidR="000A3713" w:rsidRPr="00D454F6" w:rsidRDefault="00D454F6" w:rsidP="00CB7CC1">
      <w:pPr>
        <w:spacing w:after="0" w:line="240" w:lineRule="auto"/>
        <w:jc w:val="center"/>
        <w:rPr>
          <w:rFonts w:ascii="Times New Roman" w:hAnsi="Times New Roman" w:cs="Times New Roman"/>
        </w:rPr>
      </w:pPr>
      <w:r w:rsidRPr="00D454F6">
        <w:rPr>
          <w:rFonts w:ascii="Times New Roman" w:hAnsi="Times New Roman" w:cs="Times New Roman"/>
          <w:b/>
        </w:rPr>
        <w:t>Článok 7</w:t>
      </w:r>
    </w:p>
    <w:p w14:paraId="1125EB56" w14:textId="0F26D563" w:rsidR="000A3713" w:rsidRPr="00D454F6" w:rsidRDefault="00D454F6" w:rsidP="00CB7CC1">
      <w:pPr>
        <w:spacing w:after="0" w:line="240" w:lineRule="auto"/>
        <w:jc w:val="center"/>
        <w:rPr>
          <w:rFonts w:ascii="Times New Roman" w:hAnsi="Times New Roman" w:cs="Times New Roman"/>
        </w:rPr>
      </w:pPr>
      <w:r w:rsidRPr="00D454F6">
        <w:rPr>
          <w:rFonts w:ascii="Times New Roman" w:hAnsi="Times New Roman" w:cs="Times New Roman"/>
        </w:rPr>
        <w:t>Organizácia v</w:t>
      </w:r>
      <w:r w:rsidR="00BC6AFF">
        <w:rPr>
          <w:rFonts w:ascii="Times New Roman" w:hAnsi="Times New Roman" w:cs="Times New Roman"/>
        </w:rPr>
        <w:t> </w:t>
      </w:r>
      <w:r w:rsidRPr="00D454F6">
        <w:rPr>
          <w:rFonts w:ascii="Times New Roman" w:hAnsi="Times New Roman" w:cs="Times New Roman"/>
        </w:rPr>
        <w:t>šatni</w:t>
      </w:r>
      <w:r w:rsidR="00BC6AFF">
        <w:rPr>
          <w:rFonts w:ascii="Times New Roman" w:hAnsi="Times New Roman" w:cs="Times New Roman"/>
        </w:rPr>
        <w:t xml:space="preserve"> (19 str.)</w:t>
      </w:r>
    </w:p>
    <w:p w14:paraId="76C1EA1A" w14:textId="77777777" w:rsidR="000A3713" w:rsidRPr="00D454F6" w:rsidRDefault="00D454F6" w:rsidP="00CB7CC1">
      <w:pPr>
        <w:spacing w:after="0" w:line="240" w:lineRule="auto"/>
        <w:jc w:val="center"/>
        <w:rPr>
          <w:rFonts w:ascii="Times New Roman" w:hAnsi="Times New Roman" w:cs="Times New Roman"/>
        </w:rPr>
      </w:pPr>
      <w:r w:rsidRPr="00D454F6">
        <w:rPr>
          <w:rFonts w:ascii="Times New Roman" w:hAnsi="Times New Roman" w:cs="Times New Roman"/>
          <w:b/>
        </w:rPr>
        <w:t>Článok 8</w:t>
      </w:r>
    </w:p>
    <w:p w14:paraId="083ED991" w14:textId="77C3B899" w:rsidR="000A3713" w:rsidRPr="00D454F6" w:rsidRDefault="00D454F6" w:rsidP="00CB7CC1">
      <w:pPr>
        <w:spacing w:after="0" w:line="240" w:lineRule="auto"/>
        <w:jc w:val="center"/>
        <w:rPr>
          <w:rFonts w:ascii="Times New Roman" w:hAnsi="Times New Roman" w:cs="Times New Roman"/>
        </w:rPr>
      </w:pPr>
      <w:r w:rsidRPr="00D454F6">
        <w:rPr>
          <w:rFonts w:ascii="Times New Roman" w:hAnsi="Times New Roman" w:cs="Times New Roman"/>
        </w:rPr>
        <w:t>Organizácia v</w:t>
      </w:r>
      <w:r w:rsidR="00BC6AFF">
        <w:rPr>
          <w:rFonts w:ascii="Times New Roman" w:hAnsi="Times New Roman" w:cs="Times New Roman"/>
        </w:rPr>
        <w:t> </w:t>
      </w:r>
      <w:r w:rsidRPr="00D454F6">
        <w:rPr>
          <w:rFonts w:ascii="Times New Roman" w:hAnsi="Times New Roman" w:cs="Times New Roman"/>
        </w:rPr>
        <w:t>umyvárni</w:t>
      </w:r>
      <w:r w:rsidR="00BC6AFF">
        <w:rPr>
          <w:rFonts w:ascii="Times New Roman" w:hAnsi="Times New Roman" w:cs="Times New Roman"/>
        </w:rPr>
        <w:t xml:space="preserve"> (19 str.)</w:t>
      </w:r>
    </w:p>
    <w:p w14:paraId="6E2D355D" w14:textId="77777777" w:rsidR="000A3713" w:rsidRPr="00D454F6" w:rsidRDefault="00D454F6" w:rsidP="00CB7CC1">
      <w:pPr>
        <w:spacing w:after="0" w:line="240" w:lineRule="auto"/>
        <w:jc w:val="center"/>
        <w:rPr>
          <w:rFonts w:ascii="Times New Roman" w:hAnsi="Times New Roman" w:cs="Times New Roman"/>
        </w:rPr>
      </w:pPr>
      <w:r w:rsidRPr="00D454F6">
        <w:rPr>
          <w:rFonts w:ascii="Times New Roman" w:hAnsi="Times New Roman" w:cs="Times New Roman"/>
          <w:b/>
        </w:rPr>
        <w:t>Článok 9</w:t>
      </w:r>
    </w:p>
    <w:p w14:paraId="576518A2" w14:textId="5AD06EDF" w:rsidR="000A3713" w:rsidRPr="00D454F6" w:rsidRDefault="00D454F6" w:rsidP="00CB7CC1">
      <w:pPr>
        <w:spacing w:after="0" w:line="240" w:lineRule="auto"/>
        <w:jc w:val="center"/>
        <w:rPr>
          <w:rFonts w:ascii="Times New Roman" w:hAnsi="Times New Roman" w:cs="Times New Roman"/>
        </w:rPr>
      </w:pPr>
      <w:r w:rsidRPr="00D454F6">
        <w:rPr>
          <w:rFonts w:ascii="Times New Roman" w:hAnsi="Times New Roman" w:cs="Times New Roman"/>
        </w:rPr>
        <w:t>Pobyt detí vonku</w:t>
      </w:r>
      <w:r w:rsidR="00BC6AFF">
        <w:rPr>
          <w:rFonts w:ascii="Times New Roman" w:hAnsi="Times New Roman" w:cs="Times New Roman"/>
        </w:rPr>
        <w:t xml:space="preserve"> (19-21 str.)</w:t>
      </w:r>
    </w:p>
    <w:p w14:paraId="5C6EF5C3" w14:textId="77777777" w:rsidR="000A3713" w:rsidRPr="00D454F6" w:rsidRDefault="00D454F6" w:rsidP="00CB7CC1">
      <w:pPr>
        <w:spacing w:after="0" w:line="240" w:lineRule="auto"/>
        <w:jc w:val="center"/>
        <w:rPr>
          <w:rFonts w:ascii="Times New Roman" w:hAnsi="Times New Roman" w:cs="Times New Roman"/>
        </w:rPr>
      </w:pPr>
      <w:r w:rsidRPr="00D454F6">
        <w:rPr>
          <w:rFonts w:ascii="Times New Roman" w:hAnsi="Times New Roman" w:cs="Times New Roman"/>
          <w:b/>
        </w:rPr>
        <w:t>Článok 10</w:t>
      </w:r>
    </w:p>
    <w:p w14:paraId="27D71DCC" w14:textId="6F9D6D2F" w:rsidR="000A3713" w:rsidRPr="00D454F6" w:rsidRDefault="00D454F6" w:rsidP="00CB7CC1">
      <w:pPr>
        <w:spacing w:after="0" w:line="240" w:lineRule="auto"/>
        <w:jc w:val="center"/>
        <w:rPr>
          <w:rFonts w:ascii="Times New Roman" w:hAnsi="Times New Roman" w:cs="Times New Roman"/>
        </w:rPr>
      </w:pPr>
      <w:r w:rsidRPr="00D454F6">
        <w:rPr>
          <w:rFonts w:ascii="Times New Roman" w:hAnsi="Times New Roman" w:cs="Times New Roman"/>
        </w:rPr>
        <w:t>Odpočinok</w:t>
      </w:r>
      <w:r w:rsidR="00BC6AFF">
        <w:rPr>
          <w:rFonts w:ascii="Times New Roman" w:hAnsi="Times New Roman" w:cs="Times New Roman"/>
        </w:rPr>
        <w:t xml:space="preserve"> (21 str.)</w:t>
      </w:r>
    </w:p>
    <w:p w14:paraId="029EDA6E" w14:textId="77777777" w:rsidR="000A3713" w:rsidRPr="00D454F6" w:rsidRDefault="00D454F6" w:rsidP="00CB7CC1">
      <w:pPr>
        <w:spacing w:after="0" w:line="240" w:lineRule="auto"/>
        <w:jc w:val="center"/>
        <w:rPr>
          <w:rFonts w:ascii="Times New Roman" w:hAnsi="Times New Roman" w:cs="Times New Roman"/>
        </w:rPr>
      </w:pPr>
      <w:r w:rsidRPr="00D454F6">
        <w:rPr>
          <w:rFonts w:ascii="Times New Roman" w:hAnsi="Times New Roman" w:cs="Times New Roman"/>
          <w:b/>
        </w:rPr>
        <w:t>Článok 11</w:t>
      </w:r>
    </w:p>
    <w:p w14:paraId="232E4DBC" w14:textId="19F53DF8" w:rsidR="000A3713" w:rsidRPr="00D454F6" w:rsidRDefault="00D454F6" w:rsidP="00CB7CC1">
      <w:pPr>
        <w:spacing w:after="0" w:line="240" w:lineRule="auto"/>
        <w:jc w:val="center"/>
        <w:rPr>
          <w:rFonts w:ascii="Times New Roman" w:hAnsi="Times New Roman" w:cs="Times New Roman"/>
        </w:rPr>
      </w:pPr>
      <w:r w:rsidRPr="00D454F6">
        <w:rPr>
          <w:rFonts w:ascii="Times New Roman" w:hAnsi="Times New Roman" w:cs="Times New Roman"/>
        </w:rPr>
        <w:lastRenderedPageBreak/>
        <w:t>Stravovanie detí</w:t>
      </w:r>
      <w:r w:rsidR="00BC6AFF">
        <w:rPr>
          <w:rFonts w:ascii="Times New Roman" w:hAnsi="Times New Roman" w:cs="Times New Roman"/>
        </w:rPr>
        <w:t xml:space="preserve"> </w:t>
      </w:r>
      <w:r w:rsidR="006E0119">
        <w:rPr>
          <w:rFonts w:ascii="Times New Roman" w:hAnsi="Times New Roman" w:cs="Times New Roman"/>
        </w:rPr>
        <w:t>(</w:t>
      </w:r>
      <w:r w:rsidR="00BC6AFF">
        <w:rPr>
          <w:rFonts w:ascii="Times New Roman" w:hAnsi="Times New Roman" w:cs="Times New Roman"/>
        </w:rPr>
        <w:t>21-22 str.</w:t>
      </w:r>
      <w:r w:rsidR="006E0119">
        <w:rPr>
          <w:rFonts w:ascii="Times New Roman" w:hAnsi="Times New Roman" w:cs="Times New Roman"/>
        </w:rPr>
        <w:t>)</w:t>
      </w:r>
    </w:p>
    <w:p w14:paraId="660E95E6" w14:textId="77777777" w:rsidR="008322F6" w:rsidRDefault="008322F6" w:rsidP="00CB7CC1">
      <w:pPr>
        <w:spacing w:after="0" w:line="240" w:lineRule="auto"/>
        <w:jc w:val="center"/>
        <w:rPr>
          <w:rFonts w:ascii="Times New Roman" w:hAnsi="Times New Roman" w:cs="Times New Roman"/>
          <w:b/>
        </w:rPr>
      </w:pPr>
    </w:p>
    <w:p w14:paraId="4268D960" w14:textId="3CA6CCE1" w:rsidR="000A3713" w:rsidRPr="00D454F6" w:rsidRDefault="00D454F6" w:rsidP="00CB7CC1">
      <w:pPr>
        <w:spacing w:after="0" w:line="240" w:lineRule="auto"/>
        <w:jc w:val="center"/>
        <w:rPr>
          <w:rFonts w:ascii="Times New Roman" w:hAnsi="Times New Roman" w:cs="Times New Roman"/>
        </w:rPr>
      </w:pPr>
      <w:r w:rsidRPr="00D454F6">
        <w:rPr>
          <w:rFonts w:ascii="Times New Roman" w:hAnsi="Times New Roman" w:cs="Times New Roman"/>
          <w:b/>
        </w:rPr>
        <w:t>Článok 12</w:t>
      </w:r>
    </w:p>
    <w:p w14:paraId="4B680B92" w14:textId="662497CC" w:rsidR="000A3713" w:rsidRPr="00D454F6" w:rsidRDefault="00D454F6" w:rsidP="00CB7CC1">
      <w:pPr>
        <w:spacing w:after="0" w:line="240" w:lineRule="auto"/>
        <w:jc w:val="center"/>
        <w:rPr>
          <w:rFonts w:ascii="Times New Roman" w:hAnsi="Times New Roman" w:cs="Times New Roman"/>
        </w:rPr>
      </w:pPr>
      <w:r w:rsidRPr="00D454F6">
        <w:rPr>
          <w:rFonts w:ascii="Times New Roman" w:hAnsi="Times New Roman" w:cs="Times New Roman"/>
        </w:rPr>
        <w:t>Pedagogická prax študentov stredných a vysokých škôl</w:t>
      </w:r>
      <w:r w:rsidR="006E0119">
        <w:rPr>
          <w:rFonts w:ascii="Times New Roman" w:hAnsi="Times New Roman" w:cs="Times New Roman"/>
        </w:rPr>
        <w:t xml:space="preserve"> (22str.)</w:t>
      </w:r>
    </w:p>
    <w:p w14:paraId="7190B5C1" w14:textId="77777777" w:rsidR="000A3713" w:rsidRPr="00D454F6" w:rsidRDefault="00D454F6" w:rsidP="00CB7CC1">
      <w:pPr>
        <w:spacing w:after="0" w:line="240" w:lineRule="auto"/>
        <w:jc w:val="center"/>
        <w:rPr>
          <w:rFonts w:ascii="Times New Roman" w:hAnsi="Times New Roman" w:cs="Times New Roman"/>
        </w:rPr>
      </w:pPr>
      <w:r w:rsidRPr="00D454F6">
        <w:rPr>
          <w:rFonts w:ascii="Times New Roman" w:hAnsi="Times New Roman" w:cs="Times New Roman"/>
          <w:b/>
        </w:rPr>
        <w:t>Článok 13</w:t>
      </w:r>
    </w:p>
    <w:p w14:paraId="5799A586" w14:textId="023FC34F" w:rsidR="000A3713" w:rsidRPr="00D454F6" w:rsidRDefault="00D454F6" w:rsidP="00CB7CC1">
      <w:pPr>
        <w:spacing w:after="0" w:line="240" w:lineRule="auto"/>
        <w:jc w:val="center"/>
        <w:rPr>
          <w:rFonts w:ascii="Times New Roman" w:hAnsi="Times New Roman" w:cs="Times New Roman"/>
        </w:rPr>
      </w:pPr>
      <w:r w:rsidRPr="00D454F6">
        <w:rPr>
          <w:rFonts w:ascii="Times New Roman" w:hAnsi="Times New Roman" w:cs="Times New Roman"/>
        </w:rPr>
        <w:t>Krúžková činnosť</w:t>
      </w:r>
      <w:r w:rsidR="006E0119">
        <w:rPr>
          <w:rFonts w:ascii="Times New Roman" w:hAnsi="Times New Roman" w:cs="Times New Roman"/>
        </w:rPr>
        <w:t xml:space="preserve"> (22 str.)</w:t>
      </w:r>
    </w:p>
    <w:p w14:paraId="589DBAFC" w14:textId="77777777" w:rsidR="000A3713" w:rsidRPr="00D454F6" w:rsidRDefault="00D454F6" w:rsidP="00CB7CC1">
      <w:pPr>
        <w:spacing w:after="0" w:line="240" w:lineRule="auto"/>
        <w:jc w:val="center"/>
        <w:rPr>
          <w:rFonts w:ascii="Times New Roman" w:hAnsi="Times New Roman" w:cs="Times New Roman"/>
        </w:rPr>
      </w:pPr>
      <w:r w:rsidRPr="00D454F6">
        <w:rPr>
          <w:rFonts w:ascii="Times New Roman" w:hAnsi="Times New Roman" w:cs="Times New Roman"/>
          <w:b/>
        </w:rPr>
        <w:t>Článok 14</w:t>
      </w:r>
    </w:p>
    <w:p w14:paraId="361B36A8" w14:textId="239DE283" w:rsidR="000A3713" w:rsidRPr="00D454F6" w:rsidRDefault="00D454F6" w:rsidP="00CB7CC1">
      <w:pPr>
        <w:spacing w:after="0" w:line="240" w:lineRule="auto"/>
        <w:jc w:val="center"/>
        <w:rPr>
          <w:rFonts w:ascii="Times New Roman" w:hAnsi="Times New Roman" w:cs="Times New Roman"/>
        </w:rPr>
      </w:pPr>
      <w:r w:rsidRPr="00D454F6">
        <w:rPr>
          <w:rFonts w:ascii="Times New Roman" w:hAnsi="Times New Roman" w:cs="Times New Roman"/>
        </w:rPr>
        <w:t>Organizácia ostatných školských aktivít</w:t>
      </w:r>
      <w:r w:rsidR="006E0119">
        <w:rPr>
          <w:rFonts w:ascii="Times New Roman" w:hAnsi="Times New Roman" w:cs="Times New Roman"/>
        </w:rPr>
        <w:t xml:space="preserve"> (22-23 str.)</w:t>
      </w:r>
    </w:p>
    <w:p w14:paraId="4D0C8E17" w14:textId="77777777" w:rsidR="000A3713" w:rsidRPr="00D454F6" w:rsidRDefault="00D454F6" w:rsidP="00CB7CC1">
      <w:pPr>
        <w:spacing w:after="0" w:line="240" w:lineRule="auto"/>
        <w:jc w:val="center"/>
        <w:rPr>
          <w:rFonts w:ascii="Times New Roman" w:hAnsi="Times New Roman" w:cs="Times New Roman"/>
        </w:rPr>
      </w:pPr>
      <w:r w:rsidRPr="00D454F6">
        <w:rPr>
          <w:rFonts w:ascii="Times New Roman" w:hAnsi="Times New Roman" w:cs="Times New Roman"/>
          <w:b/>
        </w:rPr>
        <w:t>Článok 15</w:t>
      </w:r>
    </w:p>
    <w:p w14:paraId="75B3F7FF" w14:textId="76D98D52" w:rsidR="000A3713" w:rsidRPr="00D454F6" w:rsidRDefault="00D454F6" w:rsidP="00CB7CC1">
      <w:pPr>
        <w:spacing w:after="0" w:line="240" w:lineRule="auto"/>
        <w:jc w:val="center"/>
        <w:rPr>
          <w:rFonts w:ascii="Times New Roman" w:hAnsi="Times New Roman" w:cs="Times New Roman"/>
        </w:rPr>
      </w:pPr>
      <w:r w:rsidRPr="00D454F6">
        <w:rPr>
          <w:rFonts w:ascii="Times New Roman" w:hAnsi="Times New Roman" w:cs="Times New Roman"/>
        </w:rPr>
        <w:t>Úsporný režim chodu materskej školy</w:t>
      </w:r>
      <w:r w:rsidR="006E0119">
        <w:rPr>
          <w:rFonts w:ascii="Times New Roman" w:hAnsi="Times New Roman" w:cs="Times New Roman"/>
        </w:rPr>
        <w:t xml:space="preserve"> (23 str.)</w:t>
      </w:r>
    </w:p>
    <w:p w14:paraId="140264A1" w14:textId="77777777" w:rsidR="008322F6" w:rsidRDefault="008322F6" w:rsidP="00CB7CC1">
      <w:pPr>
        <w:spacing w:after="0" w:line="240" w:lineRule="auto"/>
        <w:jc w:val="center"/>
        <w:rPr>
          <w:rFonts w:ascii="Times New Roman" w:hAnsi="Times New Roman" w:cs="Times New Roman"/>
          <w:b/>
        </w:rPr>
      </w:pPr>
    </w:p>
    <w:p w14:paraId="143DE435" w14:textId="5899814E" w:rsidR="000A3713" w:rsidRPr="00903091" w:rsidRDefault="00D454F6" w:rsidP="00CB7CC1">
      <w:pPr>
        <w:spacing w:after="0" w:line="240" w:lineRule="auto"/>
        <w:jc w:val="center"/>
        <w:rPr>
          <w:rFonts w:ascii="Times New Roman" w:hAnsi="Times New Roman" w:cs="Times New Roman"/>
          <w:b/>
        </w:rPr>
      </w:pPr>
      <w:r w:rsidRPr="00903091">
        <w:rPr>
          <w:rFonts w:ascii="Times New Roman" w:hAnsi="Times New Roman" w:cs="Times New Roman"/>
          <w:b/>
        </w:rPr>
        <w:t>ČASŤ IV</w:t>
      </w:r>
    </w:p>
    <w:p w14:paraId="25686E64" w14:textId="77777777" w:rsidR="000A3713" w:rsidRPr="005D3C99" w:rsidRDefault="00D454F6" w:rsidP="00CB7CC1">
      <w:pPr>
        <w:spacing w:after="0" w:line="240" w:lineRule="auto"/>
        <w:jc w:val="center"/>
        <w:rPr>
          <w:rFonts w:ascii="Times New Roman" w:hAnsi="Times New Roman" w:cs="Times New Roman"/>
          <w:b/>
        </w:rPr>
      </w:pPr>
      <w:r w:rsidRPr="005D3C99">
        <w:rPr>
          <w:rFonts w:ascii="Times New Roman" w:hAnsi="Times New Roman" w:cs="Times New Roman"/>
          <w:b/>
        </w:rPr>
        <w:t>Podmienky na zaistenie bezpečnosti a ochrany zdravia pri výchove a vzdelávaní a ich</w:t>
      </w:r>
    </w:p>
    <w:p w14:paraId="325FC174" w14:textId="43E7C528" w:rsidR="000A3713" w:rsidRPr="006E0119" w:rsidRDefault="00D454F6" w:rsidP="00CB7CC1">
      <w:pPr>
        <w:spacing w:after="0" w:line="240" w:lineRule="auto"/>
        <w:jc w:val="center"/>
        <w:rPr>
          <w:rFonts w:ascii="Times New Roman" w:hAnsi="Times New Roman" w:cs="Times New Roman"/>
        </w:rPr>
      </w:pPr>
      <w:r w:rsidRPr="005D3C99">
        <w:rPr>
          <w:rFonts w:ascii="Times New Roman" w:hAnsi="Times New Roman" w:cs="Times New Roman"/>
          <w:b/>
        </w:rPr>
        <w:t xml:space="preserve">ochrany pred </w:t>
      </w:r>
      <w:proofErr w:type="spellStart"/>
      <w:r w:rsidRPr="005D3C99">
        <w:rPr>
          <w:rFonts w:ascii="Times New Roman" w:hAnsi="Times New Roman" w:cs="Times New Roman"/>
          <w:b/>
        </w:rPr>
        <w:t>sociálnopatologickými</w:t>
      </w:r>
      <w:proofErr w:type="spellEnd"/>
      <w:r w:rsidRPr="005D3C99">
        <w:rPr>
          <w:rFonts w:ascii="Times New Roman" w:hAnsi="Times New Roman" w:cs="Times New Roman"/>
          <w:b/>
        </w:rPr>
        <w:t xml:space="preserve"> javmi, diskrimináciou alebo násilím</w:t>
      </w:r>
      <w:r w:rsidR="006E0119">
        <w:rPr>
          <w:rFonts w:ascii="Times New Roman" w:hAnsi="Times New Roman" w:cs="Times New Roman"/>
          <w:b/>
        </w:rPr>
        <w:t xml:space="preserve">  </w:t>
      </w:r>
      <w:r w:rsidR="006E0119" w:rsidRPr="006E0119">
        <w:rPr>
          <w:rFonts w:ascii="Times New Roman" w:hAnsi="Times New Roman" w:cs="Times New Roman"/>
        </w:rPr>
        <w:t>(23-26 str.)</w:t>
      </w:r>
    </w:p>
    <w:p w14:paraId="3241A6EB" w14:textId="1BAD5D41" w:rsidR="005D3C99" w:rsidRDefault="005D3C99" w:rsidP="00CB7CC1">
      <w:pPr>
        <w:spacing w:after="0" w:line="240" w:lineRule="auto"/>
        <w:jc w:val="center"/>
        <w:rPr>
          <w:rFonts w:ascii="Times New Roman" w:hAnsi="Times New Roman" w:cs="Times New Roman"/>
          <w:b/>
        </w:rPr>
      </w:pPr>
    </w:p>
    <w:p w14:paraId="64DF53AD" w14:textId="344CA52D" w:rsidR="005D3C99" w:rsidRDefault="005D3C99" w:rsidP="00CB7CC1">
      <w:pPr>
        <w:spacing w:after="0" w:line="240" w:lineRule="auto"/>
        <w:jc w:val="center"/>
        <w:rPr>
          <w:rFonts w:ascii="Times New Roman" w:hAnsi="Times New Roman" w:cs="Times New Roman"/>
          <w:b/>
        </w:rPr>
      </w:pPr>
      <w:r>
        <w:rPr>
          <w:rFonts w:ascii="Times New Roman" w:hAnsi="Times New Roman" w:cs="Times New Roman"/>
          <w:b/>
        </w:rPr>
        <w:t>ČASŤ V</w:t>
      </w:r>
    </w:p>
    <w:p w14:paraId="315841D7" w14:textId="3C034046" w:rsidR="003468B2" w:rsidRDefault="00851F21" w:rsidP="003468B2">
      <w:pPr>
        <w:spacing w:after="0" w:line="240" w:lineRule="auto"/>
        <w:jc w:val="center"/>
        <w:rPr>
          <w:rFonts w:ascii="Times New Roman" w:hAnsi="Times New Roman" w:cs="Times New Roman"/>
          <w:b/>
        </w:rPr>
      </w:pPr>
      <w:r>
        <w:rPr>
          <w:rFonts w:ascii="Times New Roman" w:hAnsi="Times New Roman" w:cs="Times New Roman"/>
          <w:b/>
        </w:rPr>
        <w:t>D</w:t>
      </w:r>
      <w:r w:rsidR="003468B2" w:rsidRPr="003468B2">
        <w:rPr>
          <w:rFonts w:ascii="Times New Roman" w:hAnsi="Times New Roman" w:cs="Times New Roman"/>
          <w:b/>
        </w:rPr>
        <w:t>održiavani</w:t>
      </w:r>
      <w:r>
        <w:rPr>
          <w:rFonts w:ascii="Times New Roman" w:hAnsi="Times New Roman" w:cs="Times New Roman"/>
          <w:b/>
        </w:rPr>
        <w:t>e</w:t>
      </w:r>
      <w:r w:rsidR="003468B2" w:rsidRPr="003468B2">
        <w:rPr>
          <w:rFonts w:ascii="Times New Roman" w:hAnsi="Times New Roman" w:cs="Times New Roman"/>
          <w:b/>
        </w:rPr>
        <w:t xml:space="preserve"> zákazu segregácie vo výchove a</w:t>
      </w:r>
      <w:r w:rsidR="003468B2">
        <w:rPr>
          <w:rFonts w:ascii="Times New Roman" w:hAnsi="Times New Roman" w:cs="Times New Roman"/>
          <w:b/>
        </w:rPr>
        <w:t> </w:t>
      </w:r>
      <w:r w:rsidR="003468B2" w:rsidRPr="003468B2">
        <w:rPr>
          <w:rFonts w:ascii="Times New Roman" w:hAnsi="Times New Roman" w:cs="Times New Roman"/>
          <w:b/>
        </w:rPr>
        <w:t>vzdelávaní</w:t>
      </w:r>
    </w:p>
    <w:p w14:paraId="25F57311" w14:textId="77777777" w:rsidR="003468B2" w:rsidRDefault="003468B2" w:rsidP="003468B2">
      <w:pPr>
        <w:spacing w:after="0" w:line="240" w:lineRule="auto"/>
        <w:jc w:val="center"/>
        <w:rPr>
          <w:rFonts w:ascii="Times New Roman" w:hAnsi="Times New Roman" w:cs="Times New Roman"/>
          <w:b/>
        </w:rPr>
      </w:pPr>
    </w:p>
    <w:p w14:paraId="414D618D" w14:textId="35AF6D00" w:rsidR="003468B2" w:rsidRPr="003468B2" w:rsidRDefault="003468B2" w:rsidP="003468B2">
      <w:pPr>
        <w:spacing w:after="0" w:line="240" w:lineRule="auto"/>
        <w:jc w:val="center"/>
        <w:rPr>
          <w:rFonts w:ascii="Times New Roman" w:hAnsi="Times New Roman" w:cs="Times New Roman"/>
          <w:b/>
        </w:rPr>
      </w:pPr>
      <w:r w:rsidRPr="003468B2">
        <w:rPr>
          <w:rFonts w:ascii="Times New Roman" w:hAnsi="Times New Roman" w:cs="Times New Roman"/>
          <w:b/>
        </w:rPr>
        <w:t>Článok 1</w:t>
      </w:r>
    </w:p>
    <w:p w14:paraId="50A42F98" w14:textId="55BA0850" w:rsidR="003468B2" w:rsidRDefault="003468B2" w:rsidP="003468B2">
      <w:pPr>
        <w:spacing w:after="0"/>
        <w:jc w:val="center"/>
        <w:rPr>
          <w:rFonts w:ascii="Times New Roman" w:hAnsi="Times New Roman" w:cs="Times New Roman"/>
          <w:bCs/>
          <w:szCs w:val="24"/>
        </w:rPr>
      </w:pPr>
      <w:r w:rsidRPr="003468B2">
        <w:rPr>
          <w:rFonts w:ascii="Times New Roman" w:hAnsi="Times New Roman" w:cs="Times New Roman"/>
          <w:bCs/>
          <w:szCs w:val="24"/>
        </w:rPr>
        <w:t>Všeobecná časť</w:t>
      </w:r>
      <w:r w:rsidR="006E0119">
        <w:rPr>
          <w:rFonts w:ascii="Times New Roman" w:hAnsi="Times New Roman" w:cs="Times New Roman"/>
          <w:bCs/>
          <w:szCs w:val="24"/>
        </w:rPr>
        <w:t xml:space="preserve"> (26-27 str.)</w:t>
      </w:r>
    </w:p>
    <w:p w14:paraId="4041F2C4" w14:textId="0FD24CA1" w:rsidR="003468B2" w:rsidRPr="003468B2" w:rsidRDefault="003468B2" w:rsidP="003468B2">
      <w:pPr>
        <w:spacing w:after="0" w:line="240" w:lineRule="auto"/>
        <w:jc w:val="center"/>
        <w:rPr>
          <w:rFonts w:ascii="Times New Roman" w:hAnsi="Times New Roman" w:cs="Times New Roman"/>
          <w:b/>
          <w:bCs/>
          <w:szCs w:val="24"/>
        </w:rPr>
      </w:pPr>
      <w:r w:rsidRPr="003468B2">
        <w:rPr>
          <w:rFonts w:ascii="Times New Roman" w:hAnsi="Times New Roman" w:cs="Times New Roman"/>
          <w:b/>
          <w:bCs/>
          <w:szCs w:val="24"/>
        </w:rPr>
        <w:t>Článok 2</w:t>
      </w:r>
    </w:p>
    <w:p w14:paraId="3D0B2FB5" w14:textId="7805C37D" w:rsidR="003468B2" w:rsidRDefault="003468B2" w:rsidP="003468B2">
      <w:pPr>
        <w:spacing w:after="0" w:line="240" w:lineRule="auto"/>
        <w:jc w:val="center"/>
        <w:rPr>
          <w:rFonts w:ascii="Times New Roman" w:hAnsi="Times New Roman" w:cs="Times New Roman"/>
          <w:bCs/>
          <w:szCs w:val="24"/>
        </w:rPr>
      </w:pPr>
      <w:r w:rsidRPr="003468B2">
        <w:rPr>
          <w:rFonts w:ascii="Times New Roman" w:hAnsi="Times New Roman" w:cs="Times New Roman"/>
          <w:bCs/>
          <w:szCs w:val="24"/>
        </w:rPr>
        <w:t>Štandardy dodržiavania zákazu segreg</w:t>
      </w:r>
      <w:r>
        <w:rPr>
          <w:rFonts w:ascii="Times New Roman" w:hAnsi="Times New Roman" w:cs="Times New Roman"/>
          <w:bCs/>
          <w:szCs w:val="24"/>
        </w:rPr>
        <w:t>á</w:t>
      </w:r>
      <w:r w:rsidRPr="003468B2">
        <w:rPr>
          <w:rFonts w:ascii="Times New Roman" w:hAnsi="Times New Roman" w:cs="Times New Roman"/>
          <w:bCs/>
          <w:szCs w:val="24"/>
        </w:rPr>
        <w:t>cie vo výchove a</w:t>
      </w:r>
      <w:r w:rsidR="006E0119">
        <w:rPr>
          <w:rFonts w:ascii="Times New Roman" w:hAnsi="Times New Roman" w:cs="Times New Roman"/>
          <w:bCs/>
          <w:szCs w:val="24"/>
        </w:rPr>
        <w:t> </w:t>
      </w:r>
      <w:r w:rsidRPr="003468B2">
        <w:rPr>
          <w:rFonts w:ascii="Times New Roman" w:hAnsi="Times New Roman" w:cs="Times New Roman"/>
          <w:bCs/>
          <w:szCs w:val="24"/>
        </w:rPr>
        <w:t>vzdelávaní</w:t>
      </w:r>
      <w:r w:rsidR="006E0119">
        <w:rPr>
          <w:rFonts w:ascii="Times New Roman" w:hAnsi="Times New Roman" w:cs="Times New Roman"/>
          <w:bCs/>
          <w:szCs w:val="24"/>
        </w:rPr>
        <w:t xml:space="preserve"> (27-29 str.)</w:t>
      </w:r>
    </w:p>
    <w:p w14:paraId="3AD99EC1" w14:textId="4806D78E" w:rsidR="003468B2" w:rsidRDefault="003468B2" w:rsidP="003468B2">
      <w:pPr>
        <w:spacing w:after="0" w:line="240" w:lineRule="auto"/>
        <w:jc w:val="center"/>
        <w:rPr>
          <w:rFonts w:ascii="Times New Roman" w:hAnsi="Times New Roman" w:cs="Times New Roman"/>
          <w:bCs/>
          <w:szCs w:val="24"/>
        </w:rPr>
      </w:pPr>
    </w:p>
    <w:p w14:paraId="081CB7ED" w14:textId="47C77AEE" w:rsidR="008322F6" w:rsidRDefault="008322F6" w:rsidP="00CB7CC1">
      <w:pPr>
        <w:spacing w:after="0" w:line="240" w:lineRule="auto"/>
        <w:jc w:val="center"/>
        <w:rPr>
          <w:rFonts w:ascii="Times New Roman" w:hAnsi="Times New Roman" w:cs="Times New Roman"/>
          <w:b/>
        </w:rPr>
      </w:pPr>
    </w:p>
    <w:p w14:paraId="1E8D51CA" w14:textId="7AE31613" w:rsidR="000A3713" w:rsidRPr="00903091" w:rsidRDefault="00D454F6" w:rsidP="00CB7CC1">
      <w:pPr>
        <w:spacing w:after="0" w:line="240" w:lineRule="auto"/>
        <w:jc w:val="center"/>
        <w:rPr>
          <w:rFonts w:ascii="Times New Roman" w:hAnsi="Times New Roman" w:cs="Times New Roman"/>
          <w:b/>
        </w:rPr>
      </w:pPr>
      <w:r w:rsidRPr="00903091">
        <w:rPr>
          <w:rFonts w:ascii="Times New Roman" w:hAnsi="Times New Roman" w:cs="Times New Roman"/>
          <w:b/>
        </w:rPr>
        <w:t>ČASŤ V</w:t>
      </w:r>
      <w:r w:rsidR="005D3C99">
        <w:rPr>
          <w:rFonts w:ascii="Times New Roman" w:hAnsi="Times New Roman" w:cs="Times New Roman"/>
          <w:b/>
        </w:rPr>
        <w:t>I</w:t>
      </w:r>
    </w:p>
    <w:p w14:paraId="2E877346" w14:textId="13F72533" w:rsidR="000A3713" w:rsidRPr="006E0119" w:rsidRDefault="00D454F6" w:rsidP="00CB7CC1">
      <w:pPr>
        <w:spacing w:after="0" w:line="240" w:lineRule="auto"/>
        <w:jc w:val="center"/>
        <w:rPr>
          <w:rFonts w:ascii="Times New Roman" w:hAnsi="Times New Roman" w:cs="Times New Roman"/>
        </w:rPr>
      </w:pPr>
      <w:r w:rsidRPr="005D3C99">
        <w:rPr>
          <w:rFonts w:ascii="Times New Roman" w:hAnsi="Times New Roman" w:cs="Times New Roman"/>
          <w:b/>
        </w:rPr>
        <w:t>Podmienky zaobchádzania s majetkom materskej školy</w:t>
      </w:r>
      <w:r w:rsidR="006E0119">
        <w:rPr>
          <w:rFonts w:ascii="Times New Roman" w:hAnsi="Times New Roman" w:cs="Times New Roman"/>
          <w:b/>
        </w:rPr>
        <w:t xml:space="preserve"> </w:t>
      </w:r>
      <w:r w:rsidR="006E0119" w:rsidRPr="006E0119">
        <w:rPr>
          <w:rFonts w:ascii="Times New Roman" w:hAnsi="Times New Roman" w:cs="Times New Roman"/>
        </w:rPr>
        <w:t>(29-30 str.)</w:t>
      </w:r>
    </w:p>
    <w:p w14:paraId="40910AE4" w14:textId="77777777" w:rsidR="008322F6" w:rsidRPr="006E0119" w:rsidRDefault="008322F6" w:rsidP="00CB7CC1">
      <w:pPr>
        <w:spacing w:after="0" w:line="240" w:lineRule="auto"/>
        <w:jc w:val="center"/>
        <w:rPr>
          <w:rFonts w:ascii="Times New Roman" w:hAnsi="Times New Roman" w:cs="Times New Roman"/>
        </w:rPr>
      </w:pPr>
    </w:p>
    <w:p w14:paraId="1D5E0372" w14:textId="74D2E0C4" w:rsidR="000A3713" w:rsidRPr="00903091" w:rsidRDefault="00D454F6" w:rsidP="00CB7CC1">
      <w:pPr>
        <w:spacing w:after="0" w:line="240" w:lineRule="auto"/>
        <w:jc w:val="center"/>
        <w:rPr>
          <w:rFonts w:ascii="Times New Roman" w:hAnsi="Times New Roman" w:cs="Times New Roman"/>
          <w:b/>
        </w:rPr>
      </w:pPr>
      <w:r w:rsidRPr="00903091">
        <w:rPr>
          <w:rFonts w:ascii="Times New Roman" w:hAnsi="Times New Roman" w:cs="Times New Roman"/>
          <w:b/>
        </w:rPr>
        <w:t>ČASŤ VI</w:t>
      </w:r>
      <w:r w:rsidR="005D3C99">
        <w:rPr>
          <w:rFonts w:ascii="Times New Roman" w:hAnsi="Times New Roman" w:cs="Times New Roman"/>
          <w:b/>
        </w:rPr>
        <w:t>I</w:t>
      </w:r>
    </w:p>
    <w:p w14:paraId="3AB6FD0A" w14:textId="7A15AEE6" w:rsidR="000A3713" w:rsidRPr="006E0119" w:rsidRDefault="00D454F6" w:rsidP="00CB7CC1">
      <w:pPr>
        <w:spacing w:after="0" w:line="240" w:lineRule="auto"/>
        <w:jc w:val="center"/>
        <w:rPr>
          <w:rFonts w:ascii="Times New Roman" w:hAnsi="Times New Roman" w:cs="Times New Roman"/>
        </w:rPr>
      </w:pPr>
      <w:r w:rsidRPr="005D3C99">
        <w:rPr>
          <w:rFonts w:ascii="Times New Roman" w:hAnsi="Times New Roman" w:cs="Times New Roman"/>
          <w:b/>
        </w:rPr>
        <w:t>Ochrana osobných údajov</w:t>
      </w:r>
      <w:r w:rsidR="006E0119">
        <w:rPr>
          <w:rFonts w:ascii="Times New Roman" w:hAnsi="Times New Roman" w:cs="Times New Roman"/>
          <w:b/>
        </w:rPr>
        <w:t xml:space="preserve"> </w:t>
      </w:r>
      <w:r w:rsidR="006E0119" w:rsidRPr="006E0119">
        <w:rPr>
          <w:rFonts w:ascii="Times New Roman" w:hAnsi="Times New Roman" w:cs="Times New Roman"/>
        </w:rPr>
        <w:t>(30 str.)</w:t>
      </w:r>
    </w:p>
    <w:p w14:paraId="31832664" w14:textId="77777777" w:rsidR="008322F6" w:rsidRDefault="008322F6" w:rsidP="00CB7CC1">
      <w:pPr>
        <w:spacing w:after="0" w:line="240" w:lineRule="auto"/>
        <w:jc w:val="center"/>
        <w:rPr>
          <w:rFonts w:ascii="Times New Roman" w:hAnsi="Times New Roman" w:cs="Times New Roman"/>
          <w:b/>
        </w:rPr>
      </w:pPr>
    </w:p>
    <w:p w14:paraId="19162D32" w14:textId="5905C7CC" w:rsidR="000A3713" w:rsidRPr="00903091" w:rsidRDefault="00D454F6" w:rsidP="00CB7CC1">
      <w:pPr>
        <w:spacing w:after="0" w:line="240" w:lineRule="auto"/>
        <w:jc w:val="center"/>
        <w:rPr>
          <w:rFonts w:ascii="Times New Roman" w:hAnsi="Times New Roman" w:cs="Times New Roman"/>
          <w:b/>
        </w:rPr>
      </w:pPr>
      <w:r w:rsidRPr="00903091">
        <w:rPr>
          <w:rFonts w:ascii="Times New Roman" w:hAnsi="Times New Roman" w:cs="Times New Roman"/>
          <w:b/>
        </w:rPr>
        <w:t>ČASŤ VII</w:t>
      </w:r>
      <w:r w:rsidR="005D3C99">
        <w:rPr>
          <w:rFonts w:ascii="Times New Roman" w:hAnsi="Times New Roman" w:cs="Times New Roman"/>
          <w:b/>
        </w:rPr>
        <w:t>I</w:t>
      </w:r>
    </w:p>
    <w:p w14:paraId="02D0925D" w14:textId="2CE39DC3" w:rsidR="000A3713" w:rsidRDefault="00D454F6" w:rsidP="00CB7CC1">
      <w:pPr>
        <w:spacing w:after="0" w:line="240" w:lineRule="auto"/>
        <w:jc w:val="center"/>
        <w:rPr>
          <w:rFonts w:ascii="Times New Roman" w:hAnsi="Times New Roman" w:cs="Times New Roman"/>
          <w:b/>
        </w:rPr>
      </w:pPr>
      <w:r w:rsidRPr="006328B7">
        <w:rPr>
          <w:rFonts w:ascii="Times New Roman" w:hAnsi="Times New Roman" w:cs="Times New Roman"/>
          <w:b/>
        </w:rPr>
        <w:t>Záverečné ustanovenia</w:t>
      </w:r>
      <w:r w:rsidR="006E0119">
        <w:rPr>
          <w:rFonts w:ascii="Times New Roman" w:hAnsi="Times New Roman" w:cs="Times New Roman"/>
          <w:b/>
        </w:rPr>
        <w:t xml:space="preserve"> </w:t>
      </w:r>
    </w:p>
    <w:p w14:paraId="082AE0F2" w14:textId="77777777" w:rsidR="006328B7" w:rsidRDefault="006328B7" w:rsidP="006328B7">
      <w:pPr>
        <w:spacing w:after="0" w:line="240" w:lineRule="auto"/>
        <w:jc w:val="center"/>
        <w:rPr>
          <w:rFonts w:ascii="Times New Roman" w:hAnsi="Times New Roman" w:cs="Times New Roman"/>
          <w:b/>
        </w:rPr>
      </w:pPr>
    </w:p>
    <w:p w14:paraId="52911B93" w14:textId="3DABF034" w:rsidR="006328B7" w:rsidRDefault="006328B7" w:rsidP="006328B7">
      <w:pPr>
        <w:spacing w:after="0" w:line="240" w:lineRule="auto"/>
        <w:jc w:val="center"/>
        <w:rPr>
          <w:rFonts w:ascii="Times New Roman" w:hAnsi="Times New Roman" w:cs="Times New Roman"/>
          <w:b/>
        </w:rPr>
      </w:pPr>
      <w:r>
        <w:rPr>
          <w:rFonts w:ascii="Times New Roman" w:hAnsi="Times New Roman" w:cs="Times New Roman"/>
          <w:b/>
        </w:rPr>
        <w:t>Článok 1</w:t>
      </w:r>
    </w:p>
    <w:p w14:paraId="3432257C" w14:textId="3F8BBB17" w:rsidR="006E0119" w:rsidRPr="006E0119" w:rsidRDefault="006328B7" w:rsidP="006E0119">
      <w:pPr>
        <w:spacing w:after="0" w:line="240" w:lineRule="auto"/>
        <w:jc w:val="center"/>
        <w:rPr>
          <w:rFonts w:ascii="Times New Roman" w:hAnsi="Times New Roman" w:cs="Times New Roman"/>
        </w:rPr>
      </w:pPr>
      <w:r w:rsidRPr="00851F21">
        <w:rPr>
          <w:rFonts w:ascii="Times New Roman" w:hAnsi="Times New Roman" w:cs="Times New Roman"/>
          <w:b/>
        </w:rPr>
        <w:t>Právny a metodický základ</w:t>
      </w:r>
      <w:r w:rsidR="006E0119">
        <w:rPr>
          <w:rFonts w:ascii="Times New Roman" w:hAnsi="Times New Roman" w:cs="Times New Roman"/>
          <w:b/>
        </w:rPr>
        <w:t xml:space="preserve"> </w:t>
      </w:r>
      <w:r w:rsidR="006E0119" w:rsidRPr="006E0119">
        <w:rPr>
          <w:rFonts w:ascii="Times New Roman" w:hAnsi="Times New Roman" w:cs="Times New Roman"/>
        </w:rPr>
        <w:t>(31-32 str.)</w:t>
      </w:r>
    </w:p>
    <w:p w14:paraId="3F559DBC" w14:textId="77777777" w:rsidR="006328B7" w:rsidRPr="006328B7" w:rsidRDefault="006328B7" w:rsidP="00CB7CC1">
      <w:pPr>
        <w:spacing w:after="0" w:line="240" w:lineRule="auto"/>
        <w:jc w:val="center"/>
        <w:rPr>
          <w:rFonts w:ascii="Times New Roman" w:hAnsi="Times New Roman" w:cs="Times New Roman"/>
          <w:b/>
        </w:rPr>
      </w:pPr>
    </w:p>
    <w:p w14:paraId="168B99EF" w14:textId="77777777" w:rsidR="000A3713" w:rsidRPr="00D454F6" w:rsidRDefault="00D454F6" w:rsidP="00CB7CC1">
      <w:pPr>
        <w:spacing w:after="0" w:line="240" w:lineRule="auto"/>
        <w:jc w:val="center"/>
        <w:rPr>
          <w:rFonts w:ascii="Times New Roman" w:hAnsi="Times New Roman" w:cs="Times New Roman"/>
        </w:rPr>
      </w:pPr>
      <w:r w:rsidRPr="00D454F6">
        <w:rPr>
          <w:rFonts w:ascii="Times New Roman" w:hAnsi="Times New Roman" w:cs="Times New Roman"/>
        </w:rPr>
        <w:br w:type="page"/>
      </w:r>
    </w:p>
    <w:p w14:paraId="049D1662" w14:textId="77777777" w:rsidR="000A3713" w:rsidRPr="00D454F6" w:rsidRDefault="00D454F6" w:rsidP="00CB7CC1">
      <w:pPr>
        <w:spacing w:after="0" w:line="240" w:lineRule="auto"/>
        <w:jc w:val="center"/>
        <w:rPr>
          <w:rFonts w:ascii="Times New Roman" w:hAnsi="Times New Roman" w:cs="Times New Roman"/>
        </w:rPr>
      </w:pPr>
      <w:r w:rsidRPr="00D454F6">
        <w:rPr>
          <w:rFonts w:ascii="Times New Roman" w:hAnsi="Times New Roman" w:cs="Times New Roman"/>
          <w:b/>
        </w:rPr>
        <w:lastRenderedPageBreak/>
        <w:t>ČASŤ I.</w:t>
      </w:r>
    </w:p>
    <w:p w14:paraId="19706CB2" w14:textId="77777777" w:rsidR="000A3713" w:rsidRPr="00D454F6" w:rsidRDefault="00D454F6" w:rsidP="00CB7CC1">
      <w:pPr>
        <w:spacing w:after="0" w:line="240" w:lineRule="auto"/>
        <w:jc w:val="center"/>
        <w:rPr>
          <w:rFonts w:ascii="Times New Roman" w:hAnsi="Times New Roman" w:cs="Times New Roman"/>
        </w:rPr>
      </w:pPr>
      <w:r w:rsidRPr="00D454F6">
        <w:rPr>
          <w:rFonts w:ascii="Times New Roman" w:hAnsi="Times New Roman" w:cs="Times New Roman"/>
          <w:b/>
        </w:rPr>
        <w:t>ÚVODNÉ USTANOVENIA</w:t>
      </w:r>
    </w:p>
    <w:p w14:paraId="090699E5" w14:textId="77777777" w:rsidR="000A3713" w:rsidRPr="00D454F6" w:rsidRDefault="00D454F6" w:rsidP="00CB7CC1">
      <w:pPr>
        <w:spacing w:after="0" w:line="240" w:lineRule="auto"/>
        <w:jc w:val="both"/>
        <w:rPr>
          <w:rFonts w:ascii="Times New Roman" w:hAnsi="Times New Roman" w:cs="Times New Roman"/>
        </w:rPr>
      </w:pPr>
      <w:r w:rsidRPr="00D454F6">
        <w:rPr>
          <w:rFonts w:ascii="Times New Roman" w:hAnsi="Times New Roman" w:cs="Times New Roman"/>
        </w:rPr>
        <w:t>Školský poriadok materskej školy vydáva riaditeľka Materskej školy, Kovarce 450</w:t>
      </w:r>
      <w:r w:rsidR="00722DFF">
        <w:rPr>
          <w:rFonts w:ascii="Times New Roman" w:hAnsi="Times New Roman" w:cs="Times New Roman"/>
        </w:rPr>
        <w:t xml:space="preserve"> </w:t>
      </w:r>
      <w:r w:rsidRPr="00D454F6">
        <w:rPr>
          <w:rFonts w:ascii="Times New Roman" w:hAnsi="Times New Roman" w:cs="Times New Roman"/>
        </w:rPr>
        <w:t>v zriaďovateľskej pôsobnosti Obce Kovarce v zmysle § 153 zákona č. 245/2008 Z. z. o výchove</w:t>
      </w:r>
      <w:r w:rsidR="00722DFF">
        <w:rPr>
          <w:rFonts w:ascii="Times New Roman" w:hAnsi="Times New Roman" w:cs="Times New Roman"/>
        </w:rPr>
        <w:t xml:space="preserve"> </w:t>
      </w:r>
      <w:r w:rsidRPr="00D454F6">
        <w:rPr>
          <w:rFonts w:ascii="Times New Roman" w:hAnsi="Times New Roman" w:cs="Times New Roman"/>
        </w:rPr>
        <w:t>a vzdelávaní a o zmene a doplnení niektorých zákonov (ďalej len „školský zákon“) v znení</w:t>
      </w:r>
      <w:r w:rsidR="00722DFF">
        <w:rPr>
          <w:rFonts w:ascii="Times New Roman" w:hAnsi="Times New Roman" w:cs="Times New Roman"/>
        </w:rPr>
        <w:t xml:space="preserve"> </w:t>
      </w:r>
      <w:r w:rsidRPr="00D454F6">
        <w:rPr>
          <w:rFonts w:ascii="Times New Roman" w:hAnsi="Times New Roman" w:cs="Times New Roman"/>
        </w:rPr>
        <w:t>neskorších predpisov po prerokovaní v rade školy a v pedagogickej rade.</w:t>
      </w:r>
    </w:p>
    <w:p w14:paraId="5D4AA6A1" w14:textId="77777777" w:rsidR="000A3713" w:rsidRPr="00D454F6" w:rsidRDefault="00D454F6" w:rsidP="00CB7CC1">
      <w:pPr>
        <w:spacing w:after="0" w:line="240" w:lineRule="auto"/>
        <w:jc w:val="both"/>
        <w:rPr>
          <w:rFonts w:ascii="Times New Roman" w:hAnsi="Times New Roman" w:cs="Times New Roman"/>
        </w:rPr>
      </w:pPr>
      <w:r w:rsidRPr="00D454F6">
        <w:rPr>
          <w:rFonts w:ascii="Times New Roman" w:hAnsi="Times New Roman" w:cs="Times New Roman"/>
        </w:rPr>
        <w:t>Školský poriadok je vnútorný dokument materskej školy, ktorý predstavuje súhrn záväzných</w:t>
      </w:r>
      <w:r w:rsidR="00722DFF">
        <w:rPr>
          <w:rFonts w:ascii="Times New Roman" w:hAnsi="Times New Roman" w:cs="Times New Roman"/>
        </w:rPr>
        <w:t xml:space="preserve"> </w:t>
      </w:r>
      <w:r w:rsidRPr="00D454F6">
        <w:rPr>
          <w:rFonts w:ascii="Times New Roman" w:hAnsi="Times New Roman" w:cs="Times New Roman"/>
        </w:rPr>
        <w:t>noriem, zásad a pravidiel zabezpečujúcich spolužitie kolektívu detí, ich zákonných zástupcov,</w:t>
      </w:r>
      <w:r w:rsidR="00722DFF">
        <w:rPr>
          <w:rFonts w:ascii="Times New Roman" w:hAnsi="Times New Roman" w:cs="Times New Roman"/>
        </w:rPr>
        <w:t xml:space="preserve"> </w:t>
      </w:r>
      <w:r w:rsidRPr="00D454F6">
        <w:rPr>
          <w:rFonts w:ascii="Times New Roman" w:hAnsi="Times New Roman" w:cs="Times New Roman"/>
        </w:rPr>
        <w:t>pedagogických a prevádzkových zamestnancov školy.</w:t>
      </w:r>
    </w:p>
    <w:p w14:paraId="13E7506C" w14:textId="77777777" w:rsidR="000A3713" w:rsidRPr="00D454F6" w:rsidRDefault="00D454F6" w:rsidP="00CB7CC1">
      <w:pPr>
        <w:spacing w:after="0" w:line="240" w:lineRule="auto"/>
        <w:jc w:val="both"/>
        <w:rPr>
          <w:rFonts w:ascii="Times New Roman" w:hAnsi="Times New Roman" w:cs="Times New Roman"/>
        </w:rPr>
      </w:pPr>
      <w:r w:rsidRPr="00D454F6">
        <w:rPr>
          <w:rFonts w:ascii="Times New Roman" w:hAnsi="Times New Roman" w:cs="Times New Roman"/>
        </w:rPr>
        <w:t>Školský poriadok zohľadňuje špecifické podmienky Materskej školy, Kovarce 450 s prihliadnutím</w:t>
      </w:r>
      <w:r w:rsidR="00722DFF">
        <w:rPr>
          <w:rFonts w:ascii="Times New Roman" w:hAnsi="Times New Roman" w:cs="Times New Roman"/>
        </w:rPr>
        <w:t xml:space="preserve"> </w:t>
      </w:r>
      <w:r w:rsidRPr="00D454F6">
        <w:rPr>
          <w:rFonts w:ascii="Times New Roman" w:hAnsi="Times New Roman" w:cs="Times New Roman"/>
        </w:rPr>
        <w:t>na požiadavky a potreby zákonných zástupcov, zriaďovateľa a je vypracovaný v súlade</w:t>
      </w:r>
      <w:r w:rsidR="00722DFF">
        <w:rPr>
          <w:rFonts w:ascii="Times New Roman" w:hAnsi="Times New Roman" w:cs="Times New Roman"/>
        </w:rPr>
        <w:t xml:space="preserve"> </w:t>
      </w:r>
      <w:r w:rsidRPr="00D454F6">
        <w:rPr>
          <w:rFonts w:ascii="Times New Roman" w:hAnsi="Times New Roman" w:cs="Times New Roman"/>
        </w:rPr>
        <w:t>s princípmi sledovania najlepších záujmov a optimálneho rozvoja detí predškolského veku.</w:t>
      </w:r>
    </w:p>
    <w:p w14:paraId="2C050239" w14:textId="77777777" w:rsidR="00722DFF" w:rsidRDefault="00722DFF" w:rsidP="00CB7CC1">
      <w:pPr>
        <w:spacing w:after="0" w:line="240" w:lineRule="auto"/>
        <w:jc w:val="center"/>
        <w:rPr>
          <w:rFonts w:ascii="Times New Roman" w:hAnsi="Times New Roman" w:cs="Times New Roman"/>
          <w:b/>
        </w:rPr>
      </w:pPr>
    </w:p>
    <w:p w14:paraId="57330704" w14:textId="77777777" w:rsidR="000A3713" w:rsidRPr="00D454F6" w:rsidRDefault="00D454F6" w:rsidP="00CB7CC1">
      <w:pPr>
        <w:spacing w:after="0" w:line="240" w:lineRule="auto"/>
        <w:jc w:val="center"/>
        <w:rPr>
          <w:rFonts w:ascii="Times New Roman" w:hAnsi="Times New Roman" w:cs="Times New Roman"/>
        </w:rPr>
      </w:pPr>
      <w:r w:rsidRPr="00D454F6">
        <w:rPr>
          <w:rFonts w:ascii="Times New Roman" w:hAnsi="Times New Roman" w:cs="Times New Roman"/>
          <w:b/>
        </w:rPr>
        <w:t>ČASŤ II.</w:t>
      </w:r>
    </w:p>
    <w:p w14:paraId="12758116" w14:textId="77777777" w:rsidR="008322F6" w:rsidRDefault="008322F6" w:rsidP="00CB7CC1">
      <w:pPr>
        <w:spacing w:after="0" w:line="240" w:lineRule="auto"/>
        <w:jc w:val="center"/>
        <w:rPr>
          <w:rFonts w:ascii="Times New Roman" w:hAnsi="Times New Roman" w:cs="Times New Roman"/>
          <w:b/>
        </w:rPr>
      </w:pPr>
    </w:p>
    <w:p w14:paraId="5BA11B23" w14:textId="730B457B" w:rsidR="000A3713" w:rsidRPr="00D454F6" w:rsidRDefault="00D454F6" w:rsidP="00CB7CC1">
      <w:pPr>
        <w:spacing w:after="0" w:line="240" w:lineRule="auto"/>
        <w:jc w:val="center"/>
        <w:rPr>
          <w:rFonts w:ascii="Times New Roman" w:hAnsi="Times New Roman" w:cs="Times New Roman"/>
        </w:rPr>
      </w:pPr>
      <w:r w:rsidRPr="00D454F6">
        <w:rPr>
          <w:rFonts w:ascii="Times New Roman" w:hAnsi="Times New Roman" w:cs="Times New Roman"/>
          <w:b/>
        </w:rPr>
        <w:t>Článok 1</w:t>
      </w:r>
    </w:p>
    <w:p w14:paraId="4E9B0320" w14:textId="6BA87A61" w:rsidR="000A3713" w:rsidRPr="00722DFF" w:rsidRDefault="00D454F6" w:rsidP="00CB7CC1">
      <w:pPr>
        <w:spacing w:after="0" w:line="240" w:lineRule="auto"/>
        <w:jc w:val="center"/>
        <w:rPr>
          <w:rFonts w:ascii="Times New Roman" w:hAnsi="Times New Roman" w:cs="Times New Roman"/>
          <w:b/>
        </w:rPr>
      </w:pPr>
      <w:r w:rsidRPr="00722DFF">
        <w:rPr>
          <w:rFonts w:ascii="Times New Roman" w:hAnsi="Times New Roman" w:cs="Times New Roman"/>
          <w:b/>
        </w:rPr>
        <w:t xml:space="preserve">Práva a povinnosti detí a ich zákonných zástupcov  v materskej </w:t>
      </w:r>
      <w:r w:rsidR="00722DFF" w:rsidRPr="00722DFF">
        <w:rPr>
          <w:rFonts w:ascii="Times New Roman" w:hAnsi="Times New Roman" w:cs="Times New Roman"/>
          <w:b/>
        </w:rPr>
        <w:t>škol</w:t>
      </w:r>
      <w:r w:rsidR="006E0119">
        <w:rPr>
          <w:rFonts w:ascii="Times New Roman" w:hAnsi="Times New Roman" w:cs="Times New Roman"/>
          <w:b/>
        </w:rPr>
        <w:t>e</w:t>
      </w:r>
    </w:p>
    <w:p w14:paraId="1FEA1A9A" w14:textId="77777777" w:rsidR="008322F6" w:rsidRPr="008322F6" w:rsidRDefault="008322F6" w:rsidP="00CB7CC1">
      <w:pPr>
        <w:spacing w:after="0" w:line="240" w:lineRule="auto"/>
        <w:jc w:val="both"/>
        <w:rPr>
          <w:rFonts w:ascii="Times New Roman" w:hAnsi="Times New Roman" w:cs="Times New Roman"/>
          <w:sz w:val="14"/>
          <w:szCs w:val="14"/>
        </w:rPr>
      </w:pPr>
    </w:p>
    <w:p w14:paraId="78926920" w14:textId="5DFAB6E3" w:rsidR="000A3713" w:rsidRPr="00D454F6" w:rsidRDefault="00D454F6" w:rsidP="00CB7CC1">
      <w:pPr>
        <w:spacing w:after="0" w:line="240" w:lineRule="auto"/>
        <w:jc w:val="both"/>
        <w:rPr>
          <w:rFonts w:ascii="Times New Roman" w:hAnsi="Times New Roman" w:cs="Times New Roman"/>
        </w:rPr>
      </w:pPr>
      <w:r w:rsidRPr="00D454F6">
        <w:rPr>
          <w:rFonts w:ascii="Times New Roman" w:hAnsi="Times New Roman" w:cs="Times New Roman"/>
        </w:rPr>
        <w:t>Výkon práv a povinností vyplývajúci zo školského zákona je v súlade s dobrými mravmi a</w:t>
      </w:r>
      <w:r w:rsidR="00851F21">
        <w:rPr>
          <w:rFonts w:ascii="Times New Roman" w:hAnsi="Times New Roman" w:cs="Times New Roman"/>
        </w:rPr>
        <w:t> </w:t>
      </w:r>
      <w:r w:rsidRPr="00D454F6">
        <w:rPr>
          <w:rFonts w:ascii="Times New Roman" w:hAnsi="Times New Roman" w:cs="Times New Roman"/>
        </w:rPr>
        <w:t>nikto</w:t>
      </w:r>
      <w:r w:rsidR="00851F21">
        <w:rPr>
          <w:rFonts w:ascii="Times New Roman" w:hAnsi="Times New Roman" w:cs="Times New Roman"/>
        </w:rPr>
        <w:t xml:space="preserve"> </w:t>
      </w:r>
      <w:r w:rsidRPr="00D454F6">
        <w:rPr>
          <w:rFonts w:ascii="Times New Roman" w:hAnsi="Times New Roman" w:cs="Times New Roman"/>
        </w:rPr>
        <w:t>nesmie tieto práva a povinnosti zneužívať na úkor druhých.</w:t>
      </w:r>
    </w:p>
    <w:p w14:paraId="23D7FBFE" w14:textId="77777777" w:rsidR="000A3713" w:rsidRPr="00D454F6" w:rsidRDefault="00D454F6" w:rsidP="00CB7CC1">
      <w:pPr>
        <w:spacing w:after="0" w:line="240" w:lineRule="auto"/>
        <w:jc w:val="both"/>
        <w:rPr>
          <w:rFonts w:ascii="Times New Roman" w:hAnsi="Times New Roman" w:cs="Times New Roman"/>
        </w:rPr>
      </w:pPr>
      <w:r w:rsidRPr="00D454F6">
        <w:rPr>
          <w:rFonts w:ascii="Times New Roman" w:hAnsi="Times New Roman" w:cs="Times New Roman"/>
        </w:rPr>
        <w:t>V súlade s § 145 ods. 1 školského zákona sa práva ustanovené týmto zákonom zaručujú rovnako</w:t>
      </w:r>
      <w:r w:rsidR="00722DFF">
        <w:rPr>
          <w:rFonts w:ascii="Times New Roman" w:hAnsi="Times New Roman" w:cs="Times New Roman"/>
        </w:rPr>
        <w:t xml:space="preserve"> </w:t>
      </w:r>
      <w:r w:rsidRPr="00D454F6">
        <w:rPr>
          <w:rFonts w:ascii="Times New Roman" w:hAnsi="Times New Roman" w:cs="Times New Roman"/>
        </w:rPr>
        <w:t>všetkým deťom v súlade so zásadou rovnakého zaobchádzania vo vzdelávaní ustanovenou</w:t>
      </w:r>
      <w:r w:rsidR="00722DFF">
        <w:rPr>
          <w:rFonts w:ascii="Times New Roman" w:hAnsi="Times New Roman" w:cs="Times New Roman"/>
        </w:rPr>
        <w:t xml:space="preserve"> </w:t>
      </w:r>
      <w:r w:rsidRPr="00D454F6">
        <w:rPr>
          <w:rFonts w:ascii="Times New Roman" w:hAnsi="Times New Roman" w:cs="Times New Roman"/>
        </w:rPr>
        <w:t>zákonom č. 365/2004 Z. z. o rovnakom zaobchádzaní v niektorých oblastiach a o ochrane pred</w:t>
      </w:r>
      <w:r w:rsidR="00722DFF">
        <w:rPr>
          <w:rFonts w:ascii="Times New Roman" w:hAnsi="Times New Roman" w:cs="Times New Roman"/>
        </w:rPr>
        <w:t xml:space="preserve"> </w:t>
      </w:r>
      <w:r w:rsidRPr="00D454F6">
        <w:rPr>
          <w:rFonts w:ascii="Times New Roman" w:hAnsi="Times New Roman" w:cs="Times New Roman"/>
        </w:rPr>
        <w:t>diskrimináciou a o zmene a doplnení niektorých zákonov (antidiskriminačný zákon) v znení</w:t>
      </w:r>
      <w:r w:rsidR="00722DFF">
        <w:rPr>
          <w:rFonts w:ascii="Times New Roman" w:hAnsi="Times New Roman" w:cs="Times New Roman"/>
        </w:rPr>
        <w:t xml:space="preserve"> </w:t>
      </w:r>
      <w:r w:rsidRPr="00D454F6">
        <w:rPr>
          <w:rFonts w:ascii="Times New Roman" w:hAnsi="Times New Roman" w:cs="Times New Roman"/>
        </w:rPr>
        <w:t>neskorších predpisov.</w:t>
      </w:r>
    </w:p>
    <w:p w14:paraId="2FEB136B" w14:textId="77777777" w:rsidR="00722DFF" w:rsidRDefault="00722DFF" w:rsidP="00CB7CC1">
      <w:pPr>
        <w:spacing w:after="0" w:line="240" w:lineRule="auto"/>
        <w:rPr>
          <w:rFonts w:ascii="Times New Roman" w:hAnsi="Times New Roman" w:cs="Times New Roman"/>
          <w:b/>
        </w:rPr>
      </w:pPr>
    </w:p>
    <w:p w14:paraId="6854C909" w14:textId="77777777" w:rsidR="000A3713" w:rsidRPr="00851F21" w:rsidRDefault="00D454F6" w:rsidP="00CB7CC1">
      <w:pPr>
        <w:spacing w:after="0" w:line="240" w:lineRule="auto"/>
        <w:rPr>
          <w:rFonts w:ascii="Times New Roman" w:hAnsi="Times New Roman" w:cs="Times New Roman"/>
          <w:sz w:val="20"/>
        </w:rPr>
      </w:pPr>
      <w:r w:rsidRPr="00851F21">
        <w:rPr>
          <w:rFonts w:ascii="Times New Roman" w:hAnsi="Times New Roman" w:cs="Times New Roman"/>
          <w:b/>
          <w:sz w:val="20"/>
        </w:rPr>
        <w:t>1.1     Dieťa má právo na:</w:t>
      </w:r>
    </w:p>
    <w:p w14:paraId="17B13DF5" w14:textId="77777777" w:rsidR="000A3713" w:rsidRPr="00851F21" w:rsidRDefault="00D454F6" w:rsidP="00FE5BF0">
      <w:pPr>
        <w:pStyle w:val="Odsekzoznamu"/>
        <w:numPr>
          <w:ilvl w:val="0"/>
          <w:numId w:val="7"/>
        </w:numPr>
        <w:spacing w:after="0" w:line="240" w:lineRule="auto"/>
        <w:ind w:left="357" w:hanging="357"/>
        <w:jc w:val="both"/>
        <w:rPr>
          <w:rFonts w:ascii="Times New Roman" w:hAnsi="Times New Roman" w:cs="Times New Roman"/>
          <w:szCs w:val="24"/>
        </w:rPr>
      </w:pPr>
      <w:r w:rsidRPr="00851F21">
        <w:rPr>
          <w:rFonts w:ascii="Times New Roman" w:hAnsi="Times New Roman" w:cs="Times New Roman"/>
          <w:szCs w:val="24"/>
        </w:rPr>
        <w:t>rovnaký prístup k vzdelaniu,</w:t>
      </w:r>
    </w:p>
    <w:p w14:paraId="05A291C3" w14:textId="77777777" w:rsidR="000A3713" w:rsidRPr="00851F21" w:rsidRDefault="00D454F6" w:rsidP="00FE5BF0">
      <w:pPr>
        <w:pStyle w:val="Odsekzoznamu"/>
        <w:numPr>
          <w:ilvl w:val="0"/>
          <w:numId w:val="7"/>
        </w:numPr>
        <w:spacing w:after="0" w:line="240" w:lineRule="auto"/>
        <w:ind w:left="357" w:hanging="357"/>
        <w:jc w:val="both"/>
        <w:rPr>
          <w:rFonts w:ascii="Times New Roman" w:hAnsi="Times New Roman" w:cs="Times New Roman"/>
          <w:szCs w:val="24"/>
        </w:rPr>
      </w:pPr>
      <w:r w:rsidRPr="00851F21">
        <w:rPr>
          <w:rFonts w:ascii="Times New Roman" w:hAnsi="Times New Roman" w:cs="Times New Roman"/>
          <w:szCs w:val="24"/>
        </w:rPr>
        <w:t>bezplatné vzdelávanie, ak plní povinné predprimárne vzdelávanie v materskej škole,</w:t>
      </w:r>
    </w:p>
    <w:p w14:paraId="48BE8A54" w14:textId="77777777" w:rsidR="00722DFF" w:rsidRPr="00851F21" w:rsidRDefault="00D454F6" w:rsidP="00FE5BF0">
      <w:pPr>
        <w:pStyle w:val="Odsekzoznamu"/>
        <w:numPr>
          <w:ilvl w:val="0"/>
          <w:numId w:val="7"/>
        </w:numPr>
        <w:spacing w:after="0" w:line="240" w:lineRule="auto"/>
        <w:ind w:left="357" w:hanging="357"/>
        <w:jc w:val="both"/>
        <w:rPr>
          <w:rFonts w:ascii="Times New Roman" w:hAnsi="Times New Roman" w:cs="Times New Roman"/>
          <w:szCs w:val="24"/>
        </w:rPr>
      </w:pPr>
      <w:r w:rsidRPr="00851F21">
        <w:rPr>
          <w:rFonts w:ascii="Times New Roman" w:hAnsi="Times New Roman" w:cs="Times New Roman"/>
          <w:szCs w:val="24"/>
        </w:rPr>
        <w:t>vzdelanie v štátnom jazyku a materinskom jazyku v rozsahu ustanovenom v školskom</w:t>
      </w:r>
      <w:r w:rsidR="00722DFF" w:rsidRPr="00851F21">
        <w:rPr>
          <w:rFonts w:ascii="Times New Roman" w:hAnsi="Times New Roman" w:cs="Times New Roman"/>
          <w:szCs w:val="24"/>
        </w:rPr>
        <w:t xml:space="preserve"> </w:t>
      </w:r>
      <w:r w:rsidRPr="00851F21">
        <w:rPr>
          <w:rFonts w:ascii="Times New Roman" w:hAnsi="Times New Roman" w:cs="Times New Roman"/>
          <w:szCs w:val="24"/>
        </w:rPr>
        <w:t>zákone,</w:t>
      </w:r>
    </w:p>
    <w:p w14:paraId="50CDA3F6" w14:textId="77777777" w:rsidR="000A3713" w:rsidRPr="00851F21" w:rsidRDefault="00722DFF" w:rsidP="00FE5BF0">
      <w:pPr>
        <w:pStyle w:val="Odsekzoznamu"/>
        <w:numPr>
          <w:ilvl w:val="0"/>
          <w:numId w:val="7"/>
        </w:numPr>
        <w:spacing w:after="0" w:line="240" w:lineRule="auto"/>
        <w:ind w:left="357" w:hanging="357"/>
        <w:jc w:val="both"/>
        <w:rPr>
          <w:rFonts w:ascii="Times New Roman" w:hAnsi="Times New Roman" w:cs="Times New Roman"/>
          <w:szCs w:val="24"/>
        </w:rPr>
      </w:pPr>
      <w:r w:rsidRPr="00851F21">
        <w:rPr>
          <w:rFonts w:ascii="Times New Roman" w:hAnsi="Times New Roman" w:cs="Times New Roman"/>
          <w:szCs w:val="24"/>
        </w:rPr>
        <w:t>i</w:t>
      </w:r>
      <w:r w:rsidR="00D454F6" w:rsidRPr="00851F21">
        <w:rPr>
          <w:rFonts w:ascii="Times New Roman" w:hAnsi="Times New Roman" w:cs="Times New Roman"/>
          <w:szCs w:val="24"/>
        </w:rPr>
        <w:t>ndividuálny prístup rešpektujúci jeho schopnosti, možnosti  a zdravotný stav,</w:t>
      </w:r>
    </w:p>
    <w:p w14:paraId="7C180056" w14:textId="77777777" w:rsidR="000A3713" w:rsidRPr="00851F21" w:rsidRDefault="00D454F6" w:rsidP="00FE5BF0">
      <w:pPr>
        <w:pStyle w:val="Odsekzoznamu"/>
        <w:numPr>
          <w:ilvl w:val="0"/>
          <w:numId w:val="7"/>
        </w:numPr>
        <w:spacing w:after="0" w:line="240" w:lineRule="auto"/>
        <w:ind w:left="357" w:hanging="357"/>
        <w:jc w:val="both"/>
        <w:rPr>
          <w:rFonts w:ascii="Times New Roman" w:hAnsi="Times New Roman" w:cs="Times New Roman"/>
          <w:szCs w:val="24"/>
        </w:rPr>
      </w:pPr>
      <w:r w:rsidRPr="00851F21">
        <w:rPr>
          <w:rFonts w:ascii="Times New Roman" w:hAnsi="Times New Roman" w:cs="Times New Roman"/>
          <w:szCs w:val="24"/>
        </w:rPr>
        <w:t>úctu k jeho vierovyznaniu, svetonázoru, národnostnej a etnickej príslušnosti,</w:t>
      </w:r>
    </w:p>
    <w:p w14:paraId="3FD1D9A1" w14:textId="77777777" w:rsidR="00722DFF" w:rsidRPr="00851F21" w:rsidRDefault="00D454F6" w:rsidP="00FE5BF0">
      <w:pPr>
        <w:pStyle w:val="Odsekzoznamu"/>
        <w:numPr>
          <w:ilvl w:val="0"/>
          <w:numId w:val="7"/>
        </w:numPr>
        <w:spacing w:after="0" w:line="240" w:lineRule="auto"/>
        <w:ind w:left="357" w:hanging="357"/>
        <w:jc w:val="both"/>
        <w:rPr>
          <w:rFonts w:ascii="Times New Roman" w:hAnsi="Times New Roman" w:cs="Times New Roman"/>
          <w:szCs w:val="24"/>
        </w:rPr>
      </w:pPr>
      <w:r w:rsidRPr="00851F21">
        <w:rPr>
          <w:rFonts w:ascii="Times New Roman" w:hAnsi="Times New Roman" w:cs="Times New Roman"/>
          <w:szCs w:val="24"/>
        </w:rPr>
        <w:t>poskytovanie poradenstva a služieb spojených s výchovou a vzdelávaním,</w:t>
      </w:r>
    </w:p>
    <w:p w14:paraId="7096CF06" w14:textId="77777777" w:rsidR="00722DFF" w:rsidRPr="00851F21" w:rsidRDefault="00D454F6" w:rsidP="00FE5BF0">
      <w:pPr>
        <w:pStyle w:val="Odsekzoznamu"/>
        <w:numPr>
          <w:ilvl w:val="0"/>
          <w:numId w:val="7"/>
        </w:numPr>
        <w:spacing w:after="0" w:line="240" w:lineRule="auto"/>
        <w:ind w:left="357" w:hanging="357"/>
        <w:jc w:val="both"/>
        <w:rPr>
          <w:rFonts w:ascii="Times New Roman" w:hAnsi="Times New Roman" w:cs="Times New Roman"/>
          <w:szCs w:val="24"/>
        </w:rPr>
      </w:pPr>
      <w:r w:rsidRPr="00851F21">
        <w:rPr>
          <w:rFonts w:ascii="Times New Roman" w:hAnsi="Times New Roman" w:cs="Times New Roman"/>
          <w:szCs w:val="24"/>
        </w:rPr>
        <w:t>výchovu a vzdelávanie v bezpečnom a hygienicky vyhovujúcom prostredí,</w:t>
      </w:r>
    </w:p>
    <w:p w14:paraId="64911BB4" w14:textId="77777777" w:rsidR="000A3713" w:rsidRPr="00851F21" w:rsidRDefault="00D454F6" w:rsidP="00FE5BF0">
      <w:pPr>
        <w:pStyle w:val="Odsekzoznamu"/>
        <w:numPr>
          <w:ilvl w:val="0"/>
          <w:numId w:val="7"/>
        </w:numPr>
        <w:spacing w:after="0" w:line="240" w:lineRule="auto"/>
        <w:ind w:left="357" w:hanging="357"/>
        <w:jc w:val="both"/>
        <w:rPr>
          <w:rFonts w:ascii="Times New Roman" w:hAnsi="Times New Roman" w:cs="Times New Roman"/>
          <w:szCs w:val="24"/>
        </w:rPr>
      </w:pPr>
      <w:r w:rsidRPr="00851F21">
        <w:rPr>
          <w:rFonts w:ascii="Times New Roman" w:hAnsi="Times New Roman" w:cs="Times New Roman"/>
          <w:szCs w:val="24"/>
        </w:rPr>
        <w:t>organizáciu výchovy a vzdelávania primeranú jeho veku, schopnostiam, záujmom,</w:t>
      </w:r>
      <w:r w:rsidR="00557031" w:rsidRPr="00851F21">
        <w:rPr>
          <w:rFonts w:ascii="Times New Roman" w:hAnsi="Times New Roman" w:cs="Times New Roman"/>
          <w:szCs w:val="24"/>
        </w:rPr>
        <w:t xml:space="preserve"> </w:t>
      </w:r>
      <w:r w:rsidRPr="00851F21">
        <w:rPr>
          <w:rFonts w:ascii="Times New Roman" w:hAnsi="Times New Roman" w:cs="Times New Roman"/>
          <w:szCs w:val="24"/>
        </w:rPr>
        <w:t>zdravotnému stavu a v súlade so zásadami psychohygieny,</w:t>
      </w:r>
    </w:p>
    <w:p w14:paraId="2DE0B26A" w14:textId="77777777" w:rsidR="00722DFF" w:rsidRPr="00851F21" w:rsidRDefault="00D454F6" w:rsidP="00FE5BF0">
      <w:pPr>
        <w:pStyle w:val="Odsekzoznamu"/>
        <w:numPr>
          <w:ilvl w:val="0"/>
          <w:numId w:val="7"/>
        </w:numPr>
        <w:spacing w:after="0" w:line="240" w:lineRule="auto"/>
        <w:ind w:left="357" w:hanging="357"/>
        <w:jc w:val="both"/>
        <w:rPr>
          <w:rFonts w:ascii="Times New Roman" w:hAnsi="Times New Roman" w:cs="Times New Roman"/>
          <w:szCs w:val="24"/>
        </w:rPr>
      </w:pPr>
      <w:r w:rsidRPr="00851F21">
        <w:rPr>
          <w:rFonts w:ascii="Times New Roman" w:hAnsi="Times New Roman" w:cs="Times New Roman"/>
          <w:szCs w:val="24"/>
        </w:rPr>
        <w:t>úctu k svojej osobe a</w:t>
      </w:r>
      <w:r w:rsidR="00722DFF" w:rsidRPr="00851F21">
        <w:rPr>
          <w:rFonts w:ascii="Times New Roman" w:hAnsi="Times New Roman" w:cs="Times New Roman"/>
          <w:szCs w:val="24"/>
        </w:rPr>
        <w:t xml:space="preserve"> </w:t>
      </w:r>
      <w:r w:rsidRPr="00851F21">
        <w:rPr>
          <w:rFonts w:ascii="Times New Roman" w:hAnsi="Times New Roman" w:cs="Times New Roman"/>
          <w:szCs w:val="24"/>
        </w:rPr>
        <w:t>zabezpečenie ochrany proti fyzickému, psychickému</w:t>
      </w:r>
      <w:r w:rsidR="00722DFF" w:rsidRPr="00851F21">
        <w:rPr>
          <w:rFonts w:ascii="Times New Roman" w:hAnsi="Times New Roman" w:cs="Times New Roman"/>
          <w:szCs w:val="24"/>
        </w:rPr>
        <w:t xml:space="preserve"> </w:t>
      </w:r>
      <w:r w:rsidRPr="00851F21">
        <w:rPr>
          <w:rFonts w:ascii="Times New Roman" w:hAnsi="Times New Roman" w:cs="Times New Roman"/>
          <w:szCs w:val="24"/>
        </w:rPr>
        <w:t>a sexuálnemu násiliu,</w:t>
      </w:r>
    </w:p>
    <w:p w14:paraId="2029672C" w14:textId="77777777" w:rsidR="000A3713" w:rsidRPr="00851F21" w:rsidRDefault="00D454F6" w:rsidP="00FE5BF0">
      <w:pPr>
        <w:pStyle w:val="Odsekzoznamu"/>
        <w:numPr>
          <w:ilvl w:val="0"/>
          <w:numId w:val="7"/>
        </w:numPr>
        <w:spacing w:after="0" w:line="240" w:lineRule="auto"/>
        <w:ind w:left="357" w:hanging="357"/>
        <w:jc w:val="both"/>
        <w:rPr>
          <w:rFonts w:ascii="Times New Roman" w:hAnsi="Times New Roman" w:cs="Times New Roman"/>
          <w:szCs w:val="24"/>
        </w:rPr>
      </w:pPr>
      <w:r w:rsidRPr="00851F21">
        <w:rPr>
          <w:rFonts w:ascii="Times New Roman" w:hAnsi="Times New Roman" w:cs="Times New Roman"/>
          <w:szCs w:val="24"/>
        </w:rPr>
        <w:t>informácie týkajúce sa jeho osoby a jeho výchovno-vzdelávacích výsledkov,</w:t>
      </w:r>
    </w:p>
    <w:p w14:paraId="6F67D494" w14:textId="77777777" w:rsidR="000A3713" w:rsidRPr="00851F21" w:rsidRDefault="00D454F6" w:rsidP="00FE5BF0">
      <w:pPr>
        <w:pStyle w:val="Odsekzoznamu"/>
        <w:numPr>
          <w:ilvl w:val="0"/>
          <w:numId w:val="7"/>
        </w:numPr>
        <w:spacing w:after="0" w:line="240" w:lineRule="auto"/>
        <w:jc w:val="both"/>
        <w:rPr>
          <w:rFonts w:ascii="Times New Roman" w:hAnsi="Times New Roman" w:cs="Times New Roman"/>
          <w:szCs w:val="24"/>
        </w:rPr>
      </w:pPr>
      <w:r w:rsidRPr="00851F21">
        <w:rPr>
          <w:rFonts w:ascii="Times New Roman" w:hAnsi="Times New Roman" w:cs="Times New Roman"/>
          <w:szCs w:val="24"/>
        </w:rPr>
        <w:t xml:space="preserve">dieťa  so  špeciálnymi   </w:t>
      </w:r>
      <w:proofErr w:type="spellStart"/>
      <w:r w:rsidRPr="00851F21">
        <w:rPr>
          <w:rFonts w:ascii="Times New Roman" w:hAnsi="Times New Roman" w:cs="Times New Roman"/>
          <w:szCs w:val="24"/>
        </w:rPr>
        <w:t>výchovno</w:t>
      </w:r>
      <w:proofErr w:type="spellEnd"/>
      <w:r w:rsidRPr="00851F21">
        <w:rPr>
          <w:rFonts w:ascii="Times New Roman" w:hAnsi="Times New Roman" w:cs="Times New Roman"/>
          <w:szCs w:val="24"/>
        </w:rPr>
        <w:t xml:space="preserve">  – vzdelávacími  potrebami má  právo  na    výchovu  a</w:t>
      </w:r>
      <w:r w:rsidR="00557031" w:rsidRPr="00851F21">
        <w:rPr>
          <w:rFonts w:ascii="Times New Roman" w:hAnsi="Times New Roman" w:cs="Times New Roman"/>
          <w:szCs w:val="24"/>
        </w:rPr>
        <w:t xml:space="preserve"> </w:t>
      </w:r>
      <w:r w:rsidRPr="00851F21">
        <w:rPr>
          <w:rFonts w:ascii="Times New Roman" w:hAnsi="Times New Roman" w:cs="Times New Roman"/>
          <w:szCs w:val="24"/>
        </w:rPr>
        <w:t>vzdelávanie s využitím špecifických foriem a metód, ktoré zodpovedajú jeho potrebám, a</w:t>
      </w:r>
      <w:r w:rsidR="00557031" w:rsidRPr="00851F21">
        <w:rPr>
          <w:rFonts w:ascii="Times New Roman" w:hAnsi="Times New Roman" w:cs="Times New Roman"/>
          <w:szCs w:val="24"/>
        </w:rPr>
        <w:t xml:space="preserve"> </w:t>
      </w:r>
      <w:r w:rsidRPr="00851F21">
        <w:rPr>
          <w:rFonts w:ascii="Times New Roman" w:hAnsi="Times New Roman" w:cs="Times New Roman"/>
          <w:szCs w:val="24"/>
        </w:rPr>
        <w:t>na vytvorenie nevyhnutných podmienok, ktoré túto výchovu a vzdelávanie umožňujú.</w:t>
      </w:r>
      <w:r w:rsidR="00557031" w:rsidRPr="00851F21">
        <w:rPr>
          <w:rFonts w:ascii="Times New Roman" w:hAnsi="Times New Roman" w:cs="Times New Roman"/>
          <w:szCs w:val="24"/>
        </w:rPr>
        <w:t xml:space="preserve"> </w:t>
      </w:r>
      <w:r w:rsidRPr="00851F21">
        <w:rPr>
          <w:rFonts w:ascii="Times New Roman" w:hAnsi="Times New Roman" w:cs="Times New Roman"/>
          <w:szCs w:val="24"/>
        </w:rPr>
        <w:t>Deťom cudzincov s povoleným pobytom na území SR a deťom žiadateľov o udelenie azylu,</w:t>
      </w:r>
      <w:r w:rsidR="00722DFF" w:rsidRPr="00851F21">
        <w:rPr>
          <w:rFonts w:ascii="Times New Roman" w:hAnsi="Times New Roman" w:cs="Times New Roman"/>
          <w:szCs w:val="24"/>
        </w:rPr>
        <w:t xml:space="preserve"> </w:t>
      </w:r>
      <w:r w:rsidRPr="00851F21">
        <w:rPr>
          <w:rFonts w:ascii="Times New Roman" w:hAnsi="Times New Roman" w:cs="Times New Roman"/>
          <w:szCs w:val="24"/>
        </w:rPr>
        <w:t>a Slovákov žijúcich v zahraničí sa poskytuje výchova a vzdelanie a stravovanie za tých istých</w:t>
      </w:r>
      <w:r w:rsidR="00557031" w:rsidRPr="00851F21">
        <w:rPr>
          <w:rFonts w:ascii="Times New Roman" w:hAnsi="Times New Roman" w:cs="Times New Roman"/>
          <w:szCs w:val="24"/>
        </w:rPr>
        <w:t xml:space="preserve"> </w:t>
      </w:r>
      <w:r w:rsidRPr="00851F21">
        <w:rPr>
          <w:rFonts w:ascii="Times New Roman" w:hAnsi="Times New Roman" w:cs="Times New Roman"/>
          <w:szCs w:val="24"/>
        </w:rPr>
        <w:t>podmienok ako občanom Slovenskej republiky</w:t>
      </w:r>
      <w:r w:rsidR="00557031" w:rsidRPr="00851F21">
        <w:rPr>
          <w:rFonts w:ascii="Times New Roman" w:hAnsi="Times New Roman" w:cs="Times New Roman"/>
          <w:szCs w:val="24"/>
        </w:rPr>
        <w:t>,</w:t>
      </w:r>
    </w:p>
    <w:p w14:paraId="7D532A8C" w14:textId="77777777" w:rsidR="00557031" w:rsidRPr="00851F21" w:rsidRDefault="00557031" w:rsidP="00FE5BF0">
      <w:pPr>
        <w:pStyle w:val="Odsekzoznamu"/>
        <w:numPr>
          <w:ilvl w:val="0"/>
          <w:numId w:val="7"/>
        </w:numPr>
        <w:spacing w:after="0" w:line="240" w:lineRule="auto"/>
        <w:jc w:val="both"/>
        <w:rPr>
          <w:rFonts w:ascii="Times New Roman" w:hAnsi="Times New Roman" w:cs="Times New Roman"/>
          <w:szCs w:val="24"/>
        </w:rPr>
      </w:pPr>
      <w:r w:rsidRPr="00851F21">
        <w:rPr>
          <w:rFonts w:ascii="Times New Roman" w:eastAsia="Times New Roman" w:hAnsi="Times New Roman" w:cs="Times New Roman"/>
          <w:szCs w:val="24"/>
          <w:lang w:eastAsia="sk-SK"/>
        </w:rPr>
        <w:t>na primeraný čas na oddych, relaxáciu, hru a pohybové aktivity,</w:t>
      </w:r>
    </w:p>
    <w:p w14:paraId="7A943591" w14:textId="51470B3A" w:rsidR="00557031" w:rsidRPr="00851F21" w:rsidRDefault="00557031" w:rsidP="00FE5BF0">
      <w:pPr>
        <w:pStyle w:val="Odsekzoznamu"/>
        <w:numPr>
          <w:ilvl w:val="0"/>
          <w:numId w:val="8"/>
        </w:numPr>
        <w:spacing w:after="0" w:line="240" w:lineRule="auto"/>
        <w:ind w:left="357" w:hanging="357"/>
        <w:contextualSpacing w:val="0"/>
        <w:jc w:val="both"/>
        <w:rPr>
          <w:rFonts w:ascii="Times New Roman" w:hAnsi="Times New Roman" w:cs="Times New Roman"/>
          <w:szCs w:val="24"/>
        </w:rPr>
      </w:pPr>
      <w:r w:rsidRPr="00851F21">
        <w:rPr>
          <w:rFonts w:ascii="Times New Roman" w:eastAsia="Times New Roman" w:hAnsi="Times New Roman" w:cs="Times New Roman"/>
          <w:szCs w:val="24"/>
          <w:lang w:eastAsia="sk-SK"/>
        </w:rPr>
        <w:t>na poskytovanie výchovy a vzdelávania prostredníctvom veku primeraných,  zrozumiteľných a podnetných činností</w:t>
      </w:r>
      <w:r w:rsidR="008322F6" w:rsidRPr="00851F21">
        <w:rPr>
          <w:rFonts w:ascii="Times New Roman" w:eastAsia="Times New Roman" w:hAnsi="Times New Roman" w:cs="Times New Roman"/>
          <w:szCs w:val="24"/>
          <w:lang w:eastAsia="sk-SK"/>
        </w:rPr>
        <w:t>,</w:t>
      </w:r>
    </w:p>
    <w:p w14:paraId="22D7ED7E" w14:textId="77777777" w:rsidR="00557031" w:rsidRPr="00851F21" w:rsidRDefault="00557031" w:rsidP="00FE5BF0">
      <w:pPr>
        <w:pStyle w:val="Odsekzoznamu"/>
        <w:numPr>
          <w:ilvl w:val="0"/>
          <w:numId w:val="7"/>
        </w:numPr>
        <w:spacing w:after="0" w:line="240" w:lineRule="auto"/>
        <w:ind w:left="357" w:hanging="357"/>
        <w:contextualSpacing w:val="0"/>
        <w:jc w:val="both"/>
        <w:rPr>
          <w:rFonts w:ascii="Times New Roman" w:eastAsia="Times New Roman" w:hAnsi="Times New Roman" w:cs="Times New Roman"/>
          <w:szCs w:val="24"/>
          <w:lang w:eastAsia="sk-SK"/>
        </w:rPr>
      </w:pPr>
      <w:r w:rsidRPr="00851F21">
        <w:rPr>
          <w:rFonts w:ascii="Times New Roman" w:eastAsia="Times New Roman" w:hAnsi="Times New Roman" w:cs="Times New Roman"/>
          <w:szCs w:val="24"/>
          <w:lang w:eastAsia="sk-SK"/>
        </w:rPr>
        <w:lastRenderedPageBreak/>
        <w:t>na pomoc a podporu pedagogických zamestnancov pri prekonávaní ťažkostí v oblasti výchovy, vzdelávania a sociálneho začlenenia,</w:t>
      </w:r>
    </w:p>
    <w:p w14:paraId="50BED151" w14:textId="77777777" w:rsidR="00557031" w:rsidRPr="00851F21" w:rsidRDefault="00557031" w:rsidP="00FE5BF0">
      <w:pPr>
        <w:pStyle w:val="Odsekzoznamu"/>
        <w:numPr>
          <w:ilvl w:val="0"/>
          <w:numId w:val="7"/>
        </w:numPr>
        <w:spacing w:after="0" w:line="240" w:lineRule="auto"/>
        <w:ind w:left="357" w:hanging="357"/>
        <w:contextualSpacing w:val="0"/>
        <w:jc w:val="both"/>
        <w:rPr>
          <w:rFonts w:ascii="Times New Roman" w:eastAsia="Times New Roman" w:hAnsi="Times New Roman" w:cs="Times New Roman"/>
          <w:szCs w:val="24"/>
          <w:lang w:eastAsia="sk-SK"/>
        </w:rPr>
      </w:pPr>
      <w:r w:rsidRPr="00851F21">
        <w:rPr>
          <w:rFonts w:ascii="Times New Roman" w:eastAsia="Times New Roman" w:hAnsi="Times New Roman" w:cs="Times New Roman"/>
          <w:szCs w:val="24"/>
          <w:lang w:eastAsia="sk-SK"/>
        </w:rPr>
        <w:t>na prijímanie podpory a primeraných podporných opatrení podľa svojich individuálnych výchovno-vzdelávacích potrieb,</w:t>
      </w:r>
    </w:p>
    <w:p w14:paraId="4370E266" w14:textId="77777777" w:rsidR="00557031" w:rsidRPr="00851F21" w:rsidRDefault="00557031" w:rsidP="00FE5BF0">
      <w:pPr>
        <w:pStyle w:val="Odsekzoznamu"/>
        <w:numPr>
          <w:ilvl w:val="0"/>
          <w:numId w:val="7"/>
        </w:numPr>
        <w:spacing w:after="0" w:line="240" w:lineRule="auto"/>
        <w:ind w:left="357" w:hanging="357"/>
        <w:contextualSpacing w:val="0"/>
        <w:jc w:val="both"/>
        <w:rPr>
          <w:rFonts w:ascii="Times New Roman" w:eastAsia="Times New Roman" w:hAnsi="Times New Roman" w:cs="Times New Roman"/>
          <w:szCs w:val="24"/>
          <w:lang w:eastAsia="sk-SK"/>
        </w:rPr>
      </w:pPr>
      <w:r w:rsidRPr="00851F21">
        <w:rPr>
          <w:rFonts w:ascii="Times New Roman" w:eastAsia="Times New Roman" w:hAnsi="Times New Roman" w:cs="Times New Roman"/>
          <w:szCs w:val="24"/>
          <w:lang w:eastAsia="sk-SK"/>
        </w:rPr>
        <w:t>na ochranu zdravia a bezpečnosti počas pobytu v materskej škole a pri aktivitách organizovaných materskou školou, na hru a voľný čas primeraný jeho veku a individuálnym potrebám,</w:t>
      </w:r>
    </w:p>
    <w:p w14:paraId="5CAA31F4" w14:textId="77777777" w:rsidR="00557031" w:rsidRPr="00851F21" w:rsidRDefault="00557031" w:rsidP="00FE5BF0">
      <w:pPr>
        <w:pStyle w:val="Odsekzoznamu"/>
        <w:numPr>
          <w:ilvl w:val="0"/>
          <w:numId w:val="7"/>
        </w:numPr>
        <w:spacing w:after="0" w:line="240" w:lineRule="auto"/>
        <w:ind w:left="357" w:hanging="357"/>
        <w:contextualSpacing w:val="0"/>
        <w:jc w:val="both"/>
        <w:rPr>
          <w:rFonts w:ascii="Times New Roman" w:eastAsia="Times New Roman" w:hAnsi="Times New Roman" w:cs="Times New Roman"/>
          <w:szCs w:val="24"/>
          <w:lang w:eastAsia="sk-SK"/>
        </w:rPr>
      </w:pPr>
      <w:r w:rsidRPr="00851F21">
        <w:rPr>
          <w:rFonts w:ascii="Times New Roman" w:eastAsia="Times New Roman" w:hAnsi="Times New Roman" w:cs="Times New Roman"/>
          <w:szCs w:val="24"/>
          <w:lang w:eastAsia="sk-SK"/>
        </w:rPr>
        <w:t>na výchovu a vzdelávanie v duchu tolerancie, vzájomného rešpektu, spolupráce a prijímania odlišností,</w:t>
      </w:r>
    </w:p>
    <w:p w14:paraId="084B41C0" w14:textId="77777777" w:rsidR="00557031" w:rsidRPr="00851F21" w:rsidRDefault="00557031" w:rsidP="00FE5BF0">
      <w:pPr>
        <w:pStyle w:val="Odsekzoznamu"/>
        <w:numPr>
          <w:ilvl w:val="0"/>
          <w:numId w:val="7"/>
        </w:numPr>
        <w:spacing w:after="0" w:line="240" w:lineRule="auto"/>
        <w:ind w:left="357" w:hanging="357"/>
        <w:contextualSpacing w:val="0"/>
        <w:jc w:val="both"/>
        <w:rPr>
          <w:rFonts w:ascii="Times New Roman" w:eastAsia="Times New Roman" w:hAnsi="Times New Roman" w:cs="Times New Roman"/>
          <w:szCs w:val="24"/>
          <w:lang w:eastAsia="sk-SK"/>
        </w:rPr>
      </w:pPr>
      <w:r w:rsidRPr="00851F21">
        <w:rPr>
          <w:rFonts w:ascii="Times New Roman" w:eastAsia="Times New Roman" w:hAnsi="Times New Roman" w:cs="Times New Roman"/>
          <w:szCs w:val="24"/>
          <w:lang w:eastAsia="sk-SK"/>
        </w:rPr>
        <w:t>na ochranu pred konaním alebo správaním iných osôb, ktoré by mohlo ohroziť jeho zdravie, bezpečnosť, dôstojnosť alebo priaznivý psychický vývin.</w:t>
      </w:r>
    </w:p>
    <w:p w14:paraId="4A2609A3" w14:textId="77777777" w:rsidR="00557031" w:rsidRPr="00557031" w:rsidRDefault="00557031" w:rsidP="00CB7CC1">
      <w:pPr>
        <w:spacing w:after="0" w:line="240" w:lineRule="auto"/>
        <w:jc w:val="both"/>
        <w:rPr>
          <w:rFonts w:ascii="Times New Roman" w:hAnsi="Times New Roman" w:cs="Times New Roman"/>
          <w:sz w:val="24"/>
          <w:szCs w:val="24"/>
        </w:rPr>
      </w:pPr>
    </w:p>
    <w:p w14:paraId="053554C9" w14:textId="77777777" w:rsidR="000A3713" w:rsidRPr="00D454F6" w:rsidRDefault="00D454F6" w:rsidP="00CB7CC1">
      <w:pPr>
        <w:spacing w:after="0" w:line="240" w:lineRule="auto"/>
        <w:rPr>
          <w:rFonts w:ascii="Times New Roman" w:hAnsi="Times New Roman" w:cs="Times New Roman"/>
        </w:rPr>
      </w:pPr>
      <w:r w:rsidRPr="00D454F6">
        <w:rPr>
          <w:rFonts w:ascii="Times New Roman" w:hAnsi="Times New Roman" w:cs="Times New Roman"/>
          <w:b/>
        </w:rPr>
        <w:t>1.2     Dieťa je povinné:</w:t>
      </w:r>
    </w:p>
    <w:p w14:paraId="6A0258AA" w14:textId="77777777" w:rsidR="000A3713" w:rsidRDefault="00D454F6" w:rsidP="00FE5BF0">
      <w:pPr>
        <w:pStyle w:val="Odsekzoznamu"/>
        <w:numPr>
          <w:ilvl w:val="0"/>
          <w:numId w:val="8"/>
        </w:numPr>
        <w:spacing w:after="0" w:line="240" w:lineRule="auto"/>
        <w:jc w:val="both"/>
        <w:rPr>
          <w:rFonts w:ascii="Times New Roman" w:hAnsi="Times New Roman" w:cs="Times New Roman"/>
        </w:rPr>
      </w:pPr>
      <w:r w:rsidRPr="00722DFF">
        <w:rPr>
          <w:rFonts w:ascii="Times New Roman" w:hAnsi="Times New Roman" w:cs="Times New Roman"/>
        </w:rPr>
        <w:t>neobmedzovať  svojim   konaním   práva  ostatných   osôb   zúčastňujúcich   sa  na</w:t>
      </w:r>
      <w:r w:rsidR="00722DFF" w:rsidRPr="00722DFF">
        <w:rPr>
          <w:rFonts w:ascii="Times New Roman" w:hAnsi="Times New Roman" w:cs="Times New Roman"/>
        </w:rPr>
        <w:t xml:space="preserve"> </w:t>
      </w:r>
      <w:r w:rsidRPr="00722DFF">
        <w:rPr>
          <w:rFonts w:ascii="Times New Roman" w:hAnsi="Times New Roman" w:cs="Times New Roman"/>
        </w:rPr>
        <w:t>výchove  a vzdelaní,</w:t>
      </w:r>
    </w:p>
    <w:p w14:paraId="7710740E" w14:textId="77777777" w:rsidR="000A3713" w:rsidRDefault="00D454F6" w:rsidP="00FE5BF0">
      <w:pPr>
        <w:pStyle w:val="Odsekzoznamu"/>
        <w:numPr>
          <w:ilvl w:val="0"/>
          <w:numId w:val="8"/>
        </w:numPr>
        <w:spacing w:after="0" w:line="240" w:lineRule="auto"/>
        <w:jc w:val="both"/>
        <w:rPr>
          <w:rFonts w:ascii="Times New Roman" w:hAnsi="Times New Roman" w:cs="Times New Roman"/>
        </w:rPr>
      </w:pPr>
      <w:r w:rsidRPr="00722DFF">
        <w:rPr>
          <w:rFonts w:ascii="Times New Roman" w:hAnsi="Times New Roman" w:cs="Times New Roman"/>
        </w:rPr>
        <w:t>dodržiavať školský poriadok materskej školy a ostatné  vnútorné predpisy v spolupráci so</w:t>
      </w:r>
      <w:r w:rsidR="00722DFF" w:rsidRPr="00722DFF">
        <w:rPr>
          <w:rFonts w:ascii="Times New Roman" w:hAnsi="Times New Roman" w:cs="Times New Roman"/>
        </w:rPr>
        <w:t xml:space="preserve"> </w:t>
      </w:r>
      <w:r w:rsidRPr="00722DFF">
        <w:rPr>
          <w:rFonts w:ascii="Times New Roman" w:hAnsi="Times New Roman" w:cs="Times New Roman"/>
        </w:rPr>
        <w:t>zákonnými zástupcami,</w:t>
      </w:r>
    </w:p>
    <w:p w14:paraId="4D41386B" w14:textId="77777777" w:rsidR="000A3713" w:rsidRDefault="00D454F6" w:rsidP="00FE5BF0">
      <w:pPr>
        <w:pStyle w:val="Odsekzoznamu"/>
        <w:numPr>
          <w:ilvl w:val="0"/>
          <w:numId w:val="8"/>
        </w:numPr>
        <w:spacing w:after="0" w:line="240" w:lineRule="auto"/>
        <w:jc w:val="both"/>
        <w:rPr>
          <w:rFonts w:ascii="Times New Roman" w:hAnsi="Times New Roman" w:cs="Times New Roman"/>
        </w:rPr>
      </w:pPr>
      <w:r w:rsidRPr="00557031">
        <w:rPr>
          <w:rFonts w:ascii="Times New Roman" w:hAnsi="Times New Roman" w:cs="Times New Roman"/>
        </w:rPr>
        <w:t>chrániť v medziach svojich schopností  a možností pred poškodením majetok materskej</w:t>
      </w:r>
      <w:r w:rsidR="00557031" w:rsidRPr="00557031">
        <w:rPr>
          <w:rFonts w:ascii="Times New Roman" w:hAnsi="Times New Roman" w:cs="Times New Roman"/>
        </w:rPr>
        <w:t xml:space="preserve"> </w:t>
      </w:r>
      <w:r w:rsidRPr="00557031">
        <w:rPr>
          <w:rFonts w:ascii="Times New Roman" w:hAnsi="Times New Roman" w:cs="Times New Roman"/>
        </w:rPr>
        <w:t xml:space="preserve">školy a majetok, ktorý </w:t>
      </w:r>
      <w:r w:rsidR="00557031" w:rsidRPr="00557031">
        <w:rPr>
          <w:rFonts w:ascii="Times New Roman" w:hAnsi="Times New Roman" w:cs="Times New Roman"/>
        </w:rPr>
        <w:t xml:space="preserve">sa </w:t>
      </w:r>
      <w:r w:rsidRPr="00557031">
        <w:rPr>
          <w:rFonts w:ascii="Times New Roman" w:hAnsi="Times New Roman" w:cs="Times New Roman"/>
        </w:rPr>
        <w:t>využíva na výchovu a vzdelávanie,</w:t>
      </w:r>
    </w:p>
    <w:p w14:paraId="5A1E3A1C" w14:textId="77777777" w:rsidR="000A3713" w:rsidRDefault="00D454F6" w:rsidP="00FE5BF0">
      <w:pPr>
        <w:pStyle w:val="Odsekzoznamu"/>
        <w:numPr>
          <w:ilvl w:val="0"/>
          <w:numId w:val="8"/>
        </w:numPr>
        <w:spacing w:after="0" w:line="240" w:lineRule="auto"/>
        <w:jc w:val="both"/>
        <w:rPr>
          <w:rFonts w:ascii="Times New Roman" w:hAnsi="Times New Roman" w:cs="Times New Roman"/>
        </w:rPr>
      </w:pPr>
      <w:r w:rsidRPr="00557031">
        <w:rPr>
          <w:rFonts w:ascii="Times New Roman" w:hAnsi="Times New Roman" w:cs="Times New Roman"/>
        </w:rPr>
        <w:t>pravidelne sa zúčastňovať na výchove a vzdelávaní – najmä deti, pre ktoré je predprimárne</w:t>
      </w:r>
      <w:r w:rsidR="00557031" w:rsidRPr="00557031">
        <w:rPr>
          <w:rFonts w:ascii="Times New Roman" w:hAnsi="Times New Roman" w:cs="Times New Roman"/>
        </w:rPr>
        <w:t xml:space="preserve"> </w:t>
      </w:r>
      <w:r w:rsidRPr="00557031">
        <w:rPr>
          <w:rFonts w:ascii="Times New Roman" w:hAnsi="Times New Roman" w:cs="Times New Roman"/>
        </w:rPr>
        <w:t>vzdelávanie povinné,</w:t>
      </w:r>
    </w:p>
    <w:p w14:paraId="54A82AD3" w14:textId="77777777" w:rsidR="003B4B51" w:rsidRPr="003B4B51" w:rsidRDefault="00D454F6" w:rsidP="00FE5BF0">
      <w:pPr>
        <w:pStyle w:val="Odsekzoznamu"/>
        <w:numPr>
          <w:ilvl w:val="0"/>
          <w:numId w:val="8"/>
        </w:numPr>
        <w:spacing w:after="0" w:line="240" w:lineRule="auto"/>
        <w:jc w:val="both"/>
        <w:rPr>
          <w:rFonts w:ascii="Times New Roman" w:eastAsia="Times New Roman" w:hAnsi="Times New Roman" w:cs="Times New Roman"/>
          <w:sz w:val="24"/>
          <w:szCs w:val="24"/>
          <w:lang w:eastAsia="sk-SK"/>
        </w:rPr>
      </w:pPr>
      <w:r w:rsidRPr="003B4B51">
        <w:rPr>
          <w:rFonts w:ascii="Times New Roman" w:hAnsi="Times New Roman" w:cs="Times New Roman"/>
        </w:rPr>
        <w:t>konať tak, aby neohrozovalo svoje zdravie a bezpečnosť ani zdravie a bezpečnosť ďalších</w:t>
      </w:r>
      <w:r w:rsidR="00557031" w:rsidRPr="003B4B51">
        <w:rPr>
          <w:rFonts w:ascii="Times New Roman" w:hAnsi="Times New Roman" w:cs="Times New Roman"/>
        </w:rPr>
        <w:t xml:space="preserve"> </w:t>
      </w:r>
      <w:r w:rsidRPr="003B4B51">
        <w:rPr>
          <w:rFonts w:ascii="Times New Roman" w:hAnsi="Times New Roman" w:cs="Times New Roman"/>
        </w:rPr>
        <w:t>osôb zúčastňujúcich sa na výchove a vzdelávaní,</w:t>
      </w:r>
    </w:p>
    <w:p w14:paraId="527FB4A5" w14:textId="77777777" w:rsidR="003B4B51" w:rsidRPr="003B4B51" w:rsidRDefault="003B4B51" w:rsidP="00FE5BF0">
      <w:pPr>
        <w:pStyle w:val="Odsekzoznamu"/>
        <w:numPr>
          <w:ilvl w:val="0"/>
          <w:numId w:val="8"/>
        </w:numPr>
        <w:spacing w:after="0" w:line="240" w:lineRule="auto"/>
        <w:jc w:val="both"/>
        <w:rPr>
          <w:rFonts w:ascii="Times New Roman" w:hAnsi="Times New Roman" w:cs="Times New Roman"/>
        </w:rPr>
      </w:pPr>
      <w:r w:rsidRPr="003B4B51">
        <w:rPr>
          <w:rFonts w:ascii="Times New Roman" w:hAnsi="Times New Roman" w:cs="Times New Roman"/>
        </w:rPr>
        <w:t>používa</w:t>
      </w:r>
      <w:r>
        <w:rPr>
          <w:rFonts w:ascii="Times New Roman" w:hAnsi="Times New Roman" w:cs="Times New Roman"/>
        </w:rPr>
        <w:t>ť</w:t>
      </w:r>
      <w:r w:rsidRPr="003B4B51">
        <w:rPr>
          <w:rFonts w:ascii="Times New Roman" w:hAnsi="Times New Roman" w:cs="Times New Roman"/>
        </w:rPr>
        <w:t xml:space="preserve"> hračky, didaktické pomôcky, knihy, zariadenie a vybavenie materskej školy primerane ich účelu,</w:t>
      </w:r>
    </w:p>
    <w:p w14:paraId="08420F89" w14:textId="77777777" w:rsidR="003B4B51" w:rsidRPr="003B4B51" w:rsidRDefault="003B4B51" w:rsidP="00FE5BF0">
      <w:pPr>
        <w:pStyle w:val="Odsekzoznamu"/>
        <w:numPr>
          <w:ilvl w:val="0"/>
          <w:numId w:val="8"/>
        </w:numPr>
        <w:spacing w:after="0" w:line="240" w:lineRule="auto"/>
        <w:jc w:val="both"/>
        <w:rPr>
          <w:rFonts w:ascii="Times New Roman" w:hAnsi="Times New Roman" w:cs="Times New Roman"/>
        </w:rPr>
      </w:pPr>
      <w:r w:rsidRPr="003B4B51">
        <w:rPr>
          <w:rFonts w:ascii="Times New Roman" w:hAnsi="Times New Roman" w:cs="Times New Roman"/>
        </w:rPr>
        <w:t>svojvoľne neopúšťa</w:t>
      </w:r>
      <w:r>
        <w:rPr>
          <w:rFonts w:ascii="Times New Roman" w:hAnsi="Times New Roman" w:cs="Times New Roman"/>
        </w:rPr>
        <w:t>ť</w:t>
      </w:r>
      <w:r w:rsidRPr="003B4B51">
        <w:rPr>
          <w:rFonts w:ascii="Times New Roman" w:hAnsi="Times New Roman" w:cs="Times New Roman"/>
        </w:rPr>
        <w:t xml:space="preserve"> priestory materskej školy, triedy, školského dvora alebo miesta, kde prebieha organizovaná činnosť</w:t>
      </w:r>
      <w:r>
        <w:rPr>
          <w:rFonts w:ascii="Times New Roman" w:eastAsia="Times New Roman" w:hAnsi="Times New Roman" w:cs="Times New Roman"/>
          <w:sz w:val="24"/>
          <w:szCs w:val="24"/>
          <w:lang w:eastAsia="sk-SK"/>
        </w:rPr>
        <w:t>,</w:t>
      </w:r>
      <w:r w:rsidRPr="003B4B51">
        <w:t xml:space="preserve"> </w:t>
      </w:r>
    </w:p>
    <w:p w14:paraId="695ABC54" w14:textId="77777777" w:rsidR="003B4B51" w:rsidRPr="003B4B51" w:rsidRDefault="003B4B51" w:rsidP="00FE5BF0">
      <w:pPr>
        <w:pStyle w:val="Odsekzoznamu"/>
        <w:numPr>
          <w:ilvl w:val="0"/>
          <w:numId w:val="8"/>
        </w:numPr>
        <w:spacing w:after="0" w:line="240" w:lineRule="auto"/>
        <w:jc w:val="both"/>
        <w:rPr>
          <w:rFonts w:ascii="Times New Roman" w:hAnsi="Times New Roman" w:cs="Times New Roman"/>
        </w:rPr>
      </w:pPr>
      <w:r w:rsidRPr="003B4B51">
        <w:rPr>
          <w:rFonts w:ascii="Times New Roman" w:hAnsi="Times New Roman" w:cs="Times New Roman"/>
        </w:rPr>
        <w:t>primerane svojim schopnostiam udržiava</w:t>
      </w:r>
      <w:r>
        <w:rPr>
          <w:rFonts w:ascii="Times New Roman" w:hAnsi="Times New Roman" w:cs="Times New Roman"/>
        </w:rPr>
        <w:t>ť</w:t>
      </w:r>
      <w:r w:rsidRPr="003B4B51">
        <w:rPr>
          <w:rFonts w:ascii="Times New Roman" w:hAnsi="Times New Roman" w:cs="Times New Roman"/>
        </w:rPr>
        <w:t xml:space="preserve"> poriadok vo svojom okolí a pomáha</w:t>
      </w:r>
      <w:r>
        <w:rPr>
          <w:rFonts w:ascii="Times New Roman" w:hAnsi="Times New Roman" w:cs="Times New Roman"/>
        </w:rPr>
        <w:t>ť</w:t>
      </w:r>
      <w:r w:rsidRPr="003B4B51">
        <w:rPr>
          <w:rFonts w:ascii="Times New Roman" w:hAnsi="Times New Roman" w:cs="Times New Roman"/>
        </w:rPr>
        <w:t xml:space="preserve"> pri upratovaní hračiek a pomôcok po skončení činnosti</w:t>
      </w:r>
      <w:r>
        <w:t>,</w:t>
      </w:r>
    </w:p>
    <w:p w14:paraId="58F7E03E" w14:textId="77777777" w:rsidR="003B4B51" w:rsidRPr="003B4B51" w:rsidRDefault="003B4B51" w:rsidP="00FE5BF0">
      <w:pPr>
        <w:pStyle w:val="Odsekzoznamu"/>
        <w:numPr>
          <w:ilvl w:val="0"/>
          <w:numId w:val="8"/>
        </w:numPr>
        <w:spacing w:after="0" w:line="240" w:lineRule="auto"/>
        <w:jc w:val="both"/>
        <w:rPr>
          <w:rFonts w:ascii="Times New Roman" w:hAnsi="Times New Roman" w:cs="Times New Roman"/>
        </w:rPr>
      </w:pPr>
      <w:r w:rsidRPr="003B4B51">
        <w:rPr>
          <w:rFonts w:ascii="Times New Roman" w:hAnsi="Times New Roman" w:cs="Times New Roman"/>
        </w:rPr>
        <w:t>oznámiť pedagogickému zamestnancovi, ak sa cíti ohrozené, niečo ho bolí, necíti sa dobre alebo potrebuje pomoc,</w:t>
      </w:r>
    </w:p>
    <w:p w14:paraId="3862A2C9" w14:textId="77777777" w:rsidR="003B4B51" w:rsidRDefault="003B4B51" w:rsidP="00FE5BF0">
      <w:pPr>
        <w:pStyle w:val="Odsekzoznamu"/>
        <w:numPr>
          <w:ilvl w:val="0"/>
          <w:numId w:val="8"/>
        </w:numPr>
        <w:spacing w:after="0" w:line="240" w:lineRule="auto"/>
        <w:jc w:val="both"/>
        <w:rPr>
          <w:rFonts w:ascii="Times New Roman" w:hAnsi="Times New Roman" w:cs="Times New Roman"/>
        </w:rPr>
      </w:pPr>
      <w:r w:rsidRPr="003B4B51">
        <w:rPr>
          <w:rFonts w:ascii="Times New Roman" w:hAnsi="Times New Roman" w:cs="Times New Roman"/>
        </w:rPr>
        <w:t>oznámiť pedagogickému zamestnancovi nevhodné správanie, ubližovanie alebo inú situáciu, ktorá ohrozuje jeho alebo iné dieťa,</w:t>
      </w:r>
    </w:p>
    <w:p w14:paraId="3B0BC0F4" w14:textId="77777777" w:rsidR="00C62E1D" w:rsidRPr="003B4B51" w:rsidRDefault="00C62E1D" w:rsidP="00FE5BF0">
      <w:pPr>
        <w:pStyle w:val="Odsekzoznamu"/>
        <w:numPr>
          <w:ilvl w:val="0"/>
          <w:numId w:val="8"/>
        </w:numPr>
        <w:spacing w:after="0" w:line="240" w:lineRule="auto"/>
        <w:jc w:val="both"/>
        <w:rPr>
          <w:rFonts w:ascii="Times New Roman" w:hAnsi="Times New Roman" w:cs="Times New Roman"/>
        </w:rPr>
      </w:pPr>
      <w:r w:rsidRPr="00C62E1D">
        <w:rPr>
          <w:rFonts w:ascii="Times New Roman" w:hAnsi="Times New Roman" w:cs="Times New Roman"/>
        </w:rPr>
        <w:t>neubližova</w:t>
      </w:r>
      <w:r w:rsidRPr="003B4B51">
        <w:rPr>
          <w:rFonts w:ascii="Times New Roman" w:hAnsi="Times New Roman" w:cs="Times New Roman"/>
        </w:rPr>
        <w:t>ť</w:t>
      </w:r>
      <w:r w:rsidRPr="00C62E1D">
        <w:rPr>
          <w:rFonts w:ascii="Times New Roman" w:hAnsi="Times New Roman" w:cs="Times New Roman"/>
        </w:rPr>
        <w:t xml:space="preserve"> iným deťom ani dospelým fyzicky, slovne alebo psychicky</w:t>
      </w:r>
      <w:r w:rsidR="003B4B51" w:rsidRPr="003B4B51">
        <w:rPr>
          <w:rFonts w:ascii="Times New Roman" w:hAnsi="Times New Roman" w:cs="Times New Roman"/>
        </w:rPr>
        <w:t>,</w:t>
      </w:r>
    </w:p>
    <w:p w14:paraId="4CF61281" w14:textId="77777777" w:rsidR="00C62E1D" w:rsidRPr="003B4B51" w:rsidRDefault="00C62E1D" w:rsidP="00FE5BF0">
      <w:pPr>
        <w:pStyle w:val="Odsekzoznamu"/>
        <w:numPr>
          <w:ilvl w:val="0"/>
          <w:numId w:val="8"/>
        </w:numPr>
        <w:spacing w:after="0" w:line="240" w:lineRule="auto"/>
        <w:jc w:val="both"/>
        <w:rPr>
          <w:rFonts w:ascii="Times New Roman" w:eastAsia="Times New Roman" w:hAnsi="Times New Roman" w:cs="Times New Roman"/>
          <w:sz w:val="24"/>
          <w:szCs w:val="24"/>
          <w:lang w:eastAsia="sk-SK"/>
        </w:rPr>
      </w:pPr>
      <w:r w:rsidRPr="003B4B51">
        <w:rPr>
          <w:rFonts w:ascii="Times New Roman" w:hAnsi="Times New Roman" w:cs="Times New Roman"/>
        </w:rPr>
        <w:t>nepoužíva</w:t>
      </w:r>
      <w:r w:rsidR="003B4B51" w:rsidRPr="003B4B51">
        <w:rPr>
          <w:rFonts w:ascii="Times New Roman" w:hAnsi="Times New Roman" w:cs="Times New Roman"/>
        </w:rPr>
        <w:t>ť</w:t>
      </w:r>
      <w:r w:rsidRPr="003B4B51">
        <w:rPr>
          <w:rFonts w:ascii="Times New Roman" w:hAnsi="Times New Roman" w:cs="Times New Roman"/>
        </w:rPr>
        <w:t xml:space="preserve"> voči iným osobám urážlivé, ponižujúce alebo vulgárne prejavy</w:t>
      </w:r>
      <w:r w:rsidR="003B4B51">
        <w:rPr>
          <w:rFonts w:ascii="Times New Roman" w:eastAsia="Times New Roman" w:hAnsi="Times New Roman" w:cs="Times New Roman"/>
          <w:sz w:val="24"/>
          <w:szCs w:val="24"/>
          <w:lang w:eastAsia="sk-SK"/>
        </w:rPr>
        <w:t>,</w:t>
      </w:r>
    </w:p>
    <w:p w14:paraId="1730ABBE" w14:textId="77777777" w:rsidR="000A3713" w:rsidRPr="00851F21" w:rsidRDefault="00D454F6" w:rsidP="00FE5BF0">
      <w:pPr>
        <w:pStyle w:val="Odsekzoznamu"/>
        <w:numPr>
          <w:ilvl w:val="0"/>
          <w:numId w:val="8"/>
        </w:numPr>
        <w:spacing w:after="0" w:line="240" w:lineRule="auto"/>
        <w:jc w:val="both"/>
        <w:rPr>
          <w:rFonts w:ascii="Times New Roman" w:eastAsia="Times New Roman" w:hAnsi="Times New Roman" w:cs="Times New Roman"/>
          <w:szCs w:val="24"/>
          <w:lang w:eastAsia="sk-SK"/>
        </w:rPr>
      </w:pPr>
      <w:r w:rsidRPr="00851F21">
        <w:rPr>
          <w:rFonts w:ascii="Times New Roman" w:eastAsia="Times New Roman" w:hAnsi="Times New Roman" w:cs="Times New Roman"/>
          <w:szCs w:val="24"/>
          <w:lang w:eastAsia="sk-SK"/>
        </w:rPr>
        <w:t>ctiť si ľudskú dôstojnosť svojich spolužiakov  a zamestnancov školy,</w:t>
      </w:r>
    </w:p>
    <w:p w14:paraId="41395970" w14:textId="77777777" w:rsidR="000A3713" w:rsidRPr="00851F21" w:rsidRDefault="00D454F6" w:rsidP="00FE5BF0">
      <w:pPr>
        <w:pStyle w:val="Odsekzoznamu"/>
        <w:numPr>
          <w:ilvl w:val="0"/>
          <w:numId w:val="8"/>
        </w:numPr>
        <w:spacing w:after="0" w:line="240" w:lineRule="auto"/>
        <w:jc w:val="both"/>
        <w:rPr>
          <w:rFonts w:ascii="Times New Roman" w:eastAsia="Times New Roman" w:hAnsi="Times New Roman" w:cs="Times New Roman"/>
          <w:szCs w:val="24"/>
          <w:lang w:eastAsia="sk-SK"/>
        </w:rPr>
      </w:pPr>
      <w:r w:rsidRPr="00851F21">
        <w:rPr>
          <w:rFonts w:ascii="Times New Roman" w:eastAsia="Times New Roman" w:hAnsi="Times New Roman" w:cs="Times New Roman"/>
          <w:szCs w:val="24"/>
          <w:lang w:eastAsia="sk-SK"/>
        </w:rPr>
        <w:t>rešpektovať pokyny zamestnancov materskej školy, ktoré sú v súlade so všeobecne</w:t>
      </w:r>
      <w:r w:rsidR="00557031" w:rsidRPr="00851F21">
        <w:rPr>
          <w:rFonts w:ascii="Times New Roman" w:eastAsia="Times New Roman" w:hAnsi="Times New Roman" w:cs="Times New Roman"/>
          <w:szCs w:val="24"/>
          <w:lang w:eastAsia="sk-SK"/>
        </w:rPr>
        <w:t xml:space="preserve"> </w:t>
      </w:r>
      <w:r w:rsidRPr="00851F21">
        <w:rPr>
          <w:rFonts w:ascii="Times New Roman" w:eastAsia="Times New Roman" w:hAnsi="Times New Roman" w:cs="Times New Roman"/>
          <w:szCs w:val="24"/>
          <w:lang w:eastAsia="sk-SK"/>
        </w:rPr>
        <w:t>záväznými právnymi predpismi, vnútornými predpismi školy a dobrými mravmi,</w:t>
      </w:r>
    </w:p>
    <w:p w14:paraId="5028E71E" w14:textId="77777777" w:rsidR="000A3713" w:rsidRPr="00851F21" w:rsidRDefault="00D454F6" w:rsidP="00FE5BF0">
      <w:pPr>
        <w:pStyle w:val="Odsekzoznamu"/>
        <w:numPr>
          <w:ilvl w:val="0"/>
          <w:numId w:val="8"/>
        </w:numPr>
        <w:spacing w:after="0" w:line="240" w:lineRule="auto"/>
        <w:jc w:val="both"/>
        <w:rPr>
          <w:rFonts w:ascii="Times New Roman" w:eastAsia="Times New Roman" w:hAnsi="Times New Roman" w:cs="Times New Roman"/>
          <w:szCs w:val="24"/>
          <w:lang w:eastAsia="sk-SK"/>
        </w:rPr>
      </w:pPr>
      <w:r w:rsidRPr="00851F21">
        <w:rPr>
          <w:rFonts w:ascii="Times New Roman" w:eastAsia="Times New Roman" w:hAnsi="Times New Roman" w:cs="Times New Roman"/>
          <w:szCs w:val="24"/>
          <w:lang w:eastAsia="sk-SK"/>
        </w:rPr>
        <w:t xml:space="preserve">mať osvojené primerané </w:t>
      </w:r>
      <w:proofErr w:type="spellStart"/>
      <w:r w:rsidRPr="00851F21">
        <w:rPr>
          <w:rFonts w:ascii="Times New Roman" w:eastAsia="Times New Roman" w:hAnsi="Times New Roman" w:cs="Times New Roman"/>
          <w:szCs w:val="24"/>
          <w:lang w:eastAsia="sk-SK"/>
        </w:rPr>
        <w:t>sebaobslužné</w:t>
      </w:r>
      <w:proofErr w:type="spellEnd"/>
      <w:r w:rsidRPr="00851F21">
        <w:rPr>
          <w:rFonts w:ascii="Times New Roman" w:eastAsia="Times New Roman" w:hAnsi="Times New Roman" w:cs="Times New Roman"/>
          <w:szCs w:val="24"/>
          <w:lang w:eastAsia="sk-SK"/>
        </w:rPr>
        <w:t xml:space="preserve"> návyky (napr. vedieť piť z pohára, jesť lyžicou,</w:t>
      </w:r>
      <w:r w:rsidR="00557031" w:rsidRPr="00851F21">
        <w:rPr>
          <w:rFonts w:ascii="Times New Roman" w:eastAsia="Times New Roman" w:hAnsi="Times New Roman" w:cs="Times New Roman"/>
          <w:szCs w:val="24"/>
          <w:lang w:eastAsia="sk-SK"/>
        </w:rPr>
        <w:t xml:space="preserve"> </w:t>
      </w:r>
      <w:r w:rsidRPr="00851F21">
        <w:rPr>
          <w:rFonts w:ascii="Times New Roman" w:eastAsia="Times New Roman" w:hAnsi="Times New Roman" w:cs="Times New Roman"/>
          <w:szCs w:val="24"/>
          <w:lang w:eastAsia="sk-SK"/>
        </w:rPr>
        <w:t>nepomočovať sa (ani počas spánku), vedieť sa slovne vypýtať na WC, nepoužívať</w:t>
      </w:r>
      <w:r w:rsidR="00557031" w:rsidRPr="00851F21">
        <w:rPr>
          <w:rFonts w:ascii="Times New Roman" w:eastAsia="Times New Roman" w:hAnsi="Times New Roman" w:cs="Times New Roman"/>
          <w:szCs w:val="24"/>
          <w:lang w:eastAsia="sk-SK"/>
        </w:rPr>
        <w:t xml:space="preserve"> </w:t>
      </w:r>
      <w:r w:rsidRPr="00851F21">
        <w:rPr>
          <w:rFonts w:ascii="Times New Roman" w:eastAsia="Times New Roman" w:hAnsi="Times New Roman" w:cs="Times New Roman"/>
          <w:szCs w:val="24"/>
          <w:lang w:eastAsia="sk-SK"/>
        </w:rPr>
        <w:t>cumeľ (ani na spanie), vedieť si vyfúkať hlien z nosa do vreckovky, použiť vreckovku,</w:t>
      </w:r>
      <w:r w:rsidR="00557031" w:rsidRPr="00851F21">
        <w:rPr>
          <w:rFonts w:ascii="Times New Roman" w:eastAsia="Times New Roman" w:hAnsi="Times New Roman" w:cs="Times New Roman"/>
          <w:szCs w:val="24"/>
          <w:lang w:eastAsia="sk-SK"/>
        </w:rPr>
        <w:t xml:space="preserve"> </w:t>
      </w:r>
      <w:r w:rsidRPr="00851F21">
        <w:rPr>
          <w:rFonts w:ascii="Times New Roman" w:eastAsia="Times New Roman" w:hAnsi="Times New Roman" w:cs="Times New Roman"/>
          <w:szCs w:val="24"/>
          <w:lang w:eastAsia="sk-SK"/>
        </w:rPr>
        <w:t>poznať základné časti odevu a čiastočne sa vedieť obliecť a obuť)</w:t>
      </w:r>
      <w:r w:rsidR="003B4B51" w:rsidRPr="00851F21">
        <w:rPr>
          <w:rFonts w:ascii="Times New Roman" w:eastAsia="Times New Roman" w:hAnsi="Times New Roman" w:cs="Times New Roman"/>
          <w:szCs w:val="24"/>
          <w:lang w:eastAsia="sk-SK"/>
        </w:rPr>
        <w:t>.</w:t>
      </w:r>
      <w:r w:rsidR="00557031" w:rsidRPr="00851F21">
        <w:rPr>
          <w:rFonts w:ascii="Times New Roman" w:eastAsia="Times New Roman" w:hAnsi="Times New Roman" w:cs="Times New Roman"/>
          <w:szCs w:val="24"/>
          <w:lang w:eastAsia="sk-SK"/>
        </w:rPr>
        <w:t xml:space="preserve"> </w:t>
      </w:r>
    </w:p>
    <w:p w14:paraId="4C374409" w14:textId="77777777" w:rsidR="003B4B51" w:rsidRPr="00851F21" w:rsidRDefault="003B4B51" w:rsidP="00CB7CC1">
      <w:pPr>
        <w:spacing w:after="0" w:line="240" w:lineRule="auto"/>
        <w:jc w:val="both"/>
        <w:rPr>
          <w:rFonts w:ascii="Times New Roman" w:hAnsi="Times New Roman" w:cs="Times New Roman"/>
          <w:sz w:val="20"/>
        </w:rPr>
      </w:pPr>
    </w:p>
    <w:p w14:paraId="7F39FAD0" w14:textId="77777777" w:rsidR="000A3713" w:rsidRPr="00851F21" w:rsidRDefault="00D454F6" w:rsidP="00CB7CC1">
      <w:pPr>
        <w:spacing w:after="0" w:line="240" w:lineRule="auto"/>
        <w:jc w:val="both"/>
        <w:rPr>
          <w:rFonts w:ascii="Times New Roman" w:hAnsi="Times New Roman" w:cs="Times New Roman"/>
        </w:rPr>
      </w:pPr>
      <w:r w:rsidRPr="00851F21">
        <w:rPr>
          <w:rFonts w:ascii="Times New Roman" w:hAnsi="Times New Roman" w:cs="Times New Roman"/>
        </w:rPr>
        <w:t>Vymedzenie uvedených povinností chápeme vo všeobecnej rovine, deti ich môžu plniť len</w:t>
      </w:r>
      <w:r w:rsidR="003B4B51" w:rsidRPr="00851F21">
        <w:rPr>
          <w:rFonts w:ascii="Times New Roman" w:hAnsi="Times New Roman" w:cs="Times New Roman"/>
        </w:rPr>
        <w:t xml:space="preserve"> </w:t>
      </w:r>
      <w:r w:rsidRPr="00851F21">
        <w:rPr>
          <w:rFonts w:ascii="Times New Roman" w:hAnsi="Times New Roman" w:cs="Times New Roman"/>
        </w:rPr>
        <w:t>vzhľadom na svoje rozvojové možnosti, v súlade s rozvojom vlastného poznania, uvedomovania</w:t>
      </w:r>
      <w:r w:rsidR="003B4B51" w:rsidRPr="00851F21">
        <w:rPr>
          <w:rFonts w:ascii="Times New Roman" w:hAnsi="Times New Roman" w:cs="Times New Roman"/>
        </w:rPr>
        <w:t xml:space="preserve"> </w:t>
      </w:r>
      <w:r w:rsidRPr="00851F21">
        <w:rPr>
          <w:rFonts w:ascii="Times New Roman" w:hAnsi="Times New Roman" w:cs="Times New Roman"/>
        </w:rPr>
        <w:t>si seba  i ostatných detí.</w:t>
      </w:r>
    </w:p>
    <w:p w14:paraId="6E57ECD4" w14:textId="76470345" w:rsidR="003B4B51" w:rsidRDefault="003B4B51" w:rsidP="00CB7CC1">
      <w:pPr>
        <w:spacing w:after="0" w:line="240" w:lineRule="auto"/>
        <w:rPr>
          <w:rFonts w:ascii="Times New Roman" w:hAnsi="Times New Roman" w:cs="Times New Roman"/>
        </w:rPr>
      </w:pPr>
    </w:p>
    <w:p w14:paraId="1D5561FC" w14:textId="6F9CB405" w:rsidR="00851F21" w:rsidRDefault="00851F21" w:rsidP="00CB7CC1">
      <w:pPr>
        <w:spacing w:after="0" w:line="240" w:lineRule="auto"/>
        <w:rPr>
          <w:rFonts w:ascii="Times New Roman" w:hAnsi="Times New Roman" w:cs="Times New Roman"/>
        </w:rPr>
      </w:pPr>
    </w:p>
    <w:p w14:paraId="69B31BD9" w14:textId="77777777" w:rsidR="00851F21" w:rsidRDefault="00851F21" w:rsidP="00CB7CC1">
      <w:pPr>
        <w:spacing w:after="0" w:line="240" w:lineRule="auto"/>
        <w:rPr>
          <w:rFonts w:ascii="Times New Roman" w:hAnsi="Times New Roman" w:cs="Times New Roman"/>
        </w:rPr>
      </w:pPr>
    </w:p>
    <w:p w14:paraId="3E25772E" w14:textId="77777777" w:rsidR="000A3713" w:rsidRPr="003B4B51" w:rsidRDefault="00D454F6" w:rsidP="00CB7CC1">
      <w:pPr>
        <w:spacing w:after="0" w:line="240" w:lineRule="auto"/>
        <w:jc w:val="center"/>
        <w:rPr>
          <w:rFonts w:ascii="Times New Roman" w:hAnsi="Times New Roman" w:cs="Times New Roman"/>
          <w:b/>
        </w:rPr>
      </w:pPr>
      <w:r w:rsidRPr="003B4B51">
        <w:rPr>
          <w:rFonts w:ascii="Times New Roman" w:hAnsi="Times New Roman" w:cs="Times New Roman"/>
          <w:b/>
        </w:rPr>
        <w:lastRenderedPageBreak/>
        <w:t>1. 3    Zákonný zástupca dieťaťa má právo:</w:t>
      </w:r>
    </w:p>
    <w:p w14:paraId="3E59E46C" w14:textId="77777777" w:rsidR="000A3713" w:rsidRDefault="00D454F6" w:rsidP="00FE5BF0">
      <w:pPr>
        <w:pStyle w:val="Odsekzoznamu"/>
        <w:numPr>
          <w:ilvl w:val="0"/>
          <w:numId w:val="9"/>
        </w:numPr>
        <w:spacing w:after="0" w:line="240" w:lineRule="auto"/>
        <w:jc w:val="both"/>
        <w:rPr>
          <w:rFonts w:ascii="Times New Roman" w:hAnsi="Times New Roman" w:cs="Times New Roman"/>
        </w:rPr>
      </w:pPr>
      <w:r w:rsidRPr="00CF673C">
        <w:rPr>
          <w:rFonts w:ascii="Times New Roman" w:hAnsi="Times New Roman" w:cs="Times New Roman"/>
        </w:rPr>
        <w:t>vybrať si pre svoje dieťa materskú školu, ktorá poskytuje výchovu a vzdelávanie</w:t>
      </w:r>
      <w:r w:rsidR="00CF673C" w:rsidRPr="00CF673C">
        <w:rPr>
          <w:rFonts w:ascii="Times New Roman" w:hAnsi="Times New Roman" w:cs="Times New Roman"/>
        </w:rPr>
        <w:t xml:space="preserve"> </w:t>
      </w:r>
      <w:r w:rsidRPr="00CF673C">
        <w:rPr>
          <w:rFonts w:ascii="Times New Roman" w:hAnsi="Times New Roman" w:cs="Times New Roman"/>
        </w:rPr>
        <w:t>zodpovedajúce schopnostiam, záujmom, potrebám i rozvojovým možnostiam, pričom</w:t>
      </w:r>
      <w:r w:rsidR="00CF673C" w:rsidRPr="00CF673C">
        <w:rPr>
          <w:rFonts w:ascii="Times New Roman" w:hAnsi="Times New Roman" w:cs="Times New Roman"/>
        </w:rPr>
        <w:t xml:space="preserve"> </w:t>
      </w:r>
      <w:r w:rsidRPr="00CF673C">
        <w:rPr>
          <w:rFonts w:ascii="Times New Roman" w:hAnsi="Times New Roman" w:cs="Times New Roman"/>
        </w:rPr>
        <w:t xml:space="preserve">môže prihliadať na </w:t>
      </w:r>
      <w:proofErr w:type="spellStart"/>
      <w:r w:rsidRPr="00CF673C">
        <w:rPr>
          <w:rFonts w:ascii="Times New Roman" w:hAnsi="Times New Roman" w:cs="Times New Roman"/>
        </w:rPr>
        <w:t>spádovosť</w:t>
      </w:r>
      <w:proofErr w:type="spellEnd"/>
      <w:r w:rsidRPr="00CF673C">
        <w:rPr>
          <w:rFonts w:ascii="Times New Roman" w:hAnsi="Times New Roman" w:cs="Times New Roman"/>
        </w:rPr>
        <w:t xml:space="preserve"> materskej školy,</w:t>
      </w:r>
    </w:p>
    <w:p w14:paraId="199CCC5E" w14:textId="77777777" w:rsidR="00CF673C" w:rsidRDefault="00D454F6" w:rsidP="00FE5BF0">
      <w:pPr>
        <w:pStyle w:val="Odsekzoznamu"/>
        <w:numPr>
          <w:ilvl w:val="0"/>
          <w:numId w:val="9"/>
        </w:numPr>
        <w:spacing w:after="0" w:line="240" w:lineRule="auto"/>
        <w:jc w:val="both"/>
        <w:rPr>
          <w:rFonts w:ascii="Times New Roman" w:hAnsi="Times New Roman" w:cs="Times New Roman"/>
        </w:rPr>
      </w:pPr>
      <w:r w:rsidRPr="00CF673C">
        <w:rPr>
          <w:rFonts w:ascii="Times New Roman" w:hAnsi="Times New Roman" w:cs="Times New Roman"/>
        </w:rPr>
        <w:t>žiadať, aby sa v rámci výchovy a vzdelávania v materskej škole poskytovali deťom</w:t>
      </w:r>
      <w:r w:rsidR="00CF673C" w:rsidRPr="00CF673C">
        <w:rPr>
          <w:rFonts w:ascii="Times New Roman" w:hAnsi="Times New Roman" w:cs="Times New Roman"/>
        </w:rPr>
        <w:t xml:space="preserve"> </w:t>
      </w:r>
      <w:r w:rsidRPr="00CF673C">
        <w:rPr>
          <w:rFonts w:ascii="Times New Roman" w:hAnsi="Times New Roman" w:cs="Times New Roman"/>
        </w:rPr>
        <w:t>informácie  a vedomosti vecne  a mnohostranne v súlade  so súčasným poznaním sveta</w:t>
      </w:r>
      <w:r w:rsidR="00CF673C" w:rsidRPr="00CF673C">
        <w:rPr>
          <w:rFonts w:ascii="Times New Roman" w:hAnsi="Times New Roman" w:cs="Times New Roman"/>
        </w:rPr>
        <w:t xml:space="preserve"> </w:t>
      </w:r>
      <w:r w:rsidRPr="00CF673C">
        <w:rPr>
          <w:rFonts w:ascii="Times New Roman" w:hAnsi="Times New Roman" w:cs="Times New Roman"/>
        </w:rPr>
        <w:t>a v súlade s princípmi  a cieľmi výchovy a vzdelávania  podľa školského zákona,</w:t>
      </w:r>
    </w:p>
    <w:p w14:paraId="2F58F06A" w14:textId="77777777" w:rsidR="000A3713" w:rsidRDefault="00CF673C" w:rsidP="00FE5BF0">
      <w:pPr>
        <w:pStyle w:val="Odsekzoznamu"/>
        <w:numPr>
          <w:ilvl w:val="0"/>
          <w:numId w:val="9"/>
        </w:numPr>
        <w:spacing w:after="0" w:line="240" w:lineRule="auto"/>
        <w:jc w:val="both"/>
        <w:rPr>
          <w:rFonts w:ascii="Times New Roman" w:hAnsi="Times New Roman" w:cs="Times New Roman"/>
        </w:rPr>
      </w:pPr>
      <w:r>
        <w:rPr>
          <w:rFonts w:ascii="Times New Roman" w:hAnsi="Times New Roman" w:cs="Times New Roman"/>
        </w:rPr>
        <w:t xml:space="preserve"> </w:t>
      </w:r>
      <w:r w:rsidR="00D454F6" w:rsidRPr="00CF673C">
        <w:rPr>
          <w:rFonts w:ascii="Times New Roman" w:hAnsi="Times New Roman" w:cs="Times New Roman"/>
        </w:rPr>
        <w:t>oboznámiť sa so školským vzdelávacím programom (</w:t>
      </w:r>
      <w:proofErr w:type="spellStart"/>
      <w:r w:rsidR="00D454F6" w:rsidRPr="00CF673C">
        <w:rPr>
          <w:rFonts w:ascii="Times New Roman" w:hAnsi="Times New Roman" w:cs="Times New Roman"/>
        </w:rPr>
        <w:t>ŠkVP</w:t>
      </w:r>
      <w:proofErr w:type="spellEnd"/>
      <w:r w:rsidR="00D454F6" w:rsidRPr="00CF673C">
        <w:rPr>
          <w:rFonts w:ascii="Times New Roman" w:hAnsi="Times New Roman" w:cs="Times New Roman"/>
        </w:rPr>
        <w:t>) a školským poriadkom,</w:t>
      </w:r>
    </w:p>
    <w:p w14:paraId="020BEA2E" w14:textId="77777777" w:rsidR="000A3713" w:rsidRDefault="00D454F6" w:rsidP="00FE5BF0">
      <w:pPr>
        <w:pStyle w:val="Odsekzoznamu"/>
        <w:numPr>
          <w:ilvl w:val="0"/>
          <w:numId w:val="9"/>
        </w:numPr>
        <w:spacing w:after="0" w:line="240" w:lineRule="auto"/>
        <w:jc w:val="both"/>
        <w:rPr>
          <w:rFonts w:ascii="Times New Roman" w:hAnsi="Times New Roman" w:cs="Times New Roman"/>
        </w:rPr>
      </w:pPr>
      <w:r w:rsidRPr="00CF673C">
        <w:rPr>
          <w:rFonts w:ascii="Times New Roman" w:hAnsi="Times New Roman" w:cs="Times New Roman"/>
        </w:rPr>
        <w:t xml:space="preserve">vyjadriť sa ku </w:t>
      </w:r>
      <w:proofErr w:type="spellStart"/>
      <w:r w:rsidRPr="00CF673C">
        <w:rPr>
          <w:rFonts w:ascii="Times New Roman" w:hAnsi="Times New Roman" w:cs="Times New Roman"/>
        </w:rPr>
        <w:t>ŠkVP</w:t>
      </w:r>
      <w:proofErr w:type="spellEnd"/>
      <w:r w:rsidRPr="00CF673C">
        <w:rPr>
          <w:rFonts w:ascii="Times New Roman" w:hAnsi="Times New Roman" w:cs="Times New Roman"/>
        </w:rPr>
        <w:t xml:space="preserve"> prostredníctvom rady školy,</w:t>
      </w:r>
    </w:p>
    <w:p w14:paraId="1E2387C2" w14:textId="77777777" w:rsidR="000A3713" w:rsidRDefault="00D454F6" w:rsidP="00FE5BF0">
      <w:pPr>
        <w:pStyle w:val="Odsekzoznamu"/>
        <w:numPr>
          <w:ilvl w:val="0"/>
          <w:numId w:val="9"/>
        </w:numPr>
        <w:spacing w:after="0" w:line="240" w:lineRule="auto"/>
        <w:jc w:val="both"/>
        <w:rPr>
          <w:rFonts w:ascii="Times New Roman" w:hAnsi="Times New Roman" w:cs="Times New Roman"/>
        </w:rPr>
      </w:pPr>
      <w:r w:rsidRPr="00CF673C">
        <w:rPr>
          <w:rFonts w:ascii="Times New Roman" w:hAnsi="Times New Roman" w:cs="Times New Roman"/>
        </w:rPr>
        <w:t>byť informovaný o výchovno-vzdelávacích výsledkoch svojho dieťaťa,</w:t>
      </w:r>
    </w:p>
    <w:p w14:paraId="541BD4ED" w14:textId="77777777" w:rsidR="000A3713" w:rsidRDefault="00D454F6" w:rsidP="00FE5BF0">
      <w:pPr>
        <w:pStyle w:val="Odsekzoznamu"/>
        <w:numPr>
          <w:ilvl w:val="0"/>
          <w:numId w:val="9"/>
        </w:numPr>
        <w:spacing w:after="0" w:line="240" w:lineRule="auto"/>
        <w:jc w:val="both"/>
        <w:rPr>
          <w:rFonts w:ascii="Times New Roman" w:hAnsi="Times New Roman" w:cs="Times New Roman"/>
        </w:rPr>
      </w:pPr>
      <w:r w:rsidRPr="00CF673C">
        <w:rPr>
          <w:rFonts w:ascii="Times New Roman" w:hAnsi="Times New Roman" w:cs="Times New Roman"/>
        </w:rPr>
        <w:t>na poskytnutie poradenských služieb vo výchove a vzdelávaní svojho dieťaťa,</w:t>
      </w:r>
    </w:p>
    <w:p w14:paraId="4AC46276" w14:textId="77777777" w:rsidR="000A3713" w:rsidRDefault="00D454F6" w:rsidP="00FE5BF0">
      <w:pPr>
        <w:pStyle w:val="Odsekzoznamu"/>
        <w:numPr>
          <w:ilvl w:val="0"/>
          <w:numId w:val="9"/>
        </w:numPr>
        <w:spacing w:after="0" w:line="240" w:lineRule="auto"/>
        <w:jc w:val="both"/>
        <w:rPr>
          <w:rFonts w:ascii="Times New Roman" w:hAnsi="Times New Roman" w:cs="Times New Roman"/>
        </w:rPr>
      </w:pPr>
      <w:r w:rsidRPr="00CF673C">
        <w:rPr>
          <w:rFonts w:ascii="Times New Roman" w:hAnsi="Times New Roman" w:cs="Times New Roman"/>
        </w:rPr>
        <w:t>v prípade dieťaťa so špeciálnymi výchovno-vzdelávacími potrebami  (ŠVVP)  a so</w:t>
      </w:r>
      <w:r w:rsidR="00CF673C" w:rsidRPr="00CF673C">
        <w:rPr>
          <w:rFonts w:ascii="Times New Roman" w:hAnsi="Times New Roman" w:cs="Times New Roman"/>
        </w:rPr>
        <w:t xml:space="preserve"> </w:t>
      </w:r>
      <w:r w:rsidRPr="00CF673C">
        <w:rPr>
          <w:rFonts w:ascii="Times New Roman" w:hAnsi="Times New Roman" w:cs="Times New Roman"/>
        </w:rPr>
        <w:t>súhlasom riaditeľky zúčastňovať sa na edukačnom procese,</w:t>
      </w:r>
    </w:p>
    <w:p w14:paraId="6B0224F4" w14:textId="77777777" w:rsidR="000A3713" w:rsidRDefault="00D454F6" w:rsidP="00FE5BF0">
      <w:pPr>
        <w:pStyle w:val="Odsekzoznamu"/>
        <w:numPr>
          <w:ilvl w:val="0"/>
          <w:numId w:val="9"/>
        </w:numPr>
        <w:spacing w:after="0" w:line="240" w:lineRule="auto"/>
        <w:jc w:val="both"/>
        <w:rPr>
          <w:rFonts w:ascii="Times New Roman" w:hAnsi="Times New Roman" w:cs="Times New Roman"/>
        </w:rPr>
      </w:pPr>
      <w:r w:rsidRPr="00CF673C">
        <w:rPr>
          <w:rFonts w:ascii="Times New Roman" w:hAnsi="Times New Roman" w:cs="Times New Roman"/>
        </w:rPr>
        <w:t>informovať triednu učiteľku v prípade problémov medzi deťmi (a povinnosť</w:t>
      </w:r>
      <w:r w:rsidR="00CF673C" w:rsidRPr="00CF673C">
        <w:rPr>
          <w:rFonts w:ascii="Times New Roman" w:hAnsi="Times New Roman" w:cs="Times New Roman"/>
        </w:rPr>
        <w:t xml:space="preserve"> </w:t>
      </w:r>
      <w:r w:rsidRPr="00CF673C">
        <w:rPr>
          <w:rFonts w:ascii="Times New Roman" w:hAnsi="Times New Roman" w:cs="Times New Roman"/>
        </w:rPr>
        <w:t xml:space="preserve">neriešiť </w:t>
      </w:r>
      <w:r w:rsidR="00CF673C">
        <w:rPr>
          <w:rFonts w:ascii="Times New Roman" w:hAnsi="Times New Roman" w:cs="Times New Roman"/>
        </w:rPr>
        <w:t>v</w:t>
      </w:r>
      <w:r w:rsidRPr="00CF673C">
        <w:rPr>
          <w:rFonts w:ascii="Times New Roman" w:hAnsi="Times New Roman" w:cs="Times New Roman"/>
        </w:rPr>
        <w:t>ýchovný problém s cudzím dieťaťom),</w:t>
      </w:r>
    </w:p>
    <w:p w14:paraId="4C50878C" w14:textId="77777777" w:rsidR="00CF673C" w:rsidRDefault="00D454F6" w:rsidP="00FE5BF0">
      <w:pPr>
        <w:pStyle w:val="Odsekzoznamu"/>
        <w:numPr>
          <w:ilvl w:val="0"/>
          <w:numId w:val="9"/>
        </w:numPr>
        <w:spacing w:after="0" w:line="240" w:lineRule="auto"/>
        <w:jc w:val="both"/>
        <w:rPr>
          <w:rFonts w:ascii="Times New Roman" w:hAnsi="Times New Roman" w:cs="Times New Roman"/>
        </w:rPr>
      </w:pPr>
      <w:r w:rsidRPr="00CF673C">
        <w:rPr>
          <w:rFonts w:ascii="Times New Roman" w:hAnsi="Times New Roman" w:cs="Times New Roman"/>
        </w:rPr>
        <w:t>požiadať o prerušenie dochádzky dieťaťa, prípadne oznámiť predčasné ukončenie</w:t>
      </w:r>
      <w:r w:rsidR="00CF673C" w:rsidRPr="00CF673C">
        <w:rPr>
          <w:rFonts w:ascii="Times New Roman" w:hAnsi="Times New Roman" w:cs="Times New Roman"/>
        </w:rPr>
        <w:t xml:space="preserve"> </w:t>
      </w:r>
      <w:r w:rsidRPr="00CF673C">
        <w:rPr>
          <w:rFonts w:ascii="Times New Roman" w:hAnsi="Times New Roman" w:cs="Times New Roman"/>
        </w:rPr>
        <w:t>dochádzky do MŠ</w:t>
      </w:r>
      <w:r w:rsidR="00CF673C">
        <w:rPr>
          <w:rFonts w:ascii="Times New Roman" w:hAnsi="Times New Roman" w:cs="Times New Roman"/>
        </w:rPr>
        <w:t>,</w:t>
      </w:r>
    </w:p>
    <w:p w14:paraId="486CD6B5" w14:textId="77777777" w:rsidR="000A3713" w:rsidRDefault="00D454F6" w:rsidP="00FE5BF0">
      <w:pPr>
        <w:pStyle w:val="Odsekzoznamu"/>
        <w:numPr>
          <w:ilvl w:val="0"/>
          <w:numId w:val="9"/>
        </w:numPr>
        <w:spacing w:after="0" w:line="240" w:lineRule="auto"/>
        <w:jc w:val="both"/>
        <w:rPr>
          <w:rFonts w:ascii="Times New Roman" w:hAnsi="Times New Roman" w:cs="Times New Roman"/>
        </w:rPr>
      </w:pPr>
      <w:r w:rsidRPr="00CF673C">
        <w:rPr>
          <w:rFonts w:ascii="Times New Roman" w:hAnsi="Times New Roman" w:cs="Times New Roman"/>
        </w:rPr>
        <w:t>v prípade dieťaťa, ktoré plní povinné predprimárne vzdelávanie, požiadať o oslobodenie</w:t>
      </w:r>
      <w:r w:rsidR="00CF673C" w:rsidRPr="00CF673C">
        <w:rPr>
          <w:rFonts w:ascii="Times New Roman" w:hAnsi="Times New Roman" w:cs="Times New Roman"/>
        </w:rPr>
        <w:t xml:space="preserve"> </w:t>
      </w:r>
      <w:r w:rsidRPr="00CF673C">
        <w:rPr>
          <w:rFonts w:ascii="Times New Roman" w:hAnsi="Times New Roman" w:cs="Times New Roman"/>
        </w:rPr>
        <w:t>dieťaťa od povinnosti dochádzať do školy  a o povolenie individuálneho vzdelávania na</w:t>
      </w:r>
      <w:r w:rsidR="00CF673C" w:rsidRPr="00CF673C">
        <w:rPr>
          <w:rFonts w:ascii="Times New Roman" w:hAnsi="Times New Roman" w:cs="Times New Roman"/>
        </w:rPr>
        <w:t xml:space="preserve"> </w:t>
      </w:r>
      <w:r w:rsidRPr="00CF673C">
        <w:rPr>
          <w:rFonts w:ascii="Times New Roman" w:hAnsi="Times New Roman" w:cs="Times New Roman"/>
        </w:rPr>
        <w:t>príslušný  školský rok, najneskôr do 31.8. kalendárneho roka, prípadne požiadať</w:t>
      </w:r>
      <w:r w:rsidR="00CF673C" w:rsidRPr="00CF673C">
        <w:rPr>
          <w:rFonts w:ascii="Times New Roman" w:hAnsi="Times New Roman" w:cs="Times New Roman"/>
        </w:rPr>
        <w:t xml:space="preserve"> </w:t>
      </w:r>
      <w:r w:rsidRPr="00CF673C">
        <w:rPr>
          <w:rFonts w:ascii="Times New Roman" w:hAnsi="Times New Roman" w:cs="Times New Roman"/>
        </w:rPr>
        <w:t>o oslobodenie dieťaťa od povinnosti dochádzať do MŠ zo zdravotných dôvodov</w:t>
      </w:r>
      <w:r w:rsidR="00CF673C" w:rsidRPr="00CF673C">
        <w:rPr>
          <w:rFonts w:ascii="Times New Roman" w:hAnsi="Times New Roman" w:cs="Times New Roman"/>
        </w:rPr>
        <w:t xml:space="preserve"> </w:t>
      </w:r>
      <w:r w:rsidRPr="00CF673C">
        <w:rPr>
          <w:rFonts w:ascii="Times New Roman" w:hAnsi="Times New Roman" w:cs="Times New Roman"/>
        </w:rPr>
        <w:t>a o povolení  individuálneho vzdelávania pri splnení všetkých náležitostí stanovených</w:t>
      </w:r>
      <w:r w:rsidR="00CF673C" w:rsidRPr="00CF673C">
        <w:rPr>
          <w:rFonts w:ascii="Times New Roman" w:hAnsi="Times New Roman" w:cs="Times New Roman"/>
        </w:rPr>
        <w:t xml:space="preserve"> </w:t>
      </w:r>
      <w:r w:rsidRPr="00CF673C">
        <w:rPr>
          <w:rFonts w:ascii="Times New Roman" w:hAnsi="Times New Roman" w:cs="Times New Roman"/>
        </w:rPr>
        <w:t>zákonom</w:t>
      </w:r>
      <w:r w:rsidR="00CF673C">
        <w:rPr>
          <w:rFonts w:ascii="Times New Roman" w:hAnsi="Times New Roman" w:cs="Times New Roman"/>
        </w:rPr>
        <w:t>,</w:t>
      </w:r>
    </w:p>
    <w:p w14:paraId="1275B739" w14:textId="77777777" w:rsidR="00CF673C" w:rsidRPr="00CF673C" w:rsidRDefault="00CF673C" w:rsidP="00FE5BF0">
      <w:pPr>
        <w:pStyle w:val="Odsekzoznamu"/>
        <w:numPr>
          <w:ilvl w:val="0"/>
          <w:numId w:val="9"/>
        </w:numPr>
        <w:spacing w:after="0" w:line="240" w:lineRule="auto"/>
        <w:jc w:val="both"/>
        <w:rPr>
          <w:rFonts w:ascii="Times New Roman" w:hAnsi="Times New Roman" w:cs="Times New Roman"/>
        </w:rPr>
      </w:pPr>
      <w:r w:rsidRPr="00CF673C">
        <w:rPr>
          <w:rFonts w:ascii="Times New Roman" w:hAnsi="Times New Roman" w:cs="Times New Roman"/>
        </w:rPr>
        <w:t>požiadať o zmenu pobytu dieťaťa v MŠ z celodennej na poldennú výchovu a vzdelávanie, prípadne z poldennej na celodennú výchovu a vzdelávanie</w:t>
      </w:r>
      <w:r>
        <w:rPr>
          <w:rFonts w:ascii="Times New Roman" w:hAnsi="Times New Roman" w:cs="Times New Roman"/>
        </w:rPr>
        <w:t>.</w:t>
      </w:r>
    </w:p>
    <w:p w14:paraId="4902B489" w14:textId="77777777" w:rsidR="000A3713" w:rsidRPr="00D454F6" w:rsidRDefault="000A3713" w:rsidP="00CB7CC1">
      <w:pPr>
        <w:spacing w:after="0" w:line="240" w:lineRule="auto"/>
        <w:jc w:val="both"/>
        <w:rPr>
          <w:rFonts w:ascii="Times New Roman" w:hAnsi="Times New Roman" w:cs="Times New Roman"/>
        </w:rPr>
      </w:pPr>
    </w:p>
    <w:p w14:paraId="07D4D9C5" w14:textId="77777777" w:rsidR="000A3713" w:rsidRPr="00D454F6" w:rsidRDefault="00D454F6" w:rsidP="00CB7CC1">
      <w:pPr>
        <w:spacing w:after="0" w:line="240" w:lineRule="auto"/>
        <w:rPr>
          <w:rFonts w:ascii="Times New Roman" w:hAnsi="Times New Roman" w:cs="Times New Roman"/>
        </w:rPr>
      </w:pPr>
      <w:r w:rsidRPr="00D454F6">
        <w:rPr>
          <w:rFonts w:ascii="Times New Roman" w:hAnsi="Times New Roman" w:cs="Times New Roman"/>
          <w:b/>
        </w:rPr>
        <w:t>1.4     Zákonný zástupca dieťaťa je povinný:</w:t>
      </w:r>
    </w:p>
    <w:p w14:paraId="0BB3008F" w14:textId="77777777" w:rsidR="000A3713" w:rsidRDefault="00D454F6" w:rsidP="00FE5BF0">
      <w:pPr>
        <w:pStyle w:val="Odsekzoznamu"/>
        <w:numPr>
          <w:ilvl w:val="0"/>
          <w:numId w:val="7"/>
        </w:numPr>
        <w:spacing w:after="0" w:line="240" w:lineRule="auto"/>
        <w:jc w:val="both"/>
        <w:rPr>
          <w:rFonts w:ascii="Times New Roman" w:hAnsi="Times New Roman" w:cs="Times New Roman"/>
        </w:rPr>
      </w:pPr>
      <w:r w:rsidRPr="00CF673C">
        <w:rPr>
          <w:rFonts w:ascii="Times New Roman" w:hAnsi="Times New Roman" w:cs="Times New Roman"/>
        </w:rPr>
        <w:t>dodržiavať podmienky predprimárneho vzdelávania  dieťaťa určené školským poriadkom,</w:t>
      </w:r>
    </w:p>
    <w:p w14:paraId="6D2924F2" w14:textId="77777777" w:rsidR="000A3713" w:rsidRDefault="00D454F6" w:rsidP="00FE5BF0">
      <w:pPr>
        <w:pStyle w:val="Odsekzoznamu"/>
        <w:numPr>
          <w:ilvl w:val="0"/>
          <w:numId w:val="7"/>
        </w:numPr>
        <w:spacing w:after="0" w:line="240" w:lineRule="auto"/>
        <w:jc w:val="both"/>
        <w:rPr>
          <w:rFonts w:ascii="Times New Roman" w:hAnsi="Times New Roman" w:cs="Times New Roman"/>
        </w:rPr>
      </w:pPr>
      <w:r w:rsidRPr="00CF673C">
        <w:rPr>
          <w:rFonts w:ascii="Times New Roman" w:hAnsi="Times New Roman" w:cs="Times New Roman"/>
        </w:rPr>
        <w:t>dbať na sociálne a kultúrne zázemie dieťaťa, rešpektovať jeho špeciálne výchovno-vzdelávacie potreby,</w:t>
      </w:r>
    </w:p>
    <w:p w14:paraId="5E7B3E31" w14:textId="77777777" w:rsidR="00CF673C" w:rsidRDefault="00D454F6" w:rsidP="00FE5BF0">
      <w:pPr>
        <w:pStyle w:val="Odsekzoznamu"/>
        <w:numPr>
          <w:ilvl w:val="0"/>
          <w:numId w:val="7"/>
        </w:numPr>
        <w:spacing w:after="0" w:line="240" w:lineRule="auto"/>
        <w:jc w:val="both"/>
        <w:rPr>
          <w:rFonts w:ascii="Times New Roman" w:hAnsi="Times New Roman" w:cs="Times New Roman"/>
        </w:rPr>
      </w:pPr>
      <w:r w:rsidRPr="00CF673C">
        <w:rPr>
          <w:rFonts w:ascii="Times New Roman" w:hAnsi="Times New Roman" w:cs="Times New Roman"/>
        </w:rPr>
        <w:t>denne pri rannom filtri informovať materskú školu o zmene zdravotnej spôsobilosti</w:t>
      </w:r>
      <w:r w:rsidR="00CF673C" w:rsidRPr="00CF673C">
        <w:rPr>
          <w:rFonts w:ascii="Times New Roman" w:hAnsi="Times New Roman" w:cs="Times New Roman"/>
        </w:rPr>
        <w:t xml:space="preserve"> </w:t>
      </w:r>
      <w:r w:rsidRPr="00CF673C">
        <w:rPr>
          <w:rFonts w:ascii="Times New Roman" w:hAnsi="Times New Roman" w:cs="Times New Roman"/>
        </w:rPr>
        <w:t>svojho dieťaťa, jeho zdravotných problémoch alebo iných závažných skutočnostiach,</w:t>
      </w:r>
      <w:r w:rsidR="00CF673C" w:rsidRPr="00CF673C">
        <w:rPr>
          <w:rFonts w:ascii="Times New Roman" w:hAnsi="Times New Roman" w:cs="Times New Roman"/>
        </w:rPr>
        <w:t xml:space="preserve"> </w:t>
      </w:r>
      <w:r w:rsidRPr="00CF673C">
        <w:rPr>
          <w:rFonts w:ascii="Times New Roman" w:hAnsi="Times New Roman" w:cs="Times New Roman"/>
        </w:rPr>
        <w:t>ktoré by mohli mať vplyv na priebeh výchovy a vzdelávania,</w:t>
      </w:r>
    </w:p>
    <w:p w14:paraId="390DB565" w14:textId="77777777" w:rsidR="000A3713" w:rsidRDefault="00D454F6" w:rsidP="00FE5BF0">
      <w:pPr>
        <w:pStyle w:val="Odsekzoznamu"/>
        <w:numPr>
          <w:ilvl w:val="0"/>
          <w:numId w:val="7"/>
        </w:numPr>
        <w:spacing w:after="0" w:line="240" w:lineRule="auto"/>
        <w:jc w:val="both"/>
        <w:rPr>
          <w:rFonts w:ascii="Times New Roman" w:hAnsi="Times New Roman" w:cs="Times New Roman"/>
        </w:rPr>
      </w:pPr>
      <w:r w:rsidRPr="00CF673C">
        <w:rPr>
          <w:rFonts w:ascii="Times New Roman" w:hAnsi="Times New Roman" w:cs="Times New Roman"/>
        </w:rPr>
        <w:t>sledovať informačný panel materskej školy, triedne oznamy a webové sídlo školy,</w:t>
      </w:r>
      <w:r w:rsidR="00CF673C" w:rsidRPr="00CF673C">
        <w:rPr>
          <w:rFonts w:ascii="Times New Roman" w:hAnsi="Times New Roman" w:cs="Times New Roman"/>
        </w:rPr>
        <w:t xml:space="preserve"> </w:t>
      </w:r>
      <w:r w:rsidRPr="00CF673C">
        <w:rPr>
          <w:rFonts w:ascii="Times New Roman" w:hAnsi="Times New Roman" w:cs="Times New Roman"/>
        </w:rPr>
        <w:t>oznamy v uzatvorených skupinách rodičov jednotlivých tried na sociálnej sieti</w:t>
      </w:r>
      <w:r w:rsidR="00CF673C">
        <w:rPr>
          <w:rFonts w:ascii="Times New Roman" w:hAnsi="Times New Roman" w:cs="Times New Roman"/>
        </w:rPr>
        <w:t>,</w:t>
      </w:r>
    </w:p>
    <w:p w14:paraId="5DF4A421" w14:textId="77777777" w:rsidR="000A3713" w:rsidRDefault="00D454F6" w:rsidP="00FE5BF0">
      <w:pPr>
        <w:pStyle w:val="Odsekzoznamu"/>
        <w:numPr>
          <w:ilvl w:val="0"/>
          <w:numId w:val="7"/>
        </w:numPr>
        <w:spacing w:after="0" w:line="240" w:lineRule="auto"/>
        <w:jc w:val="both"/>
        <w:rPr>
          <w:rFonts w:ascii="Times New Roman" w:hAnsi="Times New Roman" w:cs="Times New Roman"/>
        </w:rPr>
      </w:pPr>
      <w:r w:rsidRPr="00CF673C">
        <w:rPr>
          <w:rFonts w:ascii="Times New Roman" w:hAnsi="Times New Roman" w:cs="Times New Roman"/>
        </w:rPr>
        <w:t>poskytovať so zámerom spracovania osobné údaje v rozsahu uvedenom v § 11 ods. 6</w:t>
      </w:r>
      <w:r w:rsidR="00CF673C" w:rsidRPr="00CF673C">
        <w:rPr>
          <w:rFonts w:ascii="Times New Roman" w:hAnsi="Times New Roman" w:cs="Times New Roman"/>
        </w:rPr>
        <w:t xml:space="preserve"> </w:t>
      </w:r>
      <w:r w:rsidRPr="00CF673C">
        <w:rPr>
          <w:rFonts w:ascii="Times New Roman" w:hAnsi="Times New Roman" w:cs="Times New Roman"/>
        </w:rPr>
        <w:t>školského zákona,</w:t>
      </w:r>
    </w:p>
    <w:p w14:paraId="0D4967EC" w14:textId="77777777" w:rsidR="00CF673C" w:rsidRDefault="00CF673C" w:rsidP="00FE5BF0">
      <w:pPr>
        <w:pStyle w:val="Odsekzoznamu"/>
        <w:numPr>
          <w:ilvl w:val="0"/>
          <w:numId w:val="7"/>
        </w:numPr>
        <w:spacing w:after="0" w:line="240" w:lineRule="auto"/>
        <w:jc w:val="both"/>
        <w:rPr>
          <w:rFonts w:ascii="Times New Roman" w:hAnsi="Times New Roman" w:cs="Times New Roman"/>
        </w:rPr>
      </w:pPr>
      <w:r w:rsidRPr="00CF673C">
        <w:rPr>
          <w:rFonts w:ascii="Times New Roman" w:hAnsi="Times New Roman" w:cs="Times New Roman"/>
        </w:rPr>
        <w:t xml:space="preserve">zákonný zástupca je povinný všetky veci súvisiace s poskytovaním predprimárneho </w:t>
      </w:r>
      <w:r>
        <w:rPr>
          <w:rFonts w:ascii="Times New Roman" w:hAnsi="Times New Roman" w:cs="Times New Roman"/>
        </w:rPr>
        <w:t>v</w:t>
      </w:r>
      <w:r w:rsidRPr="00CF673C">
        <w:rPr>
          <w:rFonts w:ascii="Times New Roman" w:hAnsi="Times New Roman" w:cs="Times New Roman"/>
        </w:rPr>
        <w:t xml:space="preserve">zdelávania jeho dieťaťa riešiť interne, v materskej škole s učiteľkami, ktoré pracujú v triede, v ktorej je zaradené jeho dieťa a podľa potreby s riaditeľkou, </w:t>
      </w:r>
    </w:p>
    <w:p w14:paraId="54248BB8" w14:textId="77777777" w:rsidR="000A3713" w:rsidRPr="00CF673C" w:rsidRDefault="003B4B51" w:rsidP="00FE5BF0">
      <w:pPr>
        <w:pStyle w:val="Odsekzoznamu"/>
        <w:numPr>
          <w:ilvl w:val="0"/>
          <w:numId w:val="7"/>
        </w:numPr>
        <w:spacing w:after="0" w:line="240" w:lineRule="auto"/>
        <w:jc w:val="both"/>
        <w:rPr>
          <w:rFonts w:ascii="Times New Roman" w:hAnsi="Times New Roman" w:cs="Times New Roman"/>
        </w:rPr>
      </w:pPr>
      <w:r w:rsidRPr="00CF673C">
        <w:rPr>
          <w:rFonts w:ascii="Times New Roman" w:hAnsi="Times New Roman" w:cs="Times New Roman"/>
        </w:rPr>
        <w:t>rešpektovať rozhodnutia riaditeľky materskej školy a pokyny pedagogických a ostatných zamestnancov školy, ktoré sú vydané v súlade s právnymi predpismi,</w:t>
      </w:r>
    </w:p>
    <w:p w14:paraId="1910FA85" w14:textId="77777777" w:rsidR="003B4B51" w:rsidRPr="00CF673C" w:rsidRDefault="003B4B51" w:rsidP="00FE5BF0">
      <w:pPr>
        <w:pStyle w:val="Odsekzoznamu"/>
        <w:numPr>
          <w:ilvl w:val="0"/>
          <w:numId w:val="7"/>
        </w:numPr>
        <w:spacing w:after="0" w:line="240" w:lineRule="auto"/>
        <w:jc w:val="both"/>
        <w:rPr>
          <w:rFonts w:ascii="Times New Roman" w:hAnsi="Times New Roman" w:cs="Times New Roman"/>
        </w:rPr>
      </w:pPr>
      <w:r w:rsidRPr="00CF673C">
        <w:rPr>
          <w:rFonts w:ascii="Times New Roman" w:hAnsi="Times New Roman" w:cs="Times New Roman"/>
        </w:rPr>
        <w:t>dodržiavať pravidlá ospravedlňovania neprítomnosti dieťaťa ustanovené školským poriadkom a platnými právnymi predpismi,</w:t>
      </w:r>
    </w:p>
    <w:p w14:paraId="3B6790A4" w14:textId="77777777" w:rsidR="003B4B51" w:rsidRPr="00CF673C" w:rsidRDefault="003B4B51" w:rsidP="00FE5BF0">
      <w:pPr>
        <w:pStyle w:val="Odsekzoznamu"/>
        <w:numPr>
          <w:ilvl w:val="0"/>
          <w:numId w:val="7"/>
        </w:numPr>
        <w:spacing w:after="0" w:line="240" w:lineRule="auto"/>
        <w:jc w:val="both"/>
        <w:rPr>
          <w:rFonts w:ascii="Times New Roman" w:hAnsi="Times New Roman" w:cs="Times New Roman"/>
        </w:rPr>
      </w:pPr>
      <w:r w:rsidRPr="00CF673C">
        <w:rPr>
          <w:rFonts w:ascii="Times New Roman" w:hAnsi="Times New Roman" w:cs="Times New Roman"/>
        </w:rPr>
        <w:t>oznámiť materskej škole všetky skutočnosti, ktoré môžu mať vplyv na priebeh výchovy a vzdelávania dieťaťa</w:t>
      </w:r>
      <w:r w:rsidR="00CF673C" w:rsidRPr="00CF673C">
        <w:rPr>
          <w:rFonts w:ascii="Times New Roman" w:hAnsi="Times New Roman" w:cs="Times New Roman"/>
        </w:rPr>
        <w:t>,</w:t>
      </w:r>
    </w:p>
    <w:p w14:paraId="0F24B2A1" w14:textId="77777777" w:rsidR="003B4B51" w:rsidRPr="00CF673C" w:rsidRDefault="003B4B51" w:rsidP="00FE5BF0">
      <w:pPr>
        <w:pStyle w:val="Odsekzoznamu"/>
        <w:numPr>
          <w:ilvl w:val="0"/>
          <w:numId w:val="7"/>
        </w:numPr>
        <w:spacing w:after="0" w:line="240" w:lineRule="auto"/>
        <w:jc w:val="both"/>
        <w:rPr>
          <w:rFonts w:ascii="Times New Roman" w:hAnsi="Times New Roman" w:cs="Times New Roman"/>
        </w:rPr>
      </w:pPr>
      <w:r w:rsidRPr="00CF673C">
        <w:rPr>
          <w:rFonts w:ascii="Times New Roman" w:hAnsi="Times New Roman" w:cs="Times New Roman"/>
        </w:rPr>
        <w:t>informovať materskú školu o zmenách osobných údajov dieťaťa a zákonného zástupcu, najmä o zmene adresy, telefónneho kontaktu, e-mailovej adresy alebo iných údajov potrebných na komunikáciu a bezpečné zabezpečenie dieťaťa</w:t>
      </w:r>
      <w:r w:rsidR="00CF673C">
        <w:rPr>
          <w:rFonts w:ascii="Times New Roman" w:hAnsi="Times New Roman" w:cs="Times New Roman"/>
        </w:rPr>
        <w:t>,</w:t>
      </w:r>
    </w:p>
    <w:p w14:paraId="0DE5962B" w14:textId="79109854" w:rsidR="00CF673C" w:rsidRPr="00CF673C" w:rsidRDefault="00CF673C" w:rsidP="00FE5BF0">
      <w:pPr>
        <w:pStyle w:val="Odsekzoznamu"/>
        <w:numPr>
          <w:ilvl w:val="0"/>
          <w:numId w:val="7"/>
        </w:numPr>
        <w:spacing w:after="0" w:line="240" w:lineRule="auto"/>
        <w:jc w:val="both"/>
        <w:rPr>
          <w:rFonts w:ascii="Times New Roman" w:hAnsi="Times New Roman" w:cs="Times New Roman"/>
        </w:rPr>
      </w:pPr>
      <w:r w:rsidRPr="00CF673C">
        <w:rPr>
          <w:rFonts w:ascii="Times New Roman" w:hAnsi="Times New Roman" w:cs="Times New Roman"/>
        </w:rPr>
        <w:lastRenderedPageBreak/>
        <w:t xml:space="preserve">zabezpečiť, aby dieťa prichádzalo do materskej školy v primeranom a čistom oblečení a obuvi a s vybavením potrebným na pobyt v materskej </w:t>
      </w:r>
      <w:r>
        <w:rPr>
          <w:rFonts w:ascii="Times New Roman" w:hAnsi="Times New Roman" w:cs="Times New Roman"/>
        </w:rPr>
        <w:t>škol</w:t>
      </w:r>
      <w:r w:rsidR="006E0119">
        <w:rPr>
          <w:rFonts w:ascii="Times New Roman" w:hAnsi="Times New Roman" w:cs="Times New Roman"/>
        </w:rPr>
        <w:t>e</w:t>
      </w:r>
      <w:r>
        <w:rPr>
          <w:rFonts w:ascii="Times New Roman" w:hAnsi="Times New Roman" w:cs="Times New Roman"/>
        </w:rPr>
        <w:t>,</w:t>
      </w:r>
    </w:p>
    <w:p w14:paraId="3BBEB4A1" w14:textId="77777777" w:rsidR="00CF673C" w:rsidRPr="00CF673C" w:rsidRDefault="00CF673C" w:rsidP="00FE5BF0">
      <w:pPr>
        <w:pStyle w:val="Odsekzoznamu"/>
        <w:numPr>
          <w:ilvl w:val="0"/>
          <w:numId w:val="7"/>
        </w:numPr>
        <w:spacing w:after="0" w:line="240" w:lineRule="auto"/>
        <w:jc w:val="both"/>
        <w:rPr>
          <w:rFonts w:ascii="Times New Roman" w:hAnsi="Times New Roman" w:cs="Times New Roman"/>
        </w:rPr>
      </w:pPr>
      <w:r w:rsidRPr="00CF673C">
        <w:rPr>
          <w:rFonts w:ascii="Times New Roman" w:hAnsi="Times New Roman" w:cs="Times New Roman"/>
        </w:rPr>
        <w:t>zabezpečiť vhodné náhradné oblečenie pre dieťa podľa požiadaviek materskej školy</w:t>
      </w:r>
      <w:r>
        <w:rPr>
          <w:rFonts w:ascii="Times New Roman" w:hAnsi="Times New Roman" w:cs="Times New Roman"/>
        </w:rPr>
        <w:t>,</w:t>
      </w:r>
    </w:p>
    <w:p w14:paraId="1E24697E" w14:textId="77777777" w:rsidR="00CF673C" w:rsidRPr="00CF673C" w:rsidRDefault="00CF673C" w:rsidP="00FE5BF0">
      <w:pPr>
        <w:pStyle w:val="Odsekzoznamu"/>
        <w:numPr>
          <w:ilvl w:val="0"/>
          <w:numId w:val="7"/>
        </w:numPr>
        <w:spacing w:after="0" w:line="240" w:lineRule="auto"/>
        <w:jc w:val="both"/>
        <w:rPr>
          <w:rFonts w:ascii="Times New Roman" w:hAnsi="Times New Roman" w:cs="Times New Roman"/>
        </w:rPr>
      </w:pPr>
      <w:r w:rsidRPr="00CF673C">
        <w:rPr>
          <w:rFonts w:ascii="Times New Roman" w:hAnsi="Times New Roman" w:cs="Times New Roman"/>
        </w:rPr>
        <w:t>osobne odovzdať dieťa pedagogickému zamestnancovi pri príchode do materskej školy a prevziať ho spôsobom určeným školským poriadkom</w:t>
      </w:r>
      <w:r>
        <w:rPr>
          <w:rFonts w:ascii="Times New Roman" w:hAnsi="Times New Roman" w:cs="Times New Roman"/>
        </w:rPr>
        <w:t>,</w:t>
      </w:r>
    </w:p>
    <w:p w14:paraId="75EFDAEA" w14:textId="77777777" w:rsidR="00CF673C" w:rsidRPr="00D454F6" w:rsidRDefault="00CF673C" w:rsidP="00FE5BF0">
      <w:pPr>
        <w:pStyle w:val="Odsekzoznamu"/>
        <w:numPr>
          <w:ilvl w:val="0"/>
          <w:numId w:val="7"/>
        </w:numPr>
        <w:spacing w:after="0" w:line="240" w:lineRule="auto"/>
        <w:jc w:val="both"/>
        <w:rPr>
          <w:rFonts w:ascii="Times New Roman" w:hAnsi="Times New Roman" w:cs="Times New Roman"/>
        </w:rPr>
      </w:pPr>
      <w:r w:rsidRPr="00CF673C">
        <w:rPr>
          <w:rFonts w:ascii="Times New Roman" w:hAnsi="Times New Roman" w:cs="Times New Roman"/>
        </w:rPr>
        <w:t>uhrádzať príspevky súvisiace s pobytom dieťaťa v materskej škole a stravovaním dieťaťa v rozsahu a lehotách ustanovených príslušnými právnymi predpismi, rozhodnutím zriaďovateľa a internými pravidlami materskej školy</w:t>
      </w:r>
      <w:r>
        <w:rPr>
          <w:rFonts w:ascii="Times New Roman" w:hAnsi="Times New Roman" w:cs="Times New Roman"/>
        </w:rPr>
        <w:t>,</w:t>
      </w:r>
    </w:p>
    <w:p w14:paraId="0DAE428A" w14:textId="77777777" w:rsidR="000A3713" w:rsidRPr="00D454F6" w:rsidRDefault="00D454F6" w:rsidP="00FE5BF0">
      <w:pPr>
        <w:pStyle w:val="Odsekzoznamu"/>
        <w:numPr>
          <w:ilvl w:val="0"/>
          <w:numId w:val="7"/>
        </w:numPr>
        <w:spacing w:after="0" w:line="240" w:lineRule="auto"/>
        <w:jc w:val="both"/>
        <w:rPr>
          <w:rFonts w:ascii="Times New Roman" w:hAnsi="Times New Roman" w:cs="Times New Roman"/>
        </w:rPr>
      </w:pPr>
      <w:r w:rsidRPr="00D454F6">
        <w:rPr>
          <w:rFonts w:ascii="Times New Roman" w:hAnsi="Times New Roman" w:cs="Times New Roman"/>
        </w:rPr>
        <w:t>nahradiť škodu, ktorú dieťa úmyselne zavinilo,</w:t>
      </w:r>
    </w:p>
    <w:p w14:paraId="713B619A" w14:textId="77777777" w:rsidR="000A3713" w:rsidRDefault="00D454F6" w:rsidP="00FE5BF0">
      <w:pPr>
        <w:pStyle w:val="Odsekzoznamu"/>
        <w:numPr>
          <w:ilvl w:val="0"/>
          <w:numId w:val="7"/>
        </w:numPr>
        <w:spacing w:after="0" w:line="240" w:lineRule="auto"/>
        <w:jc w:val="both"/>
        <w:rPr>
          <w:rFonts w:ascii="Times New Roman" w:hAnsi="Times New Roman" w:cs="Times New Roman"/>
        </w:rPr>
      </w:pPr>
      <w:r w:rsidRPr="00CF673C">
        <w:rPr>
          <w:rFonts w:ascii="Times New Roman" w:hAnsi="Times New Roman" w:cs="Times New Roman"/>
        </w:rPr>
        <w:t>rešpektovať, že počas pobytu v materskej škole dieťa nesmie používať mobilné</w:t>
      </w:r>
      <w:r w:rsidR="00CF673C" w:rsidRPr="00CF673C">
        <w:rPr>
          <w:rFonts w:ascii="Times New Roman" w:hAnsi="Times New Roman" w:cs="Times New Roman"/>
        </w:rPr>
        <w:t xml:space="preserve"> </w:t>
      </w:r>
      <w:r w:rsidRPr="00CF673C">
        <w:rPr>
          <w:rFonts w:ascii="Times New Roman" w:hAnsi="Times New Roman" w:cs="Times New Roman"/>
        </w:rPr>
        <w:t>elektronické zariadenia, prostredníctvom ktorých dochádza k prenosu údajov tretím</w:t>
      </w:r>
      <w:r w:rsidR="00CF673C" w:rsidRPr="00CF673C">
        <w:rPr>
          <w:rFonts w:ascii="Times New Roman" w:hAnsi="Times New Roman" w:cs="Times New Roman"/>
        </w:rPr>
        <w:t xml:space="preserve"> </w:t>
      </w:r>
      <w:r w:rsidRPr="00CF673C">
        <w:rPr>
          <w:rFonts w:ascii="Times New Roman" w:hAnsi="Times New Roman" w:cs="Times New Roman"/>
        </w:rPr>
        <w:t>osobám  bez súhlasu osôb, o ktorých sa údaje prinášajú (pedagogických aj</w:t>
      </w:r>
      <w:r w:rsidR="00CF673C" w:rsidRPr="00CF673C">
        <w:rPr>
          <w:rFonts w:ascii="Times New Roman" w:hAnsi="Times New Roman" w:cs="Times New Roman"/>
        </w:rPr>
        <w:t xml:space="preserve"> </w:t>
      </w:r>
      <w:r w:rsidRPr="00CF673C">
        <w:rPr>
          <w:rFonts w:ascii="Times New Roman" w:hAnsi="Times New Roman" w:cs="Times New Roman"/>
        </w:rPr>
        <w:t>nepedagogických  zamestnancov materskej školy a detí prijatých do materskej školy,</w:t>
      </w:r>
    </w:p>
    <w:p w14:paraId="0E1C3700" w14:textId="77777777" w:rsidR="000A3713" w:rsidRDefault="00D454F6" w:rsidP="00FE5BF0">
      <w:pPr>
        <w:pStyle w:val="Odsekzoznamu"/>
        <w:numPr>
          <w:ilvl w:val="0"/>
          <w:numId w:val="7"/>
        </w:numPr>
        <w:spacing w:after="0" w:line="240" w:lineRule="auto"/>
        <w:jc w:val="both"/>
        <w:rPr>
          <w:rFonts w:ascii="Times New Roman" w:hAnsi="Times New Roman" w:cs="Times New Roman"/>
        </w:rPr>
      </w:pPr>
      <w:r w:rsidRPr="00BB48FB">
        <w:rPr>
          <w:rFonts w:ascii="Times New Roman" w:hAnsi="Times New Roman" w:cs="Times New Roman"/>
        </w:rPr>
        <w:t>vyzdvihnúť dieťa z MŠ čo najskôr, ak dostane od učiteľa informáciu, že dieťa má teplotu,</w:t>
      </w:r>
      <w:r w:rsidR="00BB48FB" w:rsidRPr="00BB48FB">
        <w:rPr>
          <w:rFonts w:ascii="Times New Roman" w:hAnsi="Times New Roman" w:cs="Times New Roman"/>
        </w:rPr>
        <w:t xml:space="preserve"> </w:t>
      </w:r>
      <w:r w:rsidRPr="00BB48FB">
        <w:rPr>
          <w:rFonts w:ascii="Times New Roman" w:hAnsi="Times New Roman" w:cs="Times New Roman"/>
        </w:rPr>
        <w:t>zvracia, hnačku alebo sa vyskytlo iné ochorenie, či nevoľnosť. Opätovný nástup</w:t>
      </w:r>
      <w:r w:rsidR="00BB48FB" w:rsidRPr="00BB48FB">
        <w:rPr>
          <w:rFonts w:ascii="Times New Roman" w:hAnsi="Times New Roman" w:cs="Times New Roman"/>
        </w:rPr>
        <w:t xml:space="preserve"> </w:t>
      </w:r>
      <w:r w:rsidRPr="00BB48FB">
        <w:rPr>
          <w:rFonts w:ascii="Times New Roman" w:hAnsi="Times New Roman" w:cs="Times New Roman"/>
        </w:rPr>
        <w:t>v takomto prípade je možný len s lekárskym potvrdením o tom, že dieťa je zdravé,</w:t>
      </w:r>
    </w:p>
    <w:p w14:paraId="6B76BDC2" w14:textId="77777777" w:rsidR="00CF673C" w:rsidRPr="00BB48FB" w:rsidRDefault="00CF673C" w:rsidP="00FE5BF0">
      <w:pPr>
        <w:pStyle w:val="Odsekzoznamu"/>
        <w:numPr>
          <w:ilvl w:val="0"/>
          <w:numId w:val="7"/>
        </w:numPr>
        <w:spacing w:after="0" w:line="240" w:lineRule="auto"/>
        <w:jc w:val="both"/>
        <w:rPr>
          <w:rFonts w:ascii="Times New Roman" w:hAnsi="Times New Roman" w:cs="Times New Roman"/>
        </w:rPr>
      </w:pPr>
      <w:r w:rsidRPr="00BB48FB">
        <w:rPr>
          <w:rFonts w:ascii="Times New Roman" w:hAnsi="Times New Roman" w:cs="Times New Roman"/>
        </w:rPr>
        <w:t>bezodkladne informovať materskú školu o zmene alebo odvolaní splnomocnenia na preberanie dieťaťa</w:t>
      </w:r>
      <w:r w:rsidR="00BB48FB">
        <w:rPr>
          <w:rFonts w:ascii="Times New Roman" w:hAnsi="Times New Roman" w:cs="Times New Roman"/>
        </w:rPr>
        <w:t xml:space="preserve">, </w:t>
      </w:r>
    </w:p>
    <w:p w14:paraId="455AB59C" w14:textId="77777777" w:rsidR="00CF673C" w:rsidRDefault="00CF673C" w:rsidP="00FE5BF0">
      <w:pPr>
        <w:pStyle w:val="Odsekzoznamu"/>
        <w:numPr>
          <w:ilvl w:val="0"/>
          <w:numId w:val="7"/>
        </w:numPr>
        <w:spacing w:after="0" w:line="240" w:lineRule="auto"/>
        <w:jc w:val="both"/>
        <w:rPr>
          <w:rFonts w:ascii="Times New Roman" w:eastAsia="Times New Roman" w:hAnsi="Times New Roman" w:cs="Times New Roman"/>
          <w:sz w:val="24"/>
          <w:szCs w:val="24"/>
          <w:lang w:eastAsia="sk-SK"/>
        </w:rPr>
      </w:pPr>
      <w:r w:rsidRPr="00CF673C">
        <w:rPr>
          <w:rFonts w:ascii="Times New Roman" w:hAnsi="Times New Roman" w:cs="Times New Roman"/>
        </w:rPr>
        <w:t>rešpektovať čas prevádzky materskej školy a dodržiavať určený čas príchodu a odchodu dieťaťa</w:t>
      </w:r>
      <w:r w:rsidR="00BB48FB">
        <w:rPr>
          <w:rFonts w:ascii="Times New Roman" w:eastAsia="Times New Roman" w:hAnsi="Times New Roman" w:cs="Times New Roman"/>
          <w:sz w:val="24"/>
          <w:szCs w:val="24"/>
          <w:lang w:eastAsia="sk-SK"/>
        </w:rPr>
        <w:t>,</w:t>
      </w:r>
    </w:p>
    <w:p w14:paraId="43F5FE82" w14:textId="610D7666" w:rsidR="00CF673C" w:rsidRPr="00851F21" w:rsidRDefault="00CF673C" w:rsidP="00FE5BF0">
      <w:pPr>
        <w:pStyle w:val="Odsekzoznamu"/>
        <w:numPr>
          <w:ilvl w:val="0"/>
          <w:numId w:val="7"/>
        </w:numPr>
        <w:spacing w:after="0" w:line="240" w:lineRule="auto"/>
        <w:jc w:val="both"/>
        <w:rPr>
          <w:rFonts w:ascii="Times New Roman" w:eastAsia="Times New Roman" w:hAnsi="Times New Roman" w:cs="Times New Roman"/>
          <w:szCs w:val="24"/>
          <w:lang w:eastAsia="sk-SK"/>
        </w:rPr>
      </w:pPr>
      <w:r w:rsidRPr="00851F21">
        <w:rPr>
          <w:rFonts w:ascii="Times New Roman" w:eastAsia="Times New Roman" w:hAnsi="Times New Roman" w:cs="Times New Roman"/>
          <w:szCs w:val="24"/>
          <w:lang w:eastAsia="sk-SK"/>
        </w:rPr>
        <w:t>vyzdvihnúť dieťa z materskej školy v určenom čase a bez zbytočného odkladu v prípade, ak materská škola oznámi, že zdravotný stav dieťaťa neumožňuje jeho ďalší pobyt v materskej škole</w:t>
      </w:r>
      <w:r w:rsidR="008322F6" w:rsidRPr="00851F21">
        <w:rPr>
          <w:rFonts w:ascii="Times New Roman" w:eastAsia="Times New Roman" w:hAnsi="Times New Roman" w:cs="Times New Roman"/>
          <w:szCs w:val="24"/>
          <w:lang w:eastAsia="sk-SK"/>
        </w:rPr>
        <w:t>,</w:t>
      </w:r>
    </w:p>
    <w:p w14:paraId="4F319D17" w14:textId="77777777" w:rsidR="000A3713" w:rsidRPr="00851F21" w:rsidRDefault="00D454F6" w:rsidP="00FE5BF0">
      <w:pPr>
        <w:pStyle w:val="Odsekzoznamu"/>
        <w:numPr>
          <w:ilvl w:val="0"/>
          <w:numId w:val="7"/>
        </w:numPr>
        <w:spacing w:after="0" w:line="240" w:lineRule="auto"/>
        <w:jc w:val="both"/>
        <w:rPr>
          <w:rFonts w:ascii="Times New Roman" w:hAnsi="Times New Roman" w:cs="Times New Roman"/>
          <w:sz w:val="20"/>
        </w:rPr>
      </w:pPr>
      <w:r w:rsidRPr="00851F21">
        <w:rPr>
          <w:rFonts w:ascii="Times New Roman" w:hAnsi="Times New Roman" w:cs="Times New Roman"/>
          <w:sz w:val="20"/>
        </w:rPr>
        <w:t xml:space="preserve"> </w:t>
      </w:r>
      <w:r w:rsidRPr="00851F21">
        <w:rPr>
          <w:rFonts w:ascii="Times New Roman" w:eastAsia="Times New Roman" w:hAnsi="Times New Roman" w:cs="Times New Roman"/>
          <w:szCs w:val="24"/>
          <w:lang w:eastAsia="sk-SK"/>
        </w:rPr>
        <w:t>v prípade povinného predprimárneho vzdelávania dbať na riadne plnenie povinného</w:t>
      </w:r>
      <w:r w:rsidR="00BB48FB" w:rsidRPr="00851F21">
        <w:rPr>
          <w:rFonts w:ascii="Times New Roman" w:eastAsia="Times New Roman" w:hAnsi="Times New Roman" w:cs="Times New Roman"/>
          <w:szCs w:val="24"/>
          <w:lang w:eastAsia="sk-SK"/>
        </w:rPr>
        <w:t xml:space="preserve"> </w:t>
      </w:r>
      <w:r w:rsidRPr="00851F21">
        <w:rPr>
          <w:rFonts w:ascii="Times New Roman" w:eastAsia="Times New Roman" w:hAnsi="Times New Roman" w:cs="Times New Roman"/>
          <w:szCs w:val="24"/>
          <w:lang w:eastAsia="sk-SK"/>
        </w:rPr>
        <w:t xml:space="preserve">predprimárneho vzdelávania svojho dieťaťa s účinnosťou od 1. </w:t>
      </w:r>
      <w:r w:rsidR="00BB48FB" w:rsidRPr="00851F21">
        <w:rPr>
          <w:rFonts w:ascii="Times New Roman" w:eastAsia="Times New Roman" w:hAnsi="Times New Roman" w:cs="Times New Roman"/>
          <w:szCs w:val="24"/>
          <w:lang w:eastAsia="sk-SK"/>
        </w:rPr>
        <w:t>s</w:t>
      </w:r>
      <w:r w:rsidRPr="00851F21">
        <w:rPr>
          <w:rFonts w:ascii="Times New Roman" w:eastAsia="Times New Roman" w:hAnsi="Times New Roman" w:cs="Times New Roman"/>
          <w:szCs w:val="24"/>
          <w:lang w:eastAsia="sk-SK"/>
        </w:rPr>
        <w:t>eptembra</w:t>
      </w:r>
      <w:r w:rsidR="00BB48FB" w:rsidRPr="00851F21">
        <w:rPr>
          <w:rFonts w:ascii="Times New Roman" w:eastAsia="Times New Roman" w:hAnsi="Times New Roman" w:cs="Times New Roman"/>
          <w:szCs w:val="24"/>
          <w:lang w:eastAsia="sk-SK"/>
        </w:rPr>
        <w:t xml:space="preserve"> </w:t>
      </w:r>
      <w:r w:rsidRPr="00851F21">
        <w:rPr>
          <w:rFonts w:ascii="Times New Roman" w:eastAsia="Times New Roman" w:hAnsi="Times New Roman" w:cs="Times New Roman"/>
          <w:szCs w:val="24"/>
          <w:lang w:eastAsia="sk-SK"/>
        </w:rPr>
        <w:t>príslušného školského roka – nedbanie o riadne plnenie povinného predprimárneho</w:t>
      </w:r>
      <w:r w:rsidR="00BB48FB" w:rsidRPr="00851F21">
        <w:rPr>
          <w:rFonts w:ascii="Times New Roman" w:eastAsia="Times New Roman" w:hAnsi="Times New Roman" w:cs="Times New Roman"/>
          <w:szCs w:val="24"/>
          <w:lang w:eastAsia="sk-SK"/>
        </w:rPr>
        <w:t xml:space="preserve"> </w:t>
      </w:r>
      <w:r w:rsidRPr="00851F21">
        <w:rPr>
          <w:rFonts w:ascii="Times New Roman" w:eastAsia="Times New Roman" w:hAnsi="Times New Roman" w:cs="Times New Roman"/>
          <w:szCs w:val="24"/>
          <w:lang w:eastAsia="sk-SK"/>
        </w:rPr>
        <w:t>vzdelávania (neospravedlnenie a vynechávanie predprimárneho vzdelávania  v zmysle</w:t>
      </w:r>
      <w:r w:rsidR="00BB48FB" w:rsidRPr="00851F21">
        <w:rPr>
          <w:rFonts w:ascii="Times New Roman" w:eastAsia="Times New Roman" w:hAnsi="Times New Roman" w:cs="Times New Roman"/>
          <w:szCs w:val="24"/>
          <w:lang w:eastAsia="sk-SK"/>
        </w:rPr>
        <w:t xml:space="preserve"> </w:t>
      </w:r>
      <w:r w:rsidRPr="00851F21">
        <w:rPr>
          <w:rFonts w:ascii="Times New Roman" w:eastAsia="Times New Roman" w:hAnsi="Times New Roman" w:cs="Times New Roman"/>
          <w:szCs w:val="24"/>
          <w:lang w:eastAsia="sk-SK"/>
        </w:rPr>
        <w:t>§ 5 ods. 16 zákona č. 596/2003 Z. z.) môže vyústiť do uplatnenia inštitútu „osobitného</w:t>
      </w:r>
      <w:r w:rsidR="00BB48FB" w:rsidRPr="00851F21">
        <w:rPr>
          <w:rFonts w:ascii="Times New Roman" w:eastAsia="Times New Roman" w:hAnsi="Times New Roman" w:cs="Times New Roman"/>
          <w:szCs w:val="24"/>
          <w:lang w:eastAsia="sk-SK"/>
        </w:rPr>
        <w:t xml:space="preserve"> </w:t>
      </w:r>
      <w:r w:rsidRPr="00851F21">
        <w:rPr>
          <w:rFonts w:ascii="Times New Roman" w:eastAsia="Times New Roman" w:hAnsi="Times New Roman" w:cs="Times New Roman"/>
          <w:szCs w:val="24"/>
          <w:lang w:eastAsia="sk-SK"/>
        </w:rPr>
        <w:t>príjemcu  rodinných prídavkov“ podľa zákona č. 600/2003 Z. z. o prídavku na dieťa</w:t>
      </w:r>
      <w:r w:rsidR="00BB48FB" w:rsidRPr="00851F21">
        <w:rPr>
          <w:rFonts w:ascii="Times New Roman" w:eastAsia="Times New Roman" w:hAnsi="Times New Roman" w:cs="Times New Roman"/>
          <w:szCs w:val="24"/>
          <w:lang w:eastAsia="sk-SK"/>
        </w:rPr>
        <w:t xml:space="preserve"> </w:t>
      </w:r>
      <w:r w:rsidRPr="00851F21">
        <w:rPr>
          <w:rFonts w:ascii="Times New Roman" w:eastAsia="Times New Roman" w:hAnsi="Times New Roman" w:cs="Times New Roman"/>
          <w:szCs w:val="24"/>
          <w:lang w:eastAsia="sk-SK"/>
        </w:rPr>
        <w:t>a o zmene a doplnení zákona č. 461/2003 Z. z. o sociálnom poistení v znení  neskorších</w:t>
      </w:r>
      <w:r w:rsidR="00BB48FB" w:rsidRPr="00851F21">
        <w:rPr>
          <w:rFonts w:ascii="Times New Roman" w:eastAsia="Times New Roman" w:hAnsi="Times New Roman" w:cs="Times New Roman"/>
          <w:szCs w:val="24"/>
          <w:lang w:eastAsia="sk-SK"/>
        </w:rPr>
        <w:t xml:space="preserve"> </w:t>
      </w:r>
      <w:r w:rsidRPr="00851F21">
        <w:rPr>
          <w:rFonts w:ascii="Times New Roman" w:eastAsia="Times New Roman" w:hAnsi="Times New Roman" w:cs="Times New Roman"/>
          <w:szCs w:val="24"/>
          <w:lang w:eastAsia="sk-SK"/>
        </w:rPr>
        <w:t>predpisov</w:t>
      </w:r>
      <w:r w:rsidR="00BB48FB" w:rsidRPr="00851F21">
        <w:rPr>
          <w:rFonts w:ascii="Times New Roman" w:eastAsia="Times New Roman" w:hAnsi="Times New Roman" w:cs="Times New Roman"/>
          <w:szCs w:val="24"/>
          <w:lang w:eastAsia="sk-SK"/>
        </w:rPr>
        <w:t>.</w:t>
      </w:r>
    </w:p>
    <w:p w14:paraId="75800E37" w14:textId="534234F2" w:rsidR="000A3713" w:rsidRDefault="00D454F6" w:rsidP="00CB7CC1">
      <w:pPr>
        <w:pStyle w:val="Odsekzoznamu"/>
        <w:spacing w:after="0" w:line="240" w:lineRule="auto"/>
        <w:ind w:left="360"/>
        <w:jc w:val="both"/>
        <w:rPr>
          <w:rFonts w:ascii="Times New Roman" w:hAnsi="Times New Roman" w:cs="Times New Roman"/>
        </w:rPr>
      </w:pPr>
      <w:r w:rsidRPr="00D454F6">
        <w:rPr>
          <w:rFonts w:ascii="Times New Roman" w:hAnsi="Times New Roman" w:cs="Times New Roman"/>
        </w:rPr>
        <w:t>V takomto prípade má riaditeľ materskej školy podľa § 5 ods.15 zákona č. 596/2003 Z. z.</w:t>
      </w:r>
      <w:r w:rsidR="008322F6">
        <w:rPr>
          <w:rFonts w:ascii="Times New Roman" w:hAnsi="Times New Roman" w:cs="Times New Roman"/>
        </w:rPr>
        <w:t xml:space="preserve"> </w:t>
      </w:r>
      <w:r w:rsidRPr="00D454F6">
        <w:rPr>
          <w:rFonts w:ascii="Times New Roman" w:hAnsi="Times New Roman" w:cs="Times New Roman"/>
        </w:rPr>
        <w:t>povinnosť oznámiť obci, v ktorej má dieťa trvalý pobyt, a úradu práce, sociálnych vecí</w:t>
      </w:r>
      <w:r w:rsidR="008322F6">
        <w:rPr>
          <w:rFonts w:ascii="Times New Roman" w:hAnsi="Times New Roman" w:cs="Times New Roman"/>
        </w:rPr>
        <w:t xml:space="preserve"> </w:t>
      </w:r>
      <w:r w:rsidRPr="00D454F6">
        <w:rPr>
          <w:rFonts w:ascii="Times New Roman" w:hAnsi="Times New Roman" w:cs="Times New Roman"/>
        </w:rPr>
        <w:t>a rodiny konkrétny prípad nedbania o riadne plnenie povinného predprimárneho</w:t>
      </w:r>
      <w:r w:rsidR="008322F6">
        <w:rPr>
          <w:rFonts w:ascii="Times New Roman" w:hAnsi="Times New Roman" w:cs="Times New Roman"/>
        </w:rPr>
        <w:t xml:space="preserve"> </w:t>
      </w:r>
      <w:r w:rsidRPr="00D454F6">
        <w:rPr>
          <w:rFonts w:ascii="Times New Roman" w:hAnsi="Times New Roman" w:cs="Times New Roman"/>
        </w:rPr>
        <w:t>vzdelávanie, ktorý podľa § 12a ods.1 písmeno a) zákona č. 600/2003 Z. z. uplatní inštitút</w:t>
      </w:r>
      <w:r w:rsidR="008322F6">
        <w:rPr>
          <w:rFonts w:ascii="Times New Roman" w:hAnsi="Times New Roman" w:cs="Times New Roman"/>
        </w:rPr>
        <w:t xml:space="preserve"> </w:t>
      </w:r>
      <w:r w:rsidRPr="00D454F6">
        <w:rPr>
          <w:rFonts w:ascii="Times New Roman" w:hAnsi="Times New Roman" w:cs="Times New Roman"/>
        </w:rPr>
        <w:t>osobitného príjemcu v trvaní troch mesiacov,</w:t>
      </w:r>
    </w:p>
    <w:p w14:paraId="4CAE4127" w14:textId="0CB0D8B0" w:rsidR="000A3713" w:rsidRPr="00851F21" w:rsidRDefault="00D454F6" w:rsidP="00FE5BF0">
      <w:pPr>
        <w:pStyle w:val="Odsekzoznamu"/>
        <w:numPr>
          <w:ilvl w:val="0"/>
          <w:numId w:val="7"/>
        </w:numPr>
        <w:spacing w:after="0" w:line="240" w:lineRule="auto"/>
        <w:jc w:val="both"/>
        <w:rPr>
          <w:rFonts w:ascii="Times New Roman" w:hAnsi="Times New Roman" w:cs="Times New Roman"/>
          <w:sz w:val="20"/>
        </w:rPr>
      </w:pPr>
      <w:r w:rsidRPr="00851F21">
        <w:rPr>
          <w:rFonts w:ascii="Times New Roman" w:eastAsia="Times New Roman" w:hAnsi="Times New Roman" w:cs="Times New Roman"/>
          <w:szCs w:val="24"/>
          <w:lang w:eastAsia="sk-SK"/>
        </w:rPr>
        <w:t>v prípade</w:t>
      </w:r>
      <w:r w:rsidR="00BB48FB" w:rsidRPr="00851F21">
        <w:rPr>
          <w:rFonts w:ascii="Times New Roman" w:eastAsia="Times New Roman" w:hAnsi="Times New Roman" w:cs="Times New Roman"/>
          <w:szCs w:val="24"/>
          <w:lang w:eastAsia="sk-SK"/>
        </w:rPr>
        <w:t xml:space="preserve"> </w:t>
      </w:r>
      <w:r w:rsidRPr="00851F21">
        <w:rPr>
          <w:rFonts w:ascii="Times New Roman" w:eastAsia="Times New Roman" w:hAnsi="Times New Roman" w:cs="Times New Roman"/>
          <w:szCs w:val="24"/>
          <w:lang w:eastAsia="sk-SK"/>
        </w:rPr>
        <w:t>akéhokoľvek</w:t>
      </w:r>
      <w:r w:rsidR="00BB48FB" w:rsidRPr="00851F21">
        <w:rPr>
          <w:rFonts w:ascii="Times New Roman" w:eastAsia="Times New Roman" w:hAnsi="Times New Roman" w:cs="Times New Roman"/>
          <w:szCs w:val="24"/>
          <w:lang w:eastAsia="sk-SK"/>
        </w:rPr>
        <w:t xml:space="preserve"> </w:t>
      </w:r>
      <w:r w:rsidRPr="00851F21">
        <w:rPr>
          <w:rFonts w:ascii="Times New Roman" w:eastAsia="Times New Roman" w:hAnsi="Times New Roman" w:cs="Times New Roman"/>
          <w:szCs w:val="24"/>
          <w:lang w:eastAsia="sk-SK"/>
        </w:rPr>
        <w:t>výskytu</w:t>
      </w:r>
      <w:r w:rsidR="00BB48FB" w:rsidRPr="00851F21">
        <w:rPr>
          <w:rFonts w:ascii="Times New Roman" w:eastAsia="Times New Roman" w:hAnsi="Times New Roman" w:cs="Times New Roman"/>
          <w:szCs w:val="24"/>
          <w:lang w:eastAsia="sk-SK"/>
        </w:rPr>
        <w:t xml:space="preserve"> </w:t>
      </w:r>
      <w:r w:rsidRPr="00851F21">
        <w:rPr>
          <w:rFonts w:ascii="Times New Roman" w:eastAsia="Times New Roman" w:hAnsi="Times New Roman" w:cs="Times New Roman"/>
          <w:szCs w:val="24"/>
          <w:lang w:eastAsia="sk-SK"/>
        </w:rPr>
        <w:t>infekčného,</w:t>
      </w:r>
      <w:r w:rsidR="00BB48FB" w:rsidRPr="00851F21">
        <w:rPr>
          <w:rFonts w:ascii="Times New Roman" w:eastAsia="Times New Roman" w:hAnsi="Times New Roman" w:cs="Times New Roman"/>
          <w:szCs w:val="24"/>
          <w:lang w:eastAsia="sk-SK"/>
        </w:rPr>
        <w:t xml:space="preserve"> </w:t>
      </w:r>
      <w:r w:rsidRPr="00851F21">
        <w:rPr>
          <w:rFonts w:ascii="Times New Roman" w:eastAsia="Times New Roman" w:hAnsi="Times New Roman" w:cs="Times New Roman"/>
          <w:szCs w:val="24"/>
          <w:lang w:eastAsia="sk-SK"/>
        </w:rPr>
        <w:t>vírusového,</w:t>
      </w:r>
      <w:r w:rsidR="00BB48FB" w:rsidRPr="00851F21">
        <w:rPr>
          <w:rFonts w:ascii="Times New Roman" w:eastAsia="Times New Roman" w:hAnsi="Times New Roman" w:cs="Times New Roman"/>
          <w:szCs w:val="24"/>
          <w:lang w:eastAsia="sk-SK"/>
        </w:rPr>
        <w:t xml:space="preserve"> </w:t>
      </w:r>
      <w:r w:rsidRPr="00851F21">
        <w:rPr>
          <w:rFonts w:ascii="Times New Roman" w:eastAsia="Times New Roman" w:hAnsi="Times New Roman" w:cs="Times New Roman"/>
          <w:szCs w:val="24"/>
          <w:lang w:eastAsia="sk-SK"/>
        </w:rPr>
        <w:t>bakteriálneho</w:t>
      </w:r>
      <w:r w:rsidR="00BB48FB" w:rsidRPr="00851F21">
        <w:rPr>
          <w:rFonts w:ascii="Times New Roman" w:eastAsia="Times New Roman" w:hAnsi="Times New Roman" w:cs="Times New Roman"/>
          <w:szCs w:val="24"/>
          <w:lang w:eastAsia="sk-SK"/>
        </w:rPr>
        <w:t xml:space="preserve">  a</w:t>
      </w:r>
      <w:r w:rsidRPr="00851F21">
        <w:rPr>
          <w:rFonts w:ascii="Times New Roman" w:eastAsia="Times New Roman" w:hAnsi="Times New Roman" w:cs="Times New Roman"/>
          <w:szCs w:val="24"/>
          <w:lang w:eastAsia="sk-SK"/>
        </w:rPr>
        <w:t>lebo</w:t>
      </w:r>
      <w:r w:rsidR="00BB48FB" w:rsidRPr="00851F21">
        <w:rPr>
          <w:rFonts w:ascii="Times New Roman" w:eastAsia="Times New Roman" w:hAnsi="Times New Roman" w:cs="Times New Roman"/>
          <w:szCs w:val="24"/>
          <w:lang w:eastAsia="sk-SK"/>
        </w:rPr>
        <w:t xml:space="preserve"> </w:t>
      </w:r>
      <w:r w:rsidRPr="00851F21">
        <w:rPr>
          <w:rFonts w:ascii="Times New Roman" w:eastAsia="Times New Roman" w:hAnsi="Times New Roman" w:cs="Times New Roman"/>
          <w:szCs w:val="24"/>
          <w:lang w:eastAsia="sk-SK"/>
        </w:rPr>
        <w:t xml:space="preserve">parazitárneho ochorenia vrátane epidemiologického a </w:t>
      </w:r>
      <w:proofErr w:type="spellStart"/>
      <w:r w:rsidRPr="00851F21">
        <w:rPr>
          <w:rFonts w:ascii="Times New Roman" w:eastAsia="Times New Roman" w:hAnsi="Times New Roman" w:cs="Times New Roman"/>
          <w:szCs w:val="24"/>
          <w:lang w:eastAsia="sk-SK"/>
        </w:rPr>
        <w:t>pandemického</w:t>
      </w:r>
      <w:proofErr w:type="spellEnd"/>
      <w:r w:rsidRPr="00851F21">
        <w:rPr>
          <w:rFonts w:ascii="Times New Roman" w:eastAsia="Times New Roman" w:hAnsi="Times New Roman" w:cs="Times New Roman"/>
          <w:szCs w:val="24"/>
          <w:lang w:eastAsia="sk-SK"/>
        </w:rPr>
        <w:t xml:space="preserve"> výskytu ochorenia</w:t>
      </w:r>
      <w:r w:rsidR="00BB48FB" w:rsidRPr="00851F21">
        <w:rPr>
          <w:rFonts w:ascii="Times New Roman" w:eastAsia="Times New Roman" w:hAnsi="Times New Roman" w:cs="Times New Roman"/>
          <w:szCs w:val="24"/>
          <w:lang w:eastAsia="sk-SK"/>
        </w:rPr>
        <w:t xml:space="preserve"> </w:t>
      </w:r>
      <w:r w:rsidRPr="00851F21">
        <w:rPr>
          <w:rFonts w:ascii="Times New Roman" w:eastAsia="Times New Roman" w:hAnsi="Times New Roman" w:cs="Times New Roman"/>
          <w:szCs w:val="24"/>
          <w:lang w:eastAsia="sk-SK"/>
        </w:rPr>
        <w:t>okamžite oznámiť  triednej učiteľke dôvod  neprítomnosti dieťaťa (z dôvodu monitoringu</w:t>
      </w:r>
      <w:r w:rsidR="00BB48FB" w:rsidRPr="00851F21">
        <w:rPr>
          <w:rFonts w:ascii="Times New Roman" w:eastAsia="Times New Roman" w:hAnsi="Times New Roman" w:cs="Times New Roman"/>
          <w:szCs w:val="24"/>
          <w:lang w:eastAsia="sk-SK"/>
        </w:rPr>
        <w:t xml:space="preserve"> </w:t>
      </w:r>
      <w:r w:rsidRPr="00851F21">
        <w:rPr>
          <w:rFonts w:ascii="Times New Roman" w:eastAsia="Times New Roman" w:hAnsi="Times New Roman" w:cs="Times New Roman"/>
          <w:szCs w:val="24"/>
          <w:lang w:eastAsia="sk-SK"/>
        </w:rPr>
        <w:t>pristúpenia k účinným opatreniam na zabránenie rozšírenia tohto ochorenia v detskom</w:t>
      </w:r>
      <w:r w:rsidR="00BB48FB" w:rsidRPr="00851F21">
        <w:rPr>
          <w:rFonts w:ascii="Times New Roman" w:eastAsia="Times New Roman" w:hAnsi="Times New Roman" w:cs="Times New Roman"/>
          <w:szCs w:val="24"/>
          <w:lang w:eastAsia="sk-SK"/>
        </w:rPr>
        <w:t xml:space="preserve"> </w:t>
      </w:r>
      <w:r w:rsidRPr="00851F21">
        <w:rPr>
          <w:rFonts w:ascii="Times New Roman" w:eastAsia="Times New Roman" w:hAnsi="Times New Roman" w:cs="Times New Roman"/>
          <w:szCs w:val="24"/>
          <w:lang w:eastAsia="sk-SK"/>
        </w:rPr>
        <w:t>kolektíve).</w:t>
      </w:r>
      <w:r w:rsidR="00BB48FB" w:rsidRPr="00851F21">
        <w:rPr>
          <w:rFonts w:ascii="Times New Roman" w:eastAsia="Times New Roman" w:hAnsi="Times New Roman" w:cs="Times New Roman"/>
          <w:szCs w:val="24"/>
          <w:lang w:eastAsia="sk-SK"/>
        </w:rPr>
        <w:t xml:space="preserve"> </w:t>
      </w:r>
      <w:r w:rsidRPr="00851F21">
        <w:rPr>
          <w:rFonts w:ascii="Times New Roman" w:hAnsi="Times New Roman" w:cs="Times New Roman"/>
          <w:sz w:val="20"/>
        </w:rPr>
        <w:t>Nástup dieťaťa do školy po prekonaní takéhoto ochorenia je možný len na základe</w:t>
      </w:r>
      <w:r w:rsidR="00BB48FB" w:rsidRPr="00851F21">
        <w:rPr>
          <w:rFonts w:ascii="Times New Roman" w:hAnsi="Times New Roman" w:cs="Times New Roman"/>
          <w:sz w:val="20"/>
        </w:rPr>
        <w:t xml:space="preserve"> </w:t>
      </w:r>
      <w:r w:rsidRPr="00851F21">
        <w:rPr>
          <w:rFonts w:ascii="Times New Roman" w:hAnsi="Times New Roman" w:cs="Times New Roman"/>
          <w:sz w:val="20"/>
        </w:rPr>
        <w:t>predloženia potvrdenia od ošetrujúceho lekára,</w:t>
      </w:r>
    </w:p>
    <w:p w14:paraId="540641AB" w14:textId="77777777" w:rsidR="000A3713" w:rsidRDefault="00D454F6" w:rsidP="00FE5BF0">
      <w:pPr>
        <w:pStyle w:val="Odsekzoznamu"/>
        <w:numPr>
          <w:ilvl w:val="0"/>
          <w:numId w:val="7"/>
        </w:numPr>
        <w:spacing w:after="0" w:line="240" w:lineRule="auto"/>
        <w:jc w:val="both"/>
        <w:rPr>
          <w:rFonts w:ascii="Times New Roman" w:hAnsi="Times New Roman" w:cs="Times New Roman"/>
        </w:rPr>
      </w:pPr>
      <w:r w:rsidRPr="00851F21">
        <w:rPr>
          <w:rFonts w:ascii="Times New Roman" w:hAnsi="Times New Roman" w:cs="Times New Roman"/>
          <w:sz w:val="20"/>
        </w:rPr>
        <w:t>rešpektovať, že čase odovzdania dieťaťa službukonajúcej učiteľke až po prevzatie dieťaťa</w:t>
      </w:r>
      <w:r w:rsidR="00BB48FB" w:rsidRPr="00851F21">
        <w:rPr>
          <w:rFonts w:ascii="Times New Roman" w:hAnsi="Times New Roman" w:cs="Times New Roman"/>
          <w:sz w:val="20"/>
        </w:rPr>
        <w:t xml:space="preserve"> </w:t>
      </w:r>
      <w:r w:rsidRPr="00851F21">
        <w:rPr>
          <w:rFonts w:ascii="Times New Roman" w:hAnsi="Times New Roman" w:cs="Times New Roman"/>
          <w:sz w:val="20"/>
        </w:rPr>
        <w:t>zákonným zástupcom sa komunikuje s dieťaťom prostredníctvom príslušnej učiteľky</w:t>
      </w:r>
      <w:r w:rsidR="00BB48FB" w:rsidRPr="00851F21">
        <w:rPr>
          <w:rFonts w:ascii="Times New Roman" w:hAnsi="Times New Roman" w:cs="Times New Roman"/>
          <w:sz w:val="20"/>
        </w:rPr>
        <w:t xml:space="preserve"> </w:t>
      </w:r>
      <w:r w:rsidRPr="00851F21">
        <w:rPr>
          <w:rFonts w:ascii="Times New Roman" w:hAnsi="Times New Roman" w:cs="Times New Roman"/>
          <w:sz w:val="20"/>
        </w:rPr>
        <w:t xml:space="preserve">alebo </w:t>
      </w:r>
      <w:r w:rsidRPr="00BB48FB">
        <w:rPr>
          <w:rFonts w:ascii="Times New Roman" w:hAnsi="Times New Roman" w:cs="Times New Roman"/>
        </w:rPr>
        <w:t>riaditeľky školy,</w:t>
      </w:r>
    </w:p>
    <w:p w14:paraId="0F12286C" w14:textId="77777777" w:rsidR="000A3713" w:rsidRDefault="00D454F6" w:rsidP="00FE5BF0">
      <w:pPr>
        <w:pStyle w:val="Odsekzoznamu"/>
        <w:numPr>
          <w:ilvl w:val="0"/>
          <w:numId w:val="7"/>
        </w:numPr>
        <w:spacing w:after="0" w:line="240" w:lineRule="auto"/>
        <w:jc w:val="both"/>
        <w:rPr>
          <w:rFonts w:ascii="Times New Roman" w:hAnsi="Times New Roman" w:cs="Times New Roman"/>
        </w:rPr>
      </w:pPr>
      <w:r w:rsidRPr="00BB48FB">
        <w:rPr>
          <w:rFonts w:ascii="Times New Roman" w:hAnsi="Times New Roman" w:cs="Times New Roman"/>
        </w:rPr>
        <w:t>zákonný zástupca je povinný všetky súvisiace veci s poskytovaním predprimárneho</w:t>
      </w:r>
      <w:r w:rsidR="00BB48FB" w:rsidRPr="00BB48FB">
        <w:rPr>
          <w:rFonts w:ascii="Times New Roman" w:hAnsi="Times New Roman" w:cs="Times New Roman"/>
        </w:rPr>
        <w:t xml:space="preserve"> </w:t>
      </w:r>
      <w:r w:rsidRPr="00BB48FB">
        <w:rPr>
          <w:rFonts w:ascii="Times New Roman" w:hAnsi="Times New Roman" w:cs="Times New Roman"/>
        </w:rPr>
        <w:t>vzdelávania svojho dieťaťa riešiť interne, v škole s učiteľkami, ktoré pracujú v triede,</w:t>
      </w:r>
      <w:r w:rsidR="00BB48FB" w:rsidRPr="00BB48FB">
        <w:rPr>
          <w:rFonts w:ascii="Times New Roman" w:hAnsi="Times New Roman" w:cs="Times New Roman"/>
        </w:rPr>
        <w:t xml:space="preserve"> </w:t>
      </w:r>
      <w:r w:rsidRPr="00BB48FB">
        <w:rPr>
          <w:rFonts w:ascii="Times New Roman" w:hAnsi="Times New Roman" w:cs="Times New Roman"/>
        </w:rPr>
        <w:t>v ktorej je zaradené jeho dieťa, a podľa potreby s riaditeľkou školy,</w:t>
      </w:r>
    </w:p>
    <w:p w14:paraId="46A56EE8" w14:textId="77777777" w:rsidR="000A3713" w:rsidRPr="00BB48FB" w:rsidRDefault="00D454F6" w:rsidP="00FE5BF0">
      <w:pPr>
        <w:pStyle w:val="Odsekzoznamu"/>
        <w:numPr>
          <w:ilvl w:val="0"/>
          <w:numId w:val="7"/>
        </w:numPr>
        <w:spacing w:after="0" w:line="240" w:lineRule="auto"/>
        <w:jc w:val="both"/>
        <w:rPr>
          <w:rFonts w:ascii="Times New Roman" w:hAnsi="Times New Roman" w:cs="Times New Roman"/>
        </w:rPr>
      </w:pPr>
      <w:r w:rsidRPr="00BB48FB">
        <w:rPr>
          <w:rFonts w:ascii="Times New Roman" w:hAnsi="Times New Roman" w:cs="Times New Roman"/>
        </w:rPr>
        <w:t>zákonný zástupca je povinný zdržať sa znevažujúcich vyjadrení, statusov a komentárov na</w:t>
      </w:r>
      <w:r w:rsidR="00BB48FB" w:rsidRPr="00BB48FB">
        <w:rPr>
          <w:rFonts w:ascii="Times New Roman" w:hAnsi="Times New Roman" w:cs="Times New Roman"/>
        </w:rPr>
        <w:t xml:space="preserve"> </w:t>
      </w:r>
      <w:r w:rsidRPr="00BB48FB">
        <w:rPr>
          <w:rFonts w:ascii="Times New Roman" w:hAnsi="Times New Roman" w:cs="Times New Roman"/>
        </w:rPr>
        <w:t>sociálnych sieťach týkajúcich sa pedagogickej činnosti školy a riadenia školy. Materská</w:t>
      </w:r>
      <w:r w:rsidR="00BB48FB" w:rsidRPr="00BB48FB">
        <w:rPr>
          <w:rFonts w:ascii="Times New Roman" w:hAnsi="Times New Roman" w:cs="Times New Roman"/>
        </w:rPr>
        <w:t xml:space="preserve"> </w:t>
      </w:r>
      <w:r w:rsidRPr="00BB48FB">
        <w:rPr>
          <w:rFonts w:ascii="Times New Roman" w:hAnsi="Times New Roman" w:cs="Times New Roman"/>
        </w:rPr>
        <w:t>škola bude postupovať v súlade s §19 b ods.2 a 3 zákona č.40/1964 Zb. (Občiansky</w:t>
      </w:r>
      <w:r w:rsidR="00BB48FB" w:rsidRPr="00BB48FB">
        <w:rPr>
          <w:rFonts w:ascii="Times New Roman" w:hAnsi="Times New Roman" w:cs="Times New Roman"/>
        </w:rPr>
        <w:t xml:space="preserve"> </w:t>
      </w:r>
      <w:r w:rsidRPr="00BB48FB">
        <w:rPr>
          <w:rFonts w:ascii="Times New Roman" w:hAnsi="Times New Roman" w:cs="Times New Roman"/>
        </w:rPr>
        <w:t>zákonník).</w:t>
      </w:r>
    </w:p>
    <w:p w14:paraId="539C928C" w14:textId="77777777" w:rsidR="00BB48FB" w:rsidRDefault="00BB48FB" w:rsidP="00CB7CC1">
      <w:pPr>
        <w:spacing w:after="0" w:line="240" w:lineRule="auto"/>
        <w:rPr>
          <w:rFonts w:ascii="Times New Roman" w:hAnsi="Times New Roman" w:cs="Times New Roman"/>
          <w:b/>
        </w:rPr>
      </w:pPr>
    </w:p>
    <w:p w14:paraId="38AEDDA6" w14:textId="77777777" w:rsidR="000A3713" w:rsidRPr="00D454F6" w:rsidRDefault="00D454F6" w:rsidP="00CB7CC1">
      <w:pPr>
        <w:spacing w:after="0" w:line="240" w:lineRule="auto"/>
        <w:rPr>
          <w:rFonts w:ascii="Times New Roman" w:hAnsi="Times New Roman" w:cs="Times New Roman"/>
        </w:rPr>
      </w:pPr>
      <w:r w:rsidRPr="00D454F6">
        <w:rPr>
          <w:rFonts w:ascii="Times New Roman" w:hAnsi="Times New Roman" w:cs="Times New Roman"/>
          <w:b/>
        </w:rPr>
        <w:lastRenderedPageBreak/>
        <w:t>1.5    Úprava pravidiel v špecifických prípadoch</w:t>
      </w:r>
    </w:p>
    <w:p w14:paraId="277A0C83" w14:textId="77777777" w:rsidR="000A3713" w:rsidRDefault="00D454F6" w:rsidP="00FE5BF0">
      <w:pPr>
        <w:pStyle w:val="Odsekzoznamu"/>
        <w:numPr>
          <w:ilvl w:val="0"/>
          <w:numId w:val="7"/>
        </w:numPr>
        <w:spacing w:after="0" w:line="240" w:lineRule="auto"/>
        <w:jc w:val="both"/>
        <w:rPr>
          <w:rFonts w:ascii="Times New Roman" w:hAnsi="Times New Roman" w:cs="Times New Roman"/>
        </w:rPr>
      </w:pPr>
      <w:r w:rsidRPr="004308DB">
        <w:rPr>
          <w:rFonts w:ascii="Times New Roman" w:hAnsi="Times New Roman" w:cs="Times New Roman"/>
        </w:rPr>
        <w:t>počas konania o rozvode a úprave výkonu práv a povinností zákonných zástupcov bude</w:t>
      </w:r>
      <w:r w:rsidR="004308DB" w:rsidRPr="004308DB">
        <w:rPr>
          <w:rFonts w:ascii="Times New Roman" w:hAnsi="Times New Roman" w:cs="Times New Roman"/>
        </w:rPr>
        <w:t xml:space="preserve"> </w:t>
      </w:r>
      <w:r w:rsidRPr="004308DB">
        <w:rPr>
          <w:rFonts w:ascii="Times New Roman" w:hAnsi="Times New Roman" w:cs="Times New Roman"/>
        </w:rPr>
        <w:t>materská škola dbať o riadne napĺňanie práv a povinností zákonných zástupcov až do</w:t>
      </w:r>
      <w:r w:rsidR="004308DB" w:rsidRPr="004308DB">
        <w:rPr>
          <w:rFonts w:ascii="Times New Roman" w:hAnsi="Times New Roman" w:cs="Times New Roman"/>
        </w:rPr>
        <w:t xml:space="preserve"> </w:t>
      </w:r>
      <w:r w:rsidRPr="004308DB">
        <w:rPr>
          <w:rFonts w:ascii="Times New Roman" w:hAnsi="Times New Roman" w:cs="Times New Roman"/>
        </w:rPr>
        <w:t>rozhodnutia súdu tak, ako to bolo do podania návrhu na rozvod manželstva a úpravu</w:t>
      </w:r>
      <w:r w:rsidR="004308DB" w:rsidRPr="004308DB">
        <w:rPr>
          <w:rFonts w:ascii="Times New Roman" w:hAnsi="Times New Roman" w:cs="Times New Roman"/>
        </w:rPr>
        <w:t xml:space="preserve"> </w:t>
      </w:r>
      <w:r w:rsidRPr="004308DB">
        <w:rPr>
          <w:rFonts w:ascii="Times New Roman" w:hAnsi="Times New Roman" w:cs="Times New Roman"/>
        </w:rPr>
        <w:t>výkonu práv a povinností zákonných zástupcov k dieťaťu (že každý zákonný zástupca má</w:t>
      </w:r>
      <w:r w:rsidR="004308DB" w:rsidRPr="004308DB">
        <w:rPr>
          <w:rFonts w:ascii="Times New Roman" w:hAnsi="Times New Roman" w:cs="Times New Roman"/>
        </w:rPr>
        <w:t xml:space="preserve"> </w:t>
      </w:r>
      <w:r w:rsidRPr="004308DB">
        <w:rPr>
          <w:rFonts w:ascii="Times New Roman" w:hAnsi="Times New Roman" w:cs="Times New Roman"/>
        </w:rPr>
        <w:t>právo priviesť dieťa do materskej školy aj ho z nej vyzdvihnúť),</w:t>
      </w:r>
    </w:p>
    <w:p w14:paraId="103EC3F3" w14:textId="77777777" w:rsidR="000A3713" w:rsidRDefault="00D454F6" w:rsidP="00FE5BF0">
      <w:pPr>
        <w:pStyle w:val="Odsekzoznamu"/>
        <w:numPr>
          <w:ilvl w:val="0"/>
          <w:numId w:val="7"/>
        </w:numPr>
        <w:spacing w:after="0" w:line="240" w:lineRule="auto"/>
        <w:jc w:val="both"/>
        <w:rPr>
          <w:rFonts w:ascii="Times New Roman" w:hAnsi="Times New Roman" w:cs="Times New Roman"/>
        </w:rPr>
      </w:pPr>
      <w:r w:rsidRPr="004308DB">
        <w:rPr>
          <w:rFonts w:ascii="Times New Roman" w:hAnsi="Times New Roman" w:cs="Times New Roman"/>
        </w:rPr>
        <w:t>materská bude škola zachovávať neutralitu vo svojich postojoch a vyjadreniach</w:t>
      </w:r>
      <w:r w:rsidR="004308DB" w:rsidRPr="004308DB">
        <w:rPr>
          <w:rFonts w:ascii="Times New Roman" w:hAnsi="Times New Roman" w:cs="Times New Roman"/>
        </w:rPr>
        <w:t xml:space="preserve"> </w:t>
      </w:r>
      <w:r w:rsidRPr="004308DB">
        <w:rPr>
          <w:rFonts w:ascii="Times New Roman" w:hAnsi="Times New Roman" w:cs="Times New Roman"/>
        </w:rPr>
        <w:t>týkajúcich sa dieťaťa. V prípade potreby poskytne nezaujaté, vecné a objektívne</w:t>
      </w:r>
      <w:r w:rsidR="004308DB" w:rsidRPr="004308DB">
        <w:rPr>
          <w:rFonts w:ascii="Times New Roman" w:hAnsi="Times New Roman" w:cs="Times New Roman"/>
        </w:rPr>
        <w:t xml:space="preserve"> </w:t>
      </w:r>
      <w:r w:rsidRPr="004308DB">
        <w:rPr>
          <w:rFonts w:ascii="Times New Roman" w:hAnsi="Times New Roman" w:cs="Times New Roman"/>
        </w:rPr>
        <w:t>stanovisko len súdu, ak si ho od materskej školy písomne vyžiada, pričom obsah tohto</w:t>
      </w:r>
      <w:r w:rsidR="004308DB" w:rsidRPr="004308DB">
        <w:rPr>
          <w:rFonts w:ascii="Times New Roman" w:hAnsi="Times New Roman" w:cs="Times New Roman"/>
        </w:rPr>
        <w:t xml:space="preserve"> </w:t>
      </w:r>
      <w:r w:rsidRPr="004308DB">
        <w:rPr>
          <w:rFonts w:ascii="Times New Roman" w:hAnsi="Times New Roman" w:cs="Times New Roman"/>
        </w:rPr>
        <w:t>písomného stanoviska neposkytne ani jednému zákonnému zástupcovi,</w:t>
      </w:r>
    </w:p>
    <w:p w14:paraId="52F00A42" w14:textId="78B990AA" w:rsidR="000A3713" w:rsidRDefault="00D454F6" w:rsidP="00FE5BF0">
      <w:pPr>
        <w:pStyle w:val="Odsekzoznamu"/>
        <w:numPr>
          <w:ilvl w:val="0"/>
          <w:numId w:val="7"/>
        </w:numPr>
        <w:spacing w:after="0" w:line="240" w:lineRule="auto"/>
        <w:jc w:val="both"/>
        <w:rPr>
          <w:rFonts w:ascii="Times New Roman" w:hAnsi="Times New Roman" w:cs="Times New Roman"/>
        </w:rPr>
      </w:pPr>
      <w:r w:rsidRPr="004308DB">
        <w:rPr>
          <w:rFonts w:ascii="Times New Roman" w:hAnsi="Times New Roman" w:cs="Times New Roman"/>
        </w:rPr>
        <w:t>materská škola bude rešpektovať, v prípade narušených vzťahov medzi zákonnými zástupcami, len rozhodnutie súdu alebo predbežné rozhodnutie</w:t>
      </w:r>
      <w:r w:rsidR="004308DB" w:rsidRPr="004308DB">
        <w:rPr>
          <w:rFonts w:ascii="Times New Roman" w:hAnsi="Times New Roman" w:cs="Times New Roman"/>
        </w:rPr>
        <w:t xml:space="preserve"> </w:t>
      </w:r>
      <w:r w:rsidRPr="004308DB">
        <w:rPr>
          <w:rFonts w:ascii="Times New Roman" w:hAnsi="Times New Roman" w:cs="Times New Roman"/>
        </w:rPr>
        <w:t xml:space="preserve">súdu, </w:t>
      </w:r>
      <w:r w:rsidR="004308DB" w:rsidRPr="004308DB">
        <w:rPr>
          <w:rFonts w:ascii="Times New Roman" w:hAnsi="Times New Roman" w:cs="Times New Roman"/>
        </w:rPr>
        <w:t>k</w:t>
      </w:r>
      <w:r w:rsidRPr="004308DB">
        <w:rPr>
          <w:rFonts w:ascii="Times New Roman" w:hAnsi="Times New Roman" w:cs="Times New Roman"/>
        </w:rPr>
        <w:t>torého zmyslom je predbežná úprava pomerov zákonných zástupcov vo vzťahu</w:t>
      </w:r>
      <w:r w:rsidR="004308DB" w:rsidRPr="004308DB">
        <w:rPr>
          <w:rFonts w:ascii="Times New Roman" w:hAnsi="Times New Roman" w:cs="Times New Roman"/>
        </w:rPr>
        <w:t xml:space="preserve"> </w:t>
      </w:r>
      <w:r w:rsidRPr="004308DB">
        <w:rPr>
          <w:rFonts w:ascii="Times New Roman" w:hAnsi="Times New Roman" w:cs="Times New Roman"/>
        </w:rPr>
        <w:t xml:space="preserve">k starostlivosti o </w:t>
      </w:r>
      <w:r w:rsidR="008322F6">
        <w:rPr>
          <w:rFonts w:ascii="Times New Roman" w:hAnsi="Times New Roman" w:cs="Times New Roman"/>
        </w:rPr>
        <w:t>d</w:t>
      </w:r>
      <w:r w:rsidRPr="004308DB">
        <w:rPr>
          <w:rFonts w:ascii="Times New Roman" w:hAnsi="Times New Roman" w:cs="Times New Roman"/>
        </w:rPr>
        <w:t>ieťa,  t. j. materská škola bude rešpektovať to,  že vykonateľnosť</w:t>
      </w:r>
      <w:r w:rsidR="004308DB" w:rsidRPr="004308DB">
        <w:rPr>
          <w:rFonts w:ascii="Times New Roman" w:hAnsi="Times New Roman" w:cs="Times New Roman"/>
        </w:rPr>
        <w:t xml:space="preserve"> </w:t>
      </w:r>
      <w:r w:rsidRPr="004308DB">
        <w:rPr>
          <w:rFonts w:ascii="Times New Roman" w:hAnsi="Times New Roman" w:cs="Times New Roman"/>
        </w:rPr>
        <w:t>uznesenia o nariadení predbežného opatrenia nie je viazaná na jeho právoplatnosť, pretože</w:t>
      </w:r>
      <w:r w:rsidR="004308DB" w:rsidRPr="004308DB">
        <w:rPr>
          <w:rFonts w:ascii="Times New Roman" w:hAnsi="Times New Roman" w:cs="Times New Roman"/>
        </w:rPr>
        <w:t xml:space="preserve"> </w:t>
      </w:r>
      <w:r w:rsidRPr="004308DB">
        <w:rPr>
          <w:rFonts w:ascii="Times New Roman" w:hAnsi="Times New Roman" w:cs="Times New Roman"/>
        </w:rPr>
        <w:t>toto uznesenie sa stáva právoplatné jeho doručením a márnym uplynutím lehoty na</w:t>
      </w:r>
      <w:r w:rsidR="004308DB" w:rsidRPr="004308DB">
        <w:rPr>
          <w:rFonts w:ascii="Times New Roman" w:hAnsi="Times New Roman" w:cs="Times New Roman"/>
        </w:rPr>
        <w:t xml:space="preserve"> </w:t>
      </w:r>
      <w:r w:rsidRPr="004308DB">
        <w:rPr>
          <w:rFonts w:ascii="Times New Roman" w:hAnsi="Times New Roman" w:cs="Times New Roman"/>
        </w:rPr>
        <w:t xml:space="preserve">podanie odvolania. </w:t>
      </w:r>
      <w:r w:rsidR="004308DB" w:rsidRPr="004308DB">
        <w:rPr>
          <w:rFonts w:ascii="Times New Roman" w:hAnsi="Times New Roman" w:cs="Times New Roman"/>
        </w:rPr>
        <w:t>M</w:t>
      </w:r>
      <w:r w:rsidRPr="004308DB">
        <w:rPr>
          <w:rFonts w:ascii="Times New Roman" w:hAnsi="Times New Roman" w:cs="Times New Roman"/>
        </w:rPr>
        <w:t>aterská škola pritom rešpektuje skutočnosť, že aj napriek nariadeniu</w:t>
      </w:r>
      <w:r w:rsidR="004308DB" w:rsidRPr="004308DB">
        <w:rPr>
          <w:rFonts w:ascii="Times New Roman" w:hAnsi="Times New Roman" w:cs="Times New Roman"/>
        </w:rPr>
        <w:t xml:space="preserve"> </w:t>
      </w:r>
      <w:r w:rsidRPr="004308DB">
        <w:rPr>
          <w:rFonts w:ascii="Times New Roman" w:hAnsi="Times New Roman" w:cs="Times New Roman"/>
        </w:rPr>
        <w:t>predbežného opatrenia rodičovské práva a povinnosti zostávajú zachované,</w:t>
      </w:r>
    </w:p>
    <w:p w14:paraId="5DC65CAB" w14:textId="77777777" w:rsidR="000A3713" w:rsidRDefault="00D454F6" w:rsidP="00FE5BF0">
      <w:pPr>
        <w:pStyle w:val="Odsekzoznamu"/>
        <w:numPr>
          <w:ilvl w:val="0"/>
          <w:numId w:val="7"/>
        </w:numPr>
        <w:spacing w:after="0" w:line="240" w:lineRule="auto"/>
        <w:jc w:val="both"/>
        <w:rPr>
          <w:rFonts w:ascii="Times New Roman" w:hAnsi="Times New Roman" w:cs="Times New Roman"/>
        </w:rPr>
      </w:pPr>
      <w:r w:rsidRPr="004308DB">
        <w:rPr>
          <w:rFonts w:ascii="Times New Roman" w:hAnsi="Times New Roman" w:cs="Times New Roman"/>
        </w:rPr>
        <w:t>v prípade zverenia dieťaťa právoplatným rozhodnutím súdu do osobnej starostlivosti len</w:t>
      </w:r>
      <w:r w:rsidR="004308DB" w:rsidRPr="004308DB">
        <w:rPr>
          <w:rFonts w:ascii="Times New Roman" w:hAnsi="Times New Roman" w:cs="Times New Roman"/>
        </w:rPr>
        <w:t xml:space="preserve"> </w:t>
      </w:r>
      <w:r w:rsidRPr="004308DB">
        <w:rPr>
          <w:rFonts w:ascii="Times New Roman" w:hAnsi="Times New Roman" w:cs="Times New Roman"/>
        </w:rPr>
        <w:t>jednému zo zákonných zástupcov, ktorý zastupuje dieťa v bežných veciach, poskytne</w:t>
      </w:r>
      <w:r w:rsidR="004308DB" w:rsidRPr="004308DB">
        <w:rPr>
          <w:rFonts w:ascii="Times New Roman" w:hAnsi="Times New Roman" w:cs="Times New Roman"/>
        </w:rPr>
        <w:t xml:space="preserve"> </w:t>
      </w:r>
      <w:r w:rsidRPr="004308DB">
        <w:rPr>
          <w:rFonts w:ascii="Times New Roman" w:hAnsi="Times New Roman" w:cs="Times New Roman"/>
        </w:rPr>
        <w:t>informáciu o tom, že materská škola bude riešiť všetky záležitosti týkajúce sa dieťaťa</w:t>
      </w:r>
      <w:r w:rsidR="004308DB" w:rsidRPr="004308DB">
        <w:rPr>
          <w:rFonts w:ascii="Times New Roman" w:hAnsi="Times New Roman" w:cs="Times New Roman"/>
        </w:rPr>
        <w:t xml:space="preserve"> </w:t>
      </w:r>
      <w:r w:rsidRPr="004308DB">
        <w:rPr>
          <w:rFonts w:ascii="Times New Roman" w:hAnsi="Times New Roman" w:cs="Times New Roman"/>
        </w:rPr>
        <w:t>výhradne so zákonným zástupcom, ktorý má dieťa v bežných veciach zastupovať,</w:t>
      </w:r>
    </w:p>
    <w:p w14:paraId="1DDDEC08" w14:textId="77777777" w:rsidR="000A3713" w:rsidRDefault="00D454F6" w:rsidP="00FE5BF0">
      <w:pPr>
        <w:pStyle w:val="Odsekzoznamu"/>
        <w:numPr>
          <w:ilvl w:val="0"/>
          <w:numId w:val="7"/>
        </w:numPr>
        <w:spacing w:after="0" w:line="240" w:lineRule="auto"/>
        <w:jc w:val="both"/>
        <w:rPr>
          <w:rFonts w:ascii="Times New Roman" w:hAnsi="Times New Roman" w:cs="Times New Roman"/>
        </w:rPr>
      </w:pPr>
      <w:r w:rsidRPr="004308DB">
        <w:rPr>
          <w:rFonts w:ascii="Times New Roman" w:hAnsi="Times New Roman" w:cs="Times New Roman"/>
        </w:rPr>
        <w:t>priestory materskej školy nie sú miestom, kde zákonný zástupca, ktorému dieťa nebolo</w:t>
      </w:r>
      <w:r w:rsidR="004308DB" w:rsidRPr="004308DB">
        <w:rPr>
          <w:rFonts w:ascii="Times New Roman" w:hAnsi="Times New Roman" w:cs="Times New Roman"/>
        </w:rPr>
        <w:t xml:space="preserve"> </w:t>
      </w:r>
      <w:r w:rsidRPr="004308DB">
        <w:rPr>
          <w:rFonts w:ascii="Times New Roman" w:hAnsi="Times New Roman" w:cs="Times New Roman"/>
        </w:rPr>
        <w:t>zverené do osobnej starostlivosti, môže kedykoľvek navštevovať maloleté dieťa mimo</w:t>
      </w:r>
      <w:r w:rsidR="004308DB" w:rsidRPr="004308DB">
        <w:rPr>
          <w:rFonts w:ascii="Times New Roman" w:hAnsi="Times New Roman" w:cs="Times New Roman"/>
        </w:rPr>
        <w:t xml:space="preserve"> </w:t>
      </w:r>
      <w:r w:rsidRPr="004308DB">
        <w:rPr>
          <w:rFonts w:ascii="Times New Roman" w:hAnsi="Times New Roman" w:cs="Times New Roman"/>
        </w:rPr>
        <w:t>súdom presne určeného dňa a času, obsahujúceho vo výroku rozhodnutia alebo súdom</w:t>
      </w:r>
      <w:r w:rsidR="004308DB" w:rsidRPr="004308DB">
        <w:rPr>
          <w:rFonts w:ascii="Times New Roman" w:hAnsi="Times New Roman" w:cs="Times New Roman"/>
        </w:rPr>
        <w:t xml:space="preserve"> </w:t>
      </w:r>
      <w:r w:rsidRPr="004308DB">
        <w:rPr>
          <w:rFonts w:ascii="Times New Roman" w:hAnsi="Times New Roman" w:cs="Times New Roman"/>
        </w:rPr>
        <w:t>schválenej rodičovskej dohode, ak škola uvedenými dokumentmi disponuje,</w:t>
      </w:r>
    </w:p>
    <w:p w14:paraId="65B4B590" w14:textId="77777777" w:rsidR="000A3713" w:rsidRDefault="00D454F6" w:rsidP="00FE5BF0">
      <w:pPr>
        <w:pStyle w:val="Odsekzoznamu"/>
        <w:numPr>
          <w:ilvl w:val="0"/>
          <w:numId w:val="7"/>
        </w:numPr>
        <w:spacing w:after="0" w:line="240" w:lineRule="auto"/>
        <w:jc w:val="both"/>
        <w:rPr>
          <w:rFonts w:ascii="Times New Roman" w:hAnsi="Times New Roman" w:cs="Times New Roman"/>
        </w:rPr>
      </w:pPr>
      <w:r w:rsidRPr="004308DB">
        <w:rPr>
          <w:rFonts w:ascii="Times New Roman" w:hAnsi="Times New Roman" w:cs="Times New Roman"/>
        </w:rPr>
        <w:t>priestory materskej školy môžu byť miestom styku s maloletým, avšak len v prípade, ak sa</w:t>
      </w:r>
      <w:r w:rsidR="004308DB" w:rsidRPr="004308DB">
        <w:rPr>
          <w:rFonts w:ascii="Times New Roman" w:hAnsi="Times New Roman" w:cs="Times New Roman"/>
        </w:rPr>
        <w:t xml:space="preserve"> </w:t>
      </w:r>
      <w:r w:rsidRPr="004308DB">
        <w:rPr>
          <w:rFonts w:ascii="Times New Roman" w:hAnsi="Times New Roman" w:cs="Times New Roman"/>
        </w:rPr>
        <w:t>postupuje podľa súdneho rozhodnutia, v ktorom úpravu styku určí súd resp. podľa súdom</w:t>
      </w:r>
      <w:r w:rsidR="004308DB" w:rsidRPr="004308DB">
        <w:rPr>
          <w:rFonts w:ascii="Times New Roman" w:hAnsi="Times New Roman" w:cs="Times New Roman"/>
        </w:rPr>
        <w:t xml:space="preserve"> </w:t>
      </w:r>
      <w:r w:rsidRPr="004308DB">
        <w:rPr>
          <w:rFonts w:ascii="Times New Roman" w:hAnsi="Times New Roman" w:cs="Times New Roman"/>
        </w:rPr>
        <w:t>schválenej rodičovskej dohody,</w:t>
      </w:r>
    </w:p>
    <w:p w14:paraId="60A63A2A" w14:textId="77777777" w:rsidR="000A3713" w:rsidRDefault="00D454F6" w:rsidP="00FE5BF0">
      <w:pPr>
        <w:pStyle w:val="Odsekzoznamu"/>
        <w:numPr>
          <w:ilvl w:val="0"/>
          <w:numId w:val="7"/>
        </w:numPr>
        <w:spacing w:after="0" w:line="240" w:lineRule="auto"/>
        <w:jc w:val="both"/>
        <w:rPr>
          <w:rFonts w:ascii="Times New Roman" w:hAnsi="Times New Roman" w:cs="Times New Roman"/>
        </w:rPr>
      </w:pPr>
      <w:r w:rsidRPr="004308DB">
        <w:rPr>
          <w:rFonts w:ascii="Times New Roman" w:hAnsi="Times New Roman" w:cs="Times New Roman"/>
        </w:rPr>
        <w:t>výkon práv a povinností vyplývajúcich zo školského zákona musí byť v súlade s dobrými</w:t>
      </w:r>
      <w:r w:rsidR="004308DB" w:rsidRPr="004308DB">
        <w:rPr>
          <w:rFonts w:ascii="Times New Roman" w:hAnsi="Times New Roman" w:cs="Times New Roman"/>
        </w:rPr>
        <w:t xml:space="preserve"> </w:t>
      </w:r>
      <w:r w:rsidRPr="004308DB">
        <w:rPr>
          <w:rFonts w:ascii="Times New Roman" w:hAnsi="Times New Roman" w:cs="Times New Roman"/>
        </w:rPr>
        <w:t>mravmi a nikto nesmie tieto práva a povinnosti zneužívať na škodu druhého dieťaťa –</w:t>
      </w:r>
      <w:r w:rsidR="004308DB" w:rsidRPr="004308DB">
        <w:rPr>
          <w:rFonts w:ascii="Times New Roman" w:hAnsi="Times New Roman" w:cs="Times New Roman"/>
        </w:rPr>
        <w:t xml:space="preserve"> </w:t>
      </w:r>
      <w:r w:rsidRPr="004308DB">
        <w:rPr>
          <w:rFonts w:ascii="Times New Roman" w:hAnsi="Times New Roman" w:cs="Times New Roman"/>
        </w:rPr>
        <w:t>v súlade s §145 ods. 1 školského zákona  a v súlade so zákonom č. 365/2004 Z. z.,</w:t>
      </w:r>
    </w:p>
    <w:p w14:paraId="641249D4" w14:textId="01EFD2A8" w:rsidR="000A3713" w:rsidRDefault="00D454F6" w:rsidP="00FE5BF0">
      <w:pPr>
        <w:pStyle w:val="Odsekzoznamu"/>
        <w:numPr>
          <w:ilvl w:val="0"/>
          <w:numId w:val="7"/>
        </w:numPr>
        <w:spacing w:after="0" w:line="240" w:lineRule="auto"/>
        <w:jc w:val="both"/>
        <w:rPr>
          <w:rFonts w:ascii="Times New Roman" w:hAnsi="Times New Roman" w:cs="Times New Roman"/>
        </w:rPr>
      </w:pPr>
      <w:r w:rsidRPr="004308DB">
        <w:rPr>
          <w:rFonts w:ascii="Times New Roman" w:hAnsi="Times New Roman" w:cs="Times New Roman"/>
        </w:rPr>
        <w:t>v prípade, že zákonný zástupca opakovane nevyzdvihne svoje dieťa z materskej školy do</w:t>
      </w:r>
      <w:r w:rsidR="004308DB" w:rsidRPr="004308DB">
        <w:rPr>
          <w:rFonts w:ascii="Times New Roman" w:hAnsi="Times New Roman" w:cs="Times New Roman"/>
        </w:rPr>
        <w:t xml:space="preserve"> </w:t>
      </w:r>
      <w:r w:rsidRPr="004308DB">
        <w:rPr>
          <w:rFonts w:ascii="Times New Roman" w:hAnsi="Times New Roman" w:cs="Times New Roman"/>
        </w:rPr>
        <w:t>času ukončenia prevádzky materskej školy, materská škola bude kontaktovať postupne</w:t>
      </w:r>
      <w:r w:rsidR="004308DB" w:rsidRPr="004308DB">
        <w:rPr>
          <w:rFonts w:ascii="Times New Roman" w:hAnsi="Times New Roman" w:cs="Times New Roman"/>
        </w:rPr>
        <w:t xml:space="preserve"> </w:t>
      </w:r>
      <w:r w:rsidRPr="004308DB">
        <w:rPr>
          <w:rFonts w:ascii="Times New Roman" w:hAnsi="Times New Roman" w:cs="Times New Roman"/>
        </w:rPr>
        <w:t xml:space="preserve">všetky </w:t>
      </w:r>
      <w:r w:rsidR="004308DB" w:rsidRPr="004308DB">
        <w:rPr>
          <w:rFonts w:ascii="Times New Roman" w:hAnsi="Times New Roman" w:cs="Times New Roman"/>
        </w:rPr>
        <w:t>o</w:t>
      </w:r>
      <w:r w:rsidRPr="004308DB">
        <w:rPr>
          <w:rFonts w:ascii="Times New Roman" w:hAnsi="Times New Roman" w:cs="Times New Roman"/>
        </w:rPr>
        <w:t>soby, ktoré majú splnomocnenia na prevzatie dieťaťa. Ak ani žiadna  z</w:t>
      </w:r>
      <w:r w:rsidR="004308DB" w:rsidRPr="004308DB">
        <w:rPr>
          <w:rFonts w:ascii="Times New Roman" w:hAnsi="Times New Roman" w:cs="Times New Roman"/>
        </w:rPr>
        <w:t xml:space="preserve"> </w:t>
      </w:r>
      <w:r w:rsidRPr="004308DB">
        <w:rPr>
          <w:rFonts w:ascii="Times New Roman" w:hAnsi="Times New Roman" w:cs="Times New Roman"/>
        </w:rPr>
        <w:t>poverených osôb neprevezme dieťa, bude materská škola kontaktovať okresné riaditeľstvo</w:t>
      </w:r>
      <w:r w:rsidR="004308DB" w:rsidRPr="004308DB">
        <w:rPr>
          <w:rFonts w:ascii="Times New Roman" w:hAnsi="Times New Roman" w:cs="Times New Roman"/>
        </w:rPr>
        <w:t xml:space="preserve"> </w:t>
      </w:r>
      <w:r w:rsidRPr="004308DB">
        <w:rPr>
          <w:rFonts w:ascii="Times New Roman" w:hAnsi="Times New Roman" w:cs="Times New Roman"/>
        </w:rPr>
        <w:t>policajného zboru, ktoré okrem výkonu svojich oprávnení disponuje aj kontaktom na</w:t>
      </w:r>
      <w:r w:rsidR="004308DB" w:rsidRPr="004308DB">
        <w:rPr>
          <w:rFonts w:ascii="Times New Roman" w:hAnsi="Times New Roman" w:cs="Times New Roman"/>
        </w:rPr>
        <w:t xml:space="preserve"> </w:t>
      </w:r>
      <w:r w:rsidRPr="004308DB">
        <w:rPr>
          <w:rFonts w:ascii="Times New Roman" w:hAnsi="Times New Roman" w:cs="Times New Roman"/>
        </w:rPr>
        <w:t xml:space="preserve">príslušný orgán </w:t>
      </w:r>
      <w:r w:rsidR="006E0119">
        <w:rPr>
          <w:rFonts w:ascii="Times New Roman" w:hAnsi="Times New Roman" w:cs="Times New Roman"/>
        </w:rPr>
        <w:t>s</w:t>
      </w:r>
      <w:r w:rsidRPr="004308DB">
        <w:rPr>
          <w:rFonts w:ascii="Times New Roman" w:hAnsi="Times New Roman" w:cs="Times New Roman"/>
        </w:rPr>
        <w:t>ociálnoprávnej ochrany detí a sociálnej kurately, ktorý je dosiahnuteľný</w:t>
      </w:r>
      <w:r w:rsidR="004308DB" w:rsidRPr="004308DB">
        <w:rPr>
          <w:rFonts w:ascii="Times New Roman" w:hAnsi="Times New Roman" w:cs="Times New Roman"/>
        </w:rPr>
        <w:t xml:space="preserve"> </w:t>
      </w:r>
      <w:r w:rsidRPr="004308DB">
        <w:rPr>
          <w:rFonts w:ascii="Times New Roman" w:hAnsi="Times New Roman" w:cs="Times New Roman"/>
        </w:rPr>
        <w:t>aj mimo služobného času zamestnancov,</w:t>
      </w:r>
    </w:p>
    <w:p w14:paraId="2CA72B6D" w14:textId="510A8ABF" w:rsidR="000A3713" w:rsidRDefault="00D454F6" w:rsidP="00FE5BF0">
      <w:pPr>
        <w:pStyle w:val="Odsekzoznamu"/>
        <w:numPr>
          <w:ilvl w:val="0"/>
          <w:numId w:val="7"/>
        </w:numPr>
        <w:spacing w:after="0" w:line="240" w:lineRule="auto"/>
        <w:jc w:val="both"/>
        <w:rPr>
          <w:rFonts w:ascii="Times New Roman" w:hAnsi="Times New Roman" w:cs="Times New Roman"/>
        </w:rPr>
      </w:pPr>
      <w:r w:rsidRPr="004308DB">
        <w:rPr>
          <w:rFonts w:ascii="Times New Roman" w:hAnsi="Times New Roman" w:cs="Times New Roman"/>
        </w:rPr>
        <w:t>v prípade, ak má materská škola podozrenie, že zákonný zástupca opakovanie preberá</w:t>
      </w:r>
      <w:r w:rsidR="004308DB" w:rsidRPr="004308DB">
        <w:rPr>
          <w:rFonts w:ascii="Times New Roman" w:hAnsi="Times New Roman" w:cs="Times New Roman"/>
        </w:rPr>
        <w:t xml:space="preserve"> </w:t>
      </w:r>
      <w:r w:rsidRPr="004308DB">
        <w:rPr>
          <w:rFonts w:ascii="Times New Roman" w:hAnsi="Times New Roman" w:cs="Times New Roman"/>
        </w:rPr>
        <w:t>dieťa pod vplyvom alkoholu alebo iných omamných látok, alebo sa u dieťaťa prejavia</w:t>
      </w:r>
      <w:r w:rsidR="004308DB" w:rsidRPr="004308DB">
        <w:rPr>
          <w:rFonts w:ascii="Times New Roman" w:hAnsi="Times New Roman" w:cs="Times New Roman"/>
        </w:rPr>
        <w:t xml:space="preserve"> </w:t>
      </w:r>
      <w:r w:rsidRPr="004308DB">
        <w:rPr>
          <w:rFonts w:ascii="Times New Roman" w:hAnsi="Times New Roman" w:cs="Times New Roman"/>
        </w:rPr>
        <w:t>zmeny,  nasvedčujúce zanedbávanie riadnej starostlivosti o dieťa, bude materská škola po</w:t>
      </w:r>
      <w:r w:rsidR="004308DB" w:rsidRPr="004308DB">
        <w:rPr>
          <w:rFonts w:ascii="Times New Roman" w:hAnsi="Times New Roman" w:cs="Times New Roman"/>
        </w:rPr>
        <w:t xml:space="preserve"> p</w:t>
      </w:r>
      <w:r w:rsidRPr="004308DB">
        <w:rPr>
          <w:rFonts w:ascii="Times New Roman" w:hAnsi="Times New Roman" w:cs="Times New Roman"/>
        </w:rPr>
        <w:t>redchádzajúcom písomnom upozornení zákonného zástupcu,  v rámci všeobecnej</w:t>
      </w:r>
      <w:r w:rsidR="004308DB" w:rsidRPr="004308DB">
        <w:rPr>
          <w:rFonts w:ascii="Times New Roman" w:hAnsi="Times New Roman" w:cs="Times New Roman"/>
        </w:rPr>
        <w:t xml:space="preserve"> </w:t>
      </w:r>
      <w:r w:rsidRPr="004308DB">
        <w:rPr>
          <w:rFonts w:ascii="Times New Roman" w:hAnsi="Times New Roman" w:cs="Times New Roman"/>
        </w:rPr>
        <w:t>oznamovacej povinnosti vyplývajúcej z §7 ods. 1 zákona č. 305/2005 Z. z.</w:t>
      </w:r>
      <w:r w:rsidR="004308DB" w:rsidRPr="004308DB">
        <w:rPr>
          <w:rFonts w:ascii="Times New Roman" w:hAnsi="Times New Roman" w:cs="Times New Roman"/>
        </w:rPr>
        <w:t xml:space="preserve"> </w:t>
      </w:r>
      <w:r w:rsidRPr="004308DB">
        <w:rPr>
          <w:rFonts w:ascii="Times New Roman" w:hAnsi="Times New Roman" w:cs="Times New Roman"/>
        </w:rPr>
        <w:t>o sociálnoprávnej ochrane detí  a sociálnej kuratele,  informovať o tejto skutočnosti</w:t>
      </w:r>
      <w:r w:rsidR="004308DB" w:rsidRPr="004308DB">
        <w:rPr>
          <w:rFonts w:ascii="Times New Roman" w:hAnsi="Times New Roman" w:cs="Times New Roman"/>
        </w:rPr>
        <w:t xml:space="preserve"> </w:t>
      </w:r>
      <w:r w:rsidRPr="004308DB">
        <w:rPr>
          <w:rFonts w:ascii="Times New Roman" w:hAnsi="Times New Roman" w:cs="Times New Roman"/>
        </w:rPr>
        <w:t>príslušný Úrad práce, sociálnych vecí a rodiny, oddelenie sociálnoprávnej ochrany detí</w:t>
      </w:r>
      <w:r w:rsidR="004308DB" w:rsidRPr="004308DB">
        <w:rPr>
          <w:rFonts w:ascii="Times New Roman" w:hAnsi="Times New Roman" w:cs="Times New Roman"/>
        </w:rPr>
        <w:t xml:space="preserve"> </w:t>
      </w:r>
      <w:r w:rsidRPr="004308DB">
        <w:rPr>
          <w:rFonts w:ascii="Times New Roman" w:hAnsi="Times New Roman" w:cs="Times New Roman"/>
        </w:rPr>
        <w:t>a sociálnej kurately,</w:t>
      </w:r>
    </w:p>
    <w:p w14:paraId="7C9F604C" w14:textId="49AAFD42" w:rsidR="00681B98" w:rsidRDefault="00D454F6" w:rsidP="00A9156E">
      <w:pPr>
        <w:pStyle w:val="Odsekzoznamu"/>
        <w:numPr>
          <w:ilvl w:val="0"/>
          <w:numId w:val="7"/>
        </w:numPr>
        <w:spacing w:after="0" w:line="240" w:lineRule="auto"/>
        <w:jc w:val="both"/>
        <w:rPr>
          <w:rFonts w:ascii="Times New Roman" w:hAnsi="Times New Roman" w:cs="Times New Roman"/>
        </w:rPr>
      </w:pPr>
      <w:r w:rsidRPr="008322F6">
        <w:rPr>
          <w:rFonts w:ascii="Times New Roman" w:hAnsi="Times New Roman" w:cs="Times New Roman"/>
        </w:rPr>
        <w:t>rešpektovať, v prípade narušených vzťahov medzi zákonnými zástupcami, len rozhodnutie</w:t>
      </w:r>
      <w:r w:rsidR="008322F6" w:rsidRPr="008322F6">
        <w:rPr>
          <w:rFonts w:ascii="Times New Roman" w:hAnsi="Times New Roman" w:cs="Times New Roman"/>
        </w:rPr>
        <w:t xml:space="preserve"> </w:t>
      </w:r>
      <w:r w:rsidRPr="008322F6">
        <w:rPr>
          <w:rFonts w:ascii="Times New Roman" w:hAnsi="Times New Roman" w:cs="Times New Roman"/>
        </w:rPr>
        <w:t>súdu alebo minimálne predbežné rozhodnutie súdu, ktorého zmyslom je dočasná úprava</w:t>
      </w:r>
      <w:r w:rsidR="004308DB" w:rsidRPr="008322F6">
        <w:rPr>
          <w:rFonts w:ascii="Times New Roman" w:hAnsi="Times New Roman" w:cs="Times New Roman"/>
        </w:rPr>
        <w:t xml:space="preserve"> </w:t>
      </w:r>
      <w:r w:rsidRPr="008322F6">
        <w:rPr>
          <w:rFonts w:ascii="Times New Roman" w:hAnsi="Times New Roman" w:cs="Times New Roman"/>
        </w:rPr>
        <w:t>pomerov zákonných zástupcov v</w:t>
      </w:r>
      <w:r w:rsidR="00A9156E">
        <w:rPr>
          <w:rFonts w:ascii="Times New Roman" w:hAnsi="Times New Roman" w:cs="Times New Roman"/>
        </w:rPr>
        <w:t>o</w:t>
      </w:r>
      <w:r w:rsidRPr="008322F6">
        <w:rPr>
          <w:rFonts w:ascii="Times New Roman" w:hAnsi="Times New Roman" w:cs="Times New Roman"/>
        </w:rPr>
        <w:t xml:space="preserve"> vzťahu k starostlivosti o dieťa, t. j. rešpektovať to, že</w:t>
      </w:r>
      <w:r w:rsidR="004308DB" w:rsidRPr="008322F6">
        <w:rPr>
          <w:rFonts w:ascii="Times New Roman" w:hAnsi="Times New Roman" w:cs="Times New Roman"/>
        </w:rPr>
        <w:t xml:space="preserve"> </w:t>
      </w:r>
      <w:r w:rsidRPr="008322F6">
        <w:rPr>
          <w:rFonts w:ascii="Times New Roman" w:hAnsi="Times New Roman" w:cs="Times New Roman"/>
        </w:rPr>
        <w:t>vykonateľnosť uznesenia o nariadení predbežného opatrenia nie je viazaná na</w:t>
      </w:r>
      <w:r w:rsidR="004308DB" w:rsidRPr="008322F6">
        <w:rPr>
          <w:rFonts w:ascii="Times New Roman" w:hAnsi="Times New Roman" w:cs="Times New Roman"/>
        </w:rPr>
        <w:t xml:space="preserve"> </w:t>
      </w:r>
      <w:r w:rsidRPr="008322F6">
        <w:rPr>
          <w:rFonts w:ascii="Times New Roman" w:hAnsi="Times New Roman" w:cs="Times New Roman"/>
        </w:rPr>
        <w:t xml:space="preserve">právoplatnosť, </w:t>
      </w:r>
    </w:p>
    <w:p w14:paraId="093E483C" w14:textId="77777777" w:rsidR="00681B98" w:rsidRPr="004308DB" w:rsidRDefault="00681B98" w:rsidP="00CB7CC1">
      <w:pPr>
        <w:pStyle w:val="Odsekzoznamu"/>
        <w:spacing w:after="0" w:line="240" w:lineRule="auto"/>
        <w:ind w:left="360"/>
        <w:rPr>
          <w:rFonts w:ascii="Times New Roman" w:hAnsi="Times New Roman" w:cs="Times New Roman"/>
        </w:rPr>
      </w:pPr>
    </w:p>
    <w:p w14:paraId="3565ECC1" w14:textId="77777777" w:rsidR="000A3713" w:rsidRPr="00D454F6" w:rsidRDefault="00D454F6" w:rsidP="00CB7CC1">
      <w:pPr>
        <w:spacing w:after="0" w:line="240" w:lineRule="auto"/>
        <w:jc w:val="center"/>
        <w:rPr>
          <w:rFonts w:ascii="Times New Roman" w:hAnsi="Times New Roman" w:cs="Times New Roman"/>
        </w:rPr>
      </w:pPr>
      <w:r w:rsidRPr="00D454F6">
        <w:rPr>
          <w:rFonts w:ascii="Times New Roman" w:hAnsi="Times New Roman" w:cs="Times New Roman"/>
          <w:b/>
        </w:rPr>
        <w:t>Článok 2</w:t>
      </w:r>
    </w:p>
    <w:p w14:paraId="2238827B" w14:textId="77777777" w:rsidR="000A3713" w:rsidRPr="00681B98" w:rsidRDefault="00D454F6" w:rsidP="00CB7CC1">
      <w:pPr>
        <w:spacing w:after="0" w:line="240" w:lineRule="auto"/>
        <w:jc w:val="center"/>
        <w:rPr>
          <w:rFonts w:ascii="Times New Roman" w:hAnsi="Times New Roman" w:cs="Times New Roman"/>
          <w:b/>
        </w:rPr>
      </w:pPr>
      <w:r w:rsidRPr="00681B98">
        <w:rPr>
          <w:rFonts w:ascii="Times New Roman" w:hAnsi="Times New Roman" w:cs="Times New Roman"/>
          <w:b/>
        </w:rPr>
        <w:t>Pravidlá vzájomných vzťahov s pedagogickými zamestnancami a ďalšími zamestnancami</w:t>
      </w:r>
    </w:p>
    <w:p w14:paraId="6CF25E68" w14:textId="77777777" w:rsidR="000A3713" w:rsidRPr="00681B98" w:rsidRDefault="00D454F6" w:rsidP="00CB7CC1">
      <w:pPr>
        <w:spacing w:after="0" w:line="240" w:lineRule="auto"/>
        <w:jc w:val="center"/>
        <w:rPr>
          <w:rFonts w:ascii="Times New Roman" w:hAnsi="Times New Roman" w:cs="Times New Roman"/>
          <w:b/>
        </w:rPr>
      </w:pPr>
      <w:r w:rsidRPr="00681B98">
        <w:rPr>
          <w:rFonts w:ascii="Times New Roman" w:hAnsi="Times New Roman" w:cs="Times New Roman"/>
          <w:b/>
        </w:rPr>
        <w:t>materskej školy</w:t>
      </w:r>
    </w:p>
    <w:p w14:paraId="291C9EB0" w14:textId="77777777" w:rsidR="000A3713" w:rsidRPr="00D454F6" w:rsidRDefault="00D454F6" w:rsidP="00CB7CC1">
      <w:pPr>
        <w:spacing w:after="0" w:line="240" w:lineRule="auto"/>
        <w:rPr>
          <w:rFonts w:ascii="Times New Roman" w:hAnsi="Times New Roman" w:cs="Times New Roman"/>
        </w:rPr>
      </w:pPr>
      <w:r w:rsidRPr="00D454F6">
        <w:rPr>
          <w:rFonts w:ascii="Times New Roman" w:hAnsi="Times New Roman" w:cs="Times New Roman"/>
          <w:b/>
        </w:rPr>
        <w:t>2.1     Pedagogickí zamestnanci</w:t>
      </w:r>
    </w:p>
    <w:p w14:paraId="3E433A28" w14:textId="19093A49" w:rsidR="000A3713" w:rsidRPr="008322F6" w:rsidRDefault="00D454F6" w:rsidP="00FE5BF0">
      <w:pPr>
        <w:pStyle w:val="Odsekzoznamu"/>
        <w:numPr>
          <w:ilvl w:val="0"/>
          <w:numId w:val="11"/>
        </w:numPr>
        <w:spacing w:after="0" w:line="240" w:lineRule="auto"/>
        <w:jc w:val="both"/>
        <w:rPr>
          <w:rFonts w:ascii="Times New Roman" w:hAnsi="Times New Roman" w:cs="Times New Roman"/>
        </w:rPr>
      </w:pPr>
      <w:r w:rsidRPr="008322F6">
        <w:rPr>
          <w:rFonts w:ascii="Times New Roman" w:hAnsi="Times New Roman" w:cs="Times New Roman"/>
        </w:rPr>
        <w:t>majú okrem práv ustanovených osobitnými právnymi predpismi pri výkone pracovnej</w:t>
      </w:r>
      <w:r w:rsidR="008322F6" w:rsidRPr="008322F6">
        <w:rPr>
          <w:rFonts w:ascii="Times New Roman" w:hAnsi="Times New Roman" w:cs="Times New Roman"/>
        </w:rPr>
        <w:t xml:space="preserve"> </w:t>
      </w:r>
      <w:r w:rsidRPr="008322F6">
        <w:rPr>
          <w:rFonts w:ascii="Times New Roman" w:hAnsi="Times New Roman" w:cs="Times New Roman"/>
        </w:rPr>
        <w:t>činnosti práva, ktoré sú taxatívne vymedzené v § 3 zákona č. 138/2019 Z. z. o</w:t>
      </w:r>
      <w:r w:rsidR="008322F6" w:rsidRPr="008322F6">
        <w:rPr>
          <w:rFonts w:ascii="Times New Roman" w:hAnsi="Times New Roman" w:cs="Times New Roman"/>
        </w:rPr>
        <w:t xml:space="preserve"> </w:t>
      </w:r>
      <w:r w:rsidRPr="008322F6">
        <w:rPr>
          <w:rFonts w:ascii="Times New Roman" w:hAnsi="Times New Roman" w:cs="Times New Roman"/>
        </w:rPr>
        <w:t>pedagogických zamestnancoch a odborných zamestnancoch a o zmene a doplnení</w:t>
      </w:r>
      <w:r w:rsidR="008322F6" w:rsidRPr="008322F6">
        <w:rPr>
          <w:rFonts w:ascii="Times New Roman" w:hAnsi="Times New Roman" w:cs="Times New Roman"/>
        </w:rPr>
        <w:t xml:space="preserve"> </w:t>
      </w:r>
      <w:r w:rsidRPr="008322F6">
        <w:rPr>
          <w:rFonts w:ascii="Times New Roman" w:hAnsi="Times New Roman" w:cs="Times New Roman"/>
        </w:rPr>
        <w:t>niektorých zákonov v znení neskorších predpisov (ďalej len „zákon č. 138/2019 Z. z.“)</w:t>
      </w:r>
      <w:r w:rsidR="008322F6">
        <w:rPr>
          <w:rFonts w:ascii="Times New Roman" w:hAnsi="Times New Roman" w:cs="Times New Roman"/>
        </w:rPr>
        <w:t>,</w:t>
      </w:r>
    </w:p>
    <w:p w14:paraId="0598A777" w14:textId="1282E8B9" w:rsidR="000A3713" w:rsidRPr="008322F6" w:rsidRDefault="00D454F6" w:rsidP="00FE5BF0">
      <w:pPr>
        <w:pStyle w:val="Odsekzoznamu"/>
        <w:numPr>
          <w:ilvl w:val="0"/>
          <w:numId w:val="11"/>
        </w:numPr>
        <w:spacing w:after="0" w:line="240" w:lineRule="auto"/>
        <w:jc w:val="both"/>
        <w:rPr>
          <w:rFonts w:ascii="Times New Roman" w:hAnsi="Times New Roman" w:cs="Times New Roman"/>
        </w:rPr>
      </w:pPr>
      <w:r w:rsidRPr="008322F6">
        <w:rPr>
          <w:rFonts w:ascii="Times New Roman" w:hAnsi="Times New Roman" w:cs="Times New Roman"/>
        </w:rPr>
        <w:t>na pedagogických zamestnancov sa vzťahujú povinnosti uvedené v § 4 ods. 1 zákona č.</w:t>
      </w:r>
      <w:r w:rsidR="008322F6" w:rsidRPr="008322F6">
        <w:rPr>
          <w:rFonts w:ascii="Times New Roman" w:hAnsi="Times New Roman" w:cs="Times New Roman"/>
        </w:rPr>
        <w:t xml:space="preserve"> </w:t>
      </w:r>
      <w:r w:rsidRPr="008322F6">
        <w:rPr>
          <w:rFonts w:ascii="Times New Roman" w:hAnsi="Times New Roman" w:cs="Times New Roman"/>
        </w:rPr>
        <w:t>138/2019 Z. z.</w:t>
      </w:r>
      <w:r w:rsidR="008322F6">
        <w:rPr>
          <w:rFonts w:ascii="Times New Roman" w:hAnsi="Times New Roman" w:cs="Times New Roman"/>
        </w:rPr>
        <w:t>,</w:t>
      </w:r>
    </w:p>
    <w:p w14:paraId="3072A2F5" w14:textId="707979B9" w:rsidR="000A3713" w:rsidRPr="008322F6" w:rsidRDefault="00D454F6" w:rsidP="00FE5BF0">
      <w:pPr>
        <w:pStyle w:val="Odsekzoznamu"/>
        <w:numPr>
          <w:ilvl w:val="0"/>
          <w:numId w:val="11"/>
        </w:numPr>
        <w:spacing w:after="0" w:line="240" w:lineRule="auto"/>
        <w:jc w:val="both"/>
        <w:rPr>
          <w:rFonts w:ascii="Times New Roman" w:hAnsi="Times New Roman" w:cs="Times New Roman"/>
        </w:rPr>
      </w:pPr>
      <w:r w:rsidRPr="008322F6">
        <w:rPr>
          <w:rFonts w:ascii="Times New Roman" w:hAnsi="Times New Roman" w:cs="Times New Roman"/>
        </w:rPr>
        <w:t>práva ustanovené školským zákonom a zákonom č. 138/2019Z. z, sa zaručujú rovnako</w:t>
      </w:r>
      <w:r w:rsidR="008322F6" w:rsidRPr="008322F6">
        <w:rPr>
          <w:rFonts w:ascii="Times New Roman" w:hAnsi="Times New Roman" w:cs="Times New Roman"/>
        </w:rPr>
        <w:t xml:space="preserve"> </w:t>
      </w:r>
      <w:r w:rsidRPr="008322F6">
        <w:rPr>
          <w:rFonts w:ascii="Times New Roman" w:hAnsi="Times New Roman" w:cs="Times New Roman"/>
        </w:rPr>
        <w:t>každému v súlade so zásadou  rovnakého zaobchádzania vo výchove a vzdelávaní,</w:t>
      </w:r>
    </w:p>
    <w:p w14:paraId="436DBE90" w14:textId="11A96422" w:rsidR="000A3713" w:rsidRPr="008322F6" w:rsidRDefault="00D454F6" w:rsidP="00FE5BF0">
      <w:pPr>
        <w:pStyle w:val="Odsekzoznamu"/>
        <w:numPr>
          <w:ilvl w:val="0"/>
          <w:numId w:val="11"/>
        </w:numPr>
        <w:spacing w:after="0" w:line="240" w:lineRule="auto"/>
        <w:jc w:val="both"/>
        <w:rPr>
          <w:rFonts w:ascii="Times New Roman" w:hAnsi="Times New Roman" w:cs="Times New Roman"/>
        </w:rPr>
      </w:pPr>
      <w:r w:rsidRPr="008322F6">
        <w:rPr>
          <w:rFonts w:ascii="Times New Roman" w:hAnsi="Times New Roman" w:cs="Times New Roman"/>
        </w:rPr>
        <w:t>výkon práva povinností vyplývajúcich zo školského zákona musí byť v súlade s dobrými</w:t>
      </w:r>
      <w:r w:rsidR="008322F6" w:rsidRPr="008322F6">
        <w:rPr>
          <w:rFonts w:ascii="Times New Roman" w:hAnsi="Times New Roman" w:cs="Times New Roman"/>
        </w:rPr>
        <w:t xml:space="preserve"> </w:t>
      </w:r>
      <w:r w:rsidRPr="008322F6">
        <w:rPr>
          <w:rFonts w:ascii="Times New Roman" w:hAnsi="Times New Roman" w:cs="Times New Roman"/>
        </w:rPr>
        <w:t>mravmi, pričom nikto nesmie tieto práva  a povinnosti zneužívať na škodu druhého dieťaťa,</w:t>
      </w:r>
      <w:r w:rsidR="008322F6" w:rsidRPr="008322F6">
        <w:rPr>
          <w:rFonts w:ascii="Times New Roman" w:hAnsi="Times New Roman" w:cs="Times New Roman"/>
        </w:rPr>
        <w:t xml:space="preserve"> </w:t>
      </w:r>
      <w:r w:rsidRPr="008322F6">
        <w:rPr>
          <w:rFonts w:ascii="Times New Roman" w:hAnsi="Times New Roman" w:cs="Times New Roman"/>
        </w:rPr>
        <w:t>v súlade s § 145 ods. 1 školského zákona sa práva ustanovené školským zákonom zaručujú</w:t>
      </w:r>
      <w:r w:rsidR="008322F6" w:rsidRPr="008322F6">
        <w:rPr>
          <w:rFonts w:ascii="Times New Roman" w:hAnsi="Times New Roman" w:cs="Times New Roman"/>
        </w:rPr>
        <w:t xml:space="preserve"> </w:t>
      </w:r>
      <w:r w:rsidRPr="008322F6">
        <w:rPr>
          <w:rFonts w:ascii="Times New Roman" w:hAnsi="Times New Roman" w:cs="Times New Roman"/>
        </w:rPr>
        <w:t>rovnako všetkým deťom v súlade so zásadou rovnakého zaobchádzania  ustanovenou</w:t>
      </w:r>
      <w:r w:rsidR="008322F6" w:rsidRPr="008322F6">
        <w:rPr>
          <w:rFonts w:ascii="Times New Roman" w:hAnsi="Times New Roman" w:cs="Times New Roman"/>
        </w:rPr>
        <w:t xml:space="preserve"> </w:t>
      </w:r>
      <w:r w:rsidRPr="008322F6">
        <w:rPr>
          <w:rFonts w:ascii="Times New Roman" w:hAnsi="Times New Roman" w:cs="Times New Roman"/>
        </w:rPr>
        <w:t>zákonom č. 365/2004 Z. z.  (antidiskriminačný zákon) v znení neskorších predpisov.</w:t>
      </w:r>
    </w:p>
    <w:p w14:paraId="6434677D" w14:textId="77777777" w:rsidR="00CB6CE7" w:rsidRDefault="00CB6CE7" w:rsidP="00CB7CC1">
      <w:pPr>
        <w:spacing w:after="0" w:line="240" w:lineRule="auto"/>
        <w:rPr>
          <w:rFonts w:ascii="Times New Roman" w:hAnsi="Times New Roman" w:cs="Times New Roman"/>
          <w:b/>
        </w:rPr>
      </w:pPr>
    </w:p>
    <w:p w14:paraId="497303B2" w14:textId="77777777" w:rsidR="000A3713" w:rsidRPr="00D454F6" w:rsidRDefault="00D454F6" w:rsidP="00CB7CC1">
      <w:pPr>
        <w:spacing w:after="0" w:line="240" w:lineRule="auto"/>
        <w:rPr>
          <w:rFonts w:ascii="Times New Roman" w:hAnsi="Times New Roman" w:cs="Times New Roman"/>
        </w:rPr>
      </w:pPr>
      <w:r w:rsidRPr="00D454F6">
        <w:rPr>
          <w:rFonts w:ascii="Times New Roman" w:hAnsi="Times New Roman" w:cs="Times New Roman"/>
          <w:b/>
        </w:rPr>
        <w:t>2.2   Pravidlá  vzájomných vzťahov s ďalšími zamestnancami materskej školy</w:t>
      </w:r>
    </w:p>
    <w:p w14:paraId="5C61A2F9" w14:textId="77777777" w:rsidR="000A3713" w:rsidRDefault="00D454F6" w:rsidP="00FE5BF0">
      <w:pPr>
        <w:pStyle w:val="Odsekzoznamu"/>
        <w:numPr>
          <w:ilvl w:val="0"/>
          <w:numId w:val="12"/>
        </w:numPr>
        <w:spacing w:after="0" w:line="240" w:lineRule="auto"/>
        <w:jc w:val="both"/>
        <w:rPr>
          <w:rFonts w:ascii="Times New Roman" w:hAnsi="Times New Roman" w:cs="Times New Roman"/>
        </w:rPr>
      </w:pPr>
      <w:r w:rsidRPr="008322F6">
        <w:rPr>
          <w:rFonts w:ascii="Times New Roman" w:hAnsi="Times New Roman" w:cs="Times New Roman"/>
        </w:rPr>
        <w:t>vzťahy medzi zamestnancami vychádzajú zo základných morálnych, etických</w:t>
      </w:r>
      <w:r w:rsidR="00CB7CC1" w:rsidRPr="008322F6">
        <w:rPr>
          <w:rFonts w:ascii="Times New Roman" w:hAnsi="Times New Roman" w:cs="Times New Roman"/>
        </w:rPr>
        <w:t xml:space="preserve"> </w:t>
      </w:r>
      <w:r w:rsidRPr="008322F6">
        <w:rPr>
          <w:rFonts w:ascii="Times New Roman" w:hAnsi="Times New Roman" w:cs="Times New Roman"/>
        </w:rPr>
        <w:t>spoločenských princípov správania sa a sú v súlade s delegovanými právomocami</w:t>
      </w:r>
      <w:r w:rsidR="00CB7CC1" w:rsidRPr="008322F6">
        <w:rPr>
          <w:rFonts w:ascii="Times New Roman" w:hAnsi="Times New Roman" w:cs="Times New Roman"/>
        </w:rPr>
        <w:t xml:space="preserve"> </w:t>
      </w:r>
      <w:r w:rsidRPr="008322F6">
        <w:rPr>
          <w:rFonts w:ascii="Times New Roman" w:hAnsi="Times New Roman" w:cs="Times New Roman"/>
        </w:rPr>
        <w:t>a zodpovednosťami,</w:t>
      </w:r>
    </w:p>
    <w:p w14:paraId="28B60619" w14:textId="77777777" w:rsidR="000A3713" w:rsidRDefault="00D454F6" w:rsidP="00FE5BF0">
      <w:pPr>
        <w:pStyle w:val="Odsekzoznamu"/>
        <w:numPr>
          <w:ilvl w:val="0"/>
          <w:numId w:val="12"/>
        </w:numPr>
        <w:spacing w:after="0" w:line="240" w:lineRule="auto"/>
        <w:jc w:val="both"/>
        <w:rPr>
          <w:rFonts w:ascii="Times New Roman" w:hAnsi="Times New Roman" w:cs="Times New Roman"/>
        </w:rPr>
      </w:pPr>
      <w:r w:rsidRPr="008322F6">
        <w:rPr>
          <w:rFonts w:ascii="Times New Roman" w:hAnsi="Times New Roman" w:cs="Times New Roman"/>
        </w:rPr>
        <w:t>aktívne pristupujú k riešeniu problémov v súlade s platnými právnymi predpismi, konajú</w:t>
      </w:r>
      <w:r w:rsidR="00CB7CC1" w:rsidRPr="008322F6">
        <w:rPr>
          <w:rFonts w:ascii="Times New Roman" w:hAnsi="Times New Roman" w:cs="Times New Roman"/>
        </w:rPr>
        <w:t xml:space="preserve"> </w:t>
      </w:r>
      <w:r w:rsidRPr="008322F6">
        <w:rPr>
          <w:rFonts w:ascii="Times New Roman" w:hAnsi="Times New Roman" w:cs="Times New Roman"/>
        </w:rPr>
        <w:t>ústretovo s cieľom uspokojiť právne nároky zákonných zástupcov,</w:t>
      </w:r>
    </w:p>
    <w:p w14:paraId="6A14A62D" w14:textId="571844FF" w:rsidR="000A3713" w:rsidRDefault="00D454F6" w:rsidP="00FE5BF0">
      <w:pPr>
        <w:pStyle w:val="Odsekzoznamu"/>
        <w:numPr>
          <w:ilvl w:val="0"/>
          <w:numId w:val="12"/>
        </w:numPr>
        <w:spacing w:after="0" w:line="240" w:lineRule="auto"/>
        <w:jc w:val="both"/>
        <w:rPr>
          <w:rFonts w:ascii="Times New Roman" w:hAnsi="Times New Roman" w:cs="Times New Roman"/>
        </w:rPr>
      </w:pPr>
      <w:r w:rsidRPr="008322F6">
        <w:rPr>
          <w:rFonts w:ascii="Times New Roman" w:hAnsi="Times New Roman" w:cs="Times New Roman"/>
        </w:rPr>
        <w:t>vytvárajú tvorivú atmosféru  na udržiavanie dobrých medziľudských vzťahov,</w:t>
      </w:r>
    </w:p>
    <w:p w14:paraId="3537F5EC" w14:textId="789D749D" w:rsidR="000A3713" w:rsidRDefault="00D454F6" w:rsidP="00FE5BF0">
      <w:pPr>
        <w:pStyle w:val="Odsekzoznamu"/>
        <w:numPr>
          <w:ilvl w:val="0"/>
          <w:numId w:val="12"/>
        </w:numPr>
        <w:spacing w:after="0" w:line="240" w:lineRule="auto"/>
        <w:jc w:val="both"/>
        <w:rPr>
          <w:rFonts w:ascii="Times New Roman" w:hAnsi="Times New Roman" w:cs="Times New Roman"/>
        </w:rPr>
      </w:pPr>
      <w:r w:rsidRPr="008322F6">
        <w:rPr>
          <w:rFonts w:ascii="Times New Roman" w:hAnsi="Times New Roman" w:cs="Times New Roman"/>
        </w:rPr>
        <w:t>uplatňujú iniciatívu, vzájomnú pomoc a ochotu,</w:t>
      </w:r>
    </w:p>
    <w:p w14:paraId="073C959B" w14:textId="0313D057" w:rsidR="000A3713" w:rsidRPr="008322F6" w:rsidRDefault="00D454F6" w:rsidP="00FE5BF0">
      <w:pPr>
        <w:pStyle w:val="Odsekzoznamu"/>
        <w:numPr>
          <w:ilvl w:val="0"/>
          <w:numId w:val="12"/>
        </w:numPr>
        <w:spacing w:after="0" w:line="240" w:lineRule="auto"/>
        <w:jc w:val="both"/>
        <w:rPr>
          <w:rFonts w:ascii="Times New Roman" w:hAnsi="Times New Roman" w:cs="Times New Roman"/>
        </w:rPr>
      </w:pPr>
      <w:r w:rsidRPr="008322F6">
        <w:rPr>
          <w:rFonts w:ascii="Times New Roman" w:hAnsi="Times New Roman" w:cs="Times New Roman"/>
        </w:rPr>
        <w:t>prejavujú otvorenosť, konštruktívnosť a asertívnosť pri riešení konfliktných, sporných</w:t>
      </w:r>
      <w:r w:rsidR="008322F6" w:rsidRPr="008322F6">
        <w:rPr>
          <w:rFonts w:ascii="Times New Roman" w:hAnsi="Times New Roman" w:cs="Times New Roman"/>
        </w:rPr>
        <w:t xml:space="preserve"> </w:t>
      </w:r>
      <w:r w:rsidRPr="008322F6">
        <w:rPr>
          <w:rFonts w:ascii="Times New Roman" w:hAnsi="Times New Roman" w:cs="Times New Roman"/>
        </w:rPr>
        <w:t>situácií.</w:t>
      </w:r>
    </w:p>
    <w:p w14:paraId="3A44051F" w14:textId="77777777" w:rsidR="0061372C" w:rsidRDefault="0061372C" w:rsidP="008322F6">
      <w:pPr>
        <w:spacing w:after="0" w:line="240" w:lineRule="auto"/>
        <w:jc w:val="both"/>
        <w:rPr>
          <w:rFonts w:ascii="Times New Roman" w:hAnsi="Times New Roman" w:cs="Times New Roman"/>
        </w:rPr>
      </w:pPr>
    </w:p>
    <w:p w14:paraId="1745235F" w14:textId="77777777" w:rsidR="0061372C" w:rsidRDefault="0061372C" w:rsidP="00CB7CC1">
      <w:pPr>
        <w:spacing w:after="0" w:line="240" w:lineRule="auto"/>
        <w:rPr>
          <w:rFonts w:ascii="Times New Roman" w:hAnsi="Times New Roman" w:cs="Times New Roman"/>
        </w:rPr>
      </w:pPr>
    </w:p>
    <w:p w14:paraId="5E7682A3" w14:textId="77777777" w:rsidR="008322F6" w:rsidRPr="00D454F6" w:rsidRDefault="008322F6" w:rsidP="00CB7CC1">
      <w:pPr>
        <w:spacing w:after="0" w:line="240" w:lineRule="auto"/>
        <w:rPr>
          <w:rFonts w:ascii="Times New Roman" w:hAnsi="Times New Roman" w:cs="Times New Roman"/>
        </w:rPr>
      </w:pPr>
    </w:p>
    <w:p w14:paraId="526AB932" w14:textId="77777777" w:rsidR="000A3713" w:rsidRPr="00D454F6" w:rsidRDefault="00D454F6" w:rsidP="00CB7CC1">
      <w:pPr>
        <w:spacing w:after="0" w:line="240" w:lineRule="auto"/>
        <w:jc w:val="center"/>
        <w:rPr>
          <w:rFonts w:ascii="Times New Roman" w:hAnsi="Times New Roman" w:cs="Times New Roman"/>
        </w:rPr>
      </w:pPr>
      <w:r w:rsidRPr="00D454F6">
        <w:rPr>
          <w:rFonts w:ascii="Times New Roman" w:hAnsi="Times New Roman" w:cs="Times New Roman"/>
          <w:b/>
        </w:rPr>
        <w:t>ČASŤ III.</w:t>
      </w:r>
    </w:p>
    <w:p w14:paraId="634F8A27" w14:textId="77777777" w:rsidR="0061372C" w:rsidRPr="00D454F6" w:rsidRDefault="00D454F6" w:rsidP="00CB7CC1">
      <w:pPr>
        <w:spacing w:after="0" w:line="240" w:lineRule="auto"/>
        <w:jc w:val="center"/>
        <w:rPr>
          <w:rFonts w:ascii="Times New Roman" w:hAnsi="Times New Roman" w:cs="Times New Roman"/>
        </w:rPr>
      </w:pPr>
      <w:r w:rsidRPr="00D454F6">
        <w:rPr>
          <w:rFonts w:ascii="Times New Roman" w:hAnsi="Times New Roman" w:cs="Times New Roman"/>
          <w:b/>
        </w:rPr>
        <w:t>PREVÁDZKA A VNÚTORNÝ REŽIM MATERSKEJ ŠKOLY</w:t>
      </w:r>
    </w:p>
    <w:p w14:paraId="0247FCC7" w14:textId="77777777" w:rsidR="008322F6" w:rsidRDefault="008322F6" w:rsidP="008322F6">
      <w:pPr>
        <w:spacing w:after="0" w:line="240" w:lineRule="auto"/>
        <w:jc w:val="center"/>
        <w:rPr>
          <w:rFonts w:ascii="Times New Roman" w:hAnsi="Times New Roman" w:cs="Times New Roman"/>
          <w:b/>
        </w:rPr>
      </w:pPr>
    </w:p>
    <w:p w14:paraId="7D73F5F2" w14:textId="2A2C5866" w:rsidR="0061372C" w:rsidRPr="00D454F6" w:rsidRDefault="0061372C" w:rsidP="008322F6">
      <w:pPr>
        <w:spacing w:after="0" w:line="240" w:lineRule="auto"/>
        <w:jc w:val="center"/>
        <w:rPr>
          <w:rFonts w:ascii="Times New Roman" w:hAnsi="Times New Roman" w:cs="Times New Roman"/>
        </w:rPr>
      </w:pPr>
      <w:r w:rsidRPr="00D454F6">
        <w:rPr>
          <w:rFonts w:ascii="Times New Roman" w:hAnsi="Times New Roman" w:cs="Times New Roman"/>
          <w:b/>
        </w:rPr>
        <w:t>Článok 1</w:t>
      </w:r>
    </w:p>
    <w:p w14:paraId="64AF47D0" w14:textId="77777777" w:rsidR="0061372C" w:rsidRPr="00D454F6" w:rsidRDefault="0061372C" w:rsidP="00CB7CC1">
      <w:pPr>
        <w:spacing w:after="0" w:line="240" w:lineRule="auto"/>
        <w:rPr>
          <w:rFonts w:ascii="Times New Roman" w:hAnsi="Times New Roman" w:cs="Times New Roman"/>
        </w:rPr>
      </w:pPr>
      <w:r w:rsidRPr="00D454F6">
        <w:rPr>
          <w:rFonts w:ascii="Times New Roman" w:hAnsi="Times New Roman" w:cs="Times New Roman"/>
          <w:b/>
        </w:rPr>
        <w:t>1.1 Prijímanie na predprimárne vzdelávanie v materskej škole</w:t>
      </w:r>
    </w:p>
    <w:p w14:paraId="17CA19A7" w14:textId="0F4D90F4" w:rsidR="0061372C" w:rsidRPr="008322F6" w:rsidRDefault="0061372C" w:rsidP="00FE5BF0">
      <w:pPr>
        <w:pStyle w:val="Odsekzoznamu"/>
        <w:numPr>
          <w:ilvl w:val="0"/>
          <w:numId w:val="13"/>
        </w:numPr>
        <w:spacing w:after="0" w:line="240" w:lineRule="auto"/>
        <w:jc w:val="both"/>
        <w:rPr>
          <w:rFonts w:ascii="Times New Roman" w:hAnsi="Times New Roman" w:cs="Times New Roman"/>
        </w:rPr>
      </w:pPr>
      <w:r w:rsidRPr="008322F6">
        <w:rPr>
          <w:rFonts w:ascii="Times New Roman" w:hAnsi="Times New Roman" w:cs="Times New Roman"/>
        </w:rPr>
        <w:t>Na predprimárne vzdelávanie v materských školách sa prijímajú deti podľa § 5 ods.14</w:t>
      </w:r>
      <w:r w:rsidR="008322F6" w:rsidRPr="008322F6">
        <w:rPr>
          <w:rFonts w:ascii="Times New Roman" w:hAnsi="Times New Roman" w:cs="Times New Roman"/>
        </w:rPr>
        <w:t xml:space="preserve"> </w:t>
      </w:r>
      <w:r w:rsidRPr="008322F6">
        <w:rPr>
          <w:rFonts w:ascii="Times New Roman" w:hAnsi="Times New Roman" w:cs="Times New Roman"/>
        </w:rPr>
        <w:t>písmeno a)  a § 38 ods. 4 zákona č. 596/2003 Z. z o štátnej správe v školstve a školskej</w:t>
      </w:r>
      <w:r w:rsidR="008322F6" w:rsidRPr="008322F6">
        <w:rPr>
          <w:rFonts w:ascii="Times New Roman" w:hAnsi="Times New Roman" w:cs="Times New Roman"/>
        </w:rPr>
        <w:t xml:space="preserve"> </w:t>
      </w:r>
      <w:r w:rsidRPr="008322F6">
        <w:rPr>
          <w:rFonts w:ascii="Times New Roman" w:hAnsi="Times New Roman" w:cs="Times New Roman"/>
        </w:rPr>
        <w:t>samospráve a o zmene a doplnení niektorých zákonov v znení  neskorších predpisov</w:t>
      </w:r>
      <w:r w:rsidR="008322F6" w:rsidRPr="008322F6">
        <w:rPr>
          <w:rFonts w:ascii="Times New Roman" w:hAnsi="Times New Roman" w:cs="Times New Roman"/>
        </w:rPr>
        <w:t xml:space="preserve"> </w:t>
      </w:r>
      <w:r w:rsidRPr="008322F6">
        <w:rPr>
          <w:rFonts w:ascii="Times New Roman" w:hAnsi="Times New Roman" w:cs="Times New Roman"/>
        </w:rPr>
        <w:t>v nadväznosti na § 59 a 59a školského zákona a o zmene a doplnení niektorých zákonov</w:t>
      </w:r>
      <w:r w:rsidR="008322F6" w:rsidRPr="008322F6">
        <w:rPr>
          <w:rFonts w:ascii="Times New Roman" w:hAnsi="Times New Roman" w:cs="Times New Roman"/>
        </w:rPr>
        <w:t xml:space="preserve"> </w:t>
      </w:r>
      <w:r w:rsidRPr="008322F6">
        <w:rPr>
          <w:rFonts w:ascii="Times New Roman" w:hAnsi="Times New Roman" w:cs="Times New Roman"/>
        </w:rPr>
        <w:t>v znení neskorších predpisov a podľa § 46 a 47 správneho poriadku</w:t>
      </w:r>
      <w:r w:rsidR="00851F21">
        <w:rPr>
          <w:rFonts w:ascii="Times New Roman" w:hAnsi="Times New Roman" w:cs="Times New Roman"/>
        </w:rPr>
        <w:t xml:space="preserve"> a podľa aktuálnych usmernení vydaných </w:t>
      </w:r>
      <w:r w:rsidR="00851F21" w:rsidRPr="00851F21">
        <w:rPr>
          <w:rStyle w:val="Vrazn"/>
          <w:rFonts w:ascii="Times New Roman" w:hAnsi="Times New Roman" w:cs="Times New Roman"/>
          <w:b w:val="0"/>
        </w:rPr>
        <w:t>MŠVVaM SR</w:t>
      </w:r>
      <w:r w:rsidR="00851F21" w:rsidRPr="00851F21">
        <w:rPr>
          <w:rFonts w:ascii="Times New Roman" w:hAnsi="Times New Roman" w:cs="Times New Roman"/>
        </w:rPr>
        <w:t>.</w:t>
      </w:r>
    </w:p>
    <w:p w14:paraId="61CBE9CA" w14:textId="77777777" w:rsidR="008322F6" w:rsidRDefault="008322F6" w:rsidP="008322F6">
      <w:pPr>
        <w:pStyle w:val="Odsekzoznamu"/>
        <w:spacing w:after="0" w:line="240" w:lineRule="auto"/>
        <w:ind w:left="360"/>
        <w:jc w:val="both"/>
        <w:rPr>
          <w:rFonts w:ascii="Times New Roman" w:hAnsi="Times New Roman" w:cs="Times New Roman"/>
        </w:rPr>
      </w:pPr>
    </w:p>
    <w:p w14:paraId="4A6EF513" w14:textId="5DBD3E96" w:rsidR="0061372C" w:rsidRDefault="0061372C" w:rsidP="00FE5BF0">
      <w:pPr>
        <w:pStyle w:val="Odsekzoznamu"/>
        <w:numPr>
          <w:ilvl w:val="0"/>
          <w:numId w:val="13"/>
        </w:numPr>
        <w:spacing w:after="0" w:line="240" w:lineRule="auto"/>
        <w:jc w:val="both"/>
        <w:rPr>
          <w:rFonts w:ascii="Times New Roman" w:hAnsi="Times New Roman" w:cs="Times New Roman"/>
        </w:rPr>
      </w:pPr>
      <w:r w:rsidRPr="008322F6">
        <w:rPr>
          <w:rFonts w:ascii="Times New Roman" w:hAnsi="Times New Roman" w:cs="Times New Roman"/>
          <w:b/>
        </w:rPr>
        <w:t>Deti sa prijímajú k začiatku školského roka na základe podania žiadosti v termíne od 1. mája do 31. mája príslušného kalendárneho roka na nový školský rok.</w:t>
      </w:r>
      <w:r w:rsidRPr="008322F6">
        <w:rPr>
          <w:rFonts w:ascii="Times New Roman" w:hAnsi="Times New Roman" w:cs="Times New Roman"/>
        </w:rPr>
        <w:t xml:space="preserve"> Pokiaľ je voľná</w:t>
      </w:r>
      <w:r w:rsidR="008322F6" w:rsidRPr="008322F6">
        <w:rPr>
          <w:rFonts w:ascii="Times New Roman" w:hAnsi="Times New Roman" w:cs="Times New Roman"/>
        </w:rPr>
        <w:t xml:space="preserve"> </w:t>
      </w:r>
      <w:r w:rsidRPr="008322F6">
        <w:rPr>
          <w:rFonts w:ascii="Times New Roman" w:hAnsi="Times New Roman" w:cs="Times New Roman"/>
        </w:rPr>
        <w:t>kapacita pri uvoľnení miesta, tak aj v priebehu školského roka.</w:t>
      </w:r>
    </w:p>
    <w:p w14:paraId="3C21E7DB" w14:textId="77777777" w:rsidR="008322F6" w:rsidRPr="008322F6" w:rsidRDefault="008322F6" w:rsidP="008322F6">
      <w:pPr>
        <w:pStyle w:val="Odsekzoznamu"/>
        <w:rPr>
          <w:rFonts w:ascii="Times New Roman" w:hAnsi="Times New Roman" w:cs="Times New Roman"/>
        </w:rPr>
      </w:pPr>
    </w:p>
    <w:p w14:paraId="3BA79F2D" w14:textId="5D486899" w:rsidR="0061372C" w:rsidRDefault="0061372C" w:rsidP="00FE5BF0">
      <w:pPr>
        <w:pStyle w:val="Odsekzoznamu"/>
        <w:numPr>
          <w:ilvl w:val="0"/>
          <w:numId w:val="13"/>
        </w:numPr>
        <w:spacing w:after="0" w:line="240" w:lineRule="auto"/>
        <w:jc w:val="both"/>
        <w:rPr>
          <w:rFonts w:ascii="Times New Roman" w:hAnsi="Times New Roman" w:cs="Times New Roman"/>
        </w:rPr>
      </w:pPr>
      <w:r w:rsidRPr="008322F6">
        <w:rPr>
          <w:rFonts w:ascii="Times New Roman" w:hAnsi="Times New Roman" w:cs="Times New Roman"/>
        </w:rPr>
        <w:t>Miesto a termín podávania žiadostí na nasledujúci školský rok zverejní riaditeľka materskej</w:t>
      </w:r>
      <w:r w:rsidR="008322F6" w:rsidRPr="008322F6">
        <w:rPr>
          <w:rFonts w:ascii="Times New Roman" w:hAnsi="Times New Roman" w:cs="Times New Roman"/>
        </w:rPr>
        <w:t xml:space="preserve"> </w:t>
      </w:r>
      <w:r w:rsidRPr="008322F6">
        <w:rPr>
          <w:rFonts w:ascii="Times New Roman" w:hAnsi="Times New Roman" w:cs="Times New Roman"/>
        </w:rPr>
        <w:t>školy po dohode so zriaďovateľom v hlavnom vchode  budovy, na webovom sídle školy,</w:t>
      </w:r>
      <w:r w:rsidR="008322F6" w:rsidRPr="008322F6">
        <w:rPr>
          <w:rFonts w:ascii="Times New Roman" w:hAnsi="Times New Roman" w:cs="Times New Roman"/>
        </w:rPr>
        <w:t xml:space="preserve"> </w:t>
      </w:r>
      <w:r w:rsidRPr="008322F6">
        <w:rPr>
          <w:rFonts w:ascii="Times New Roman" w:hAnsi="Times New Roman" w:cs="Times New Roman"/>
        </w:rPr>
        <w:t xml:space="preserve">v </w:t>
      </w:r>
      <w:r w:rsidRPr="008322F6">
        <w:rPr>
          <w:rFonts w:ascii="Times New Roman" w:hAnsi="Times New Roman" w:cs="Times New Roman"/>
        </w:rPr>
        <w:lastRenderedPageBreak/>
        <w:t xml:space="preserve">časopise </w:t>
      </w:r>
      <w:proofErr w:type="spellStart"/>
      <w:r w:rsidRPr="008322F6">
        <w:rPr>
          <w:rFonts w:ascii="Times New Roman" w:hAnsi="Times New Roman" w:cs="Times New Roman"/>
        </w:rPr>
        <w:t>Kovarský</w:t>
      </w:r>
      <w:proofErr w:type="spellEnd"/>
      <w:r w:rsidRPr="008322F6">
        <w:rPr>
          <w:rFonts w:ascii="Times New Roman" w:hAnsi="Times New Roman" w:cs="Times New Roman"/>
        </w:rPr>
        <w:t xml:space="preserve"> mesačník a v obecnom rozhlase.</w:t>
      </w:r>
      <w:r w:rsidR="008322F6" w:rsidRPr="008322F6">
        <w:rPr>
          <w:rFonts w:ascii="Times New Roman" w:hAnsi="Times New Roman" w:cs="Times New Roman"/>
        </w:rPr>
        <w:t xml:space="preserve"> </w:t>
      </w:r>
      <w:r w:rsidRPr="008322F6">
        <w:rPr>
          <w:rFonts w:ascii="Times New Roman" w:hAnsi="Times New Roman" w:cs="Times New Roman"/>
        </w:rPr>
        <w:t>Riaditeľka spolu s miestom a termínom zverejní aj podmienky prijímania detí do materskej</w:t>
      </w:r>
      <w:r w:rsidR="008322F6" w:rsidRPr="008322F6">
        <w:rPr>
          <w:rFonts w:ascii="Times New Roman" w:hAnsi="Times New Roman" w:cs="Times New Roman"/>
        </w:rPr>
        <w:t xml:space="preserve"> </w:t>
      </w:r>
      <w:r w:rsidRPr="008322F6">
        <w:rPr>
          <w:rFonts w:ascii="Times New Roman" w:hAnsi="Times New Roman" w:cs="Times New Roman"/>
        </w:rPr>
        <w:t>školy.</w:t>
      </w:r>
    </w:p>
    <w:p w14:paraId="645D3F57" w14:textId="77777777" w:rsidR="008322F6" w:rsidRPr="008322F6" w:rsidRDefault="008322F6" w:rsidP="008322F6">
      <w:pPr>
        <w:pStyle w:val="Odsekzoznamu"/>
        <w:rPr>
          <w:rFonts w:ascii="Times New Roman" w:hAnsi="Times New Roman" w:cs="Times New Roman"/>
        </w:rPr>
      </w:pPr>
    </w:p>
    <w:p w14:paraId="7090D2A4" w14:textId="1D817D02" w:rsidR="0061372C" w:rsidRPr="00C966BC" w:rsidRDefault="0061372C" w:rsidP="00FE5BF0">
      <w:pPr>
        <w:pStyle w:val="Odsekzoznamu"/>
        <w:numPr>
          <w:ilvl w:val="0"/>
          <w:numId w:val="13"/>
        </w:numPr>
        <w:spacing w:after="0" w:line="240" w:lineRule="auto"/>
        <w:jc w:val="both"/>
        <w:rPr>
          <w:rFonts w:ascii="Times New Roman" w:hAnsi="Times New Roman" w:cs="Times New Roman"/>
        </w:rPr>
      </w:pPr>
      <w:r w:rsidRPr="00C966BC">
        <w:rPr>
          <w:rFonts w:ascii="Times New Roman" w:hAnsi="Times New Roman" w:cs="Times New Roman"/>
        </w:rPr>
        <w:t>Dieťa sa na predprimárne vzdelávanie prijíma na základe žiadosti zákonného zástupcu, ktorú</w:t>
      </w:r>
      <w:r w:rsidR="008322F6" w:rsidRPr="00C966BC">
        <w:rPr>
          <w:rFonts w:ascii="Times New Roman" w:hAnsi="Times New Roman" w:cs="Times New Roman"/>
        </w:rPr>
        <w:t xml:space="preserve"> </w:t>
      </w:r>
      <w:r w:rsidRPr="00C966BC">
        <w:rPr>
          <w:rFonts w:ascii="Times New Roman" w:hAnsi="Times New Roman" w:cs="Times New Roman"/>
        </w:rPr>
        <w:t>podáva riaditeľke materskej školy spolu s potvrdením o zdravotnej spôsobilosti od</w:t>
      </w:r>
      <w:r w:rsidR="008322F6" w:rsidRPr="00C966BC">
        <w:rPr>
          <w:rFonts w:ascii="Times New Roman" w:hAnsi="Times New Roman" w:cs="Times New Roman"/>
        </w:rPr>
        <w:t xml:space="preserve"> </w:t>
      </w:r>
      <w:r w:rsidRPr="00C966BC">
        <w:rPr>
          <w:rFonts w:ascii="Times New Roman" w:hAnsi="Times New Roman" w:cs="Times New Roman"/>
        </w:rPr>
        <w:t>všeobecného lekára pre deti a dorast, ktorého súčasťou je aj údaj o povinnom očkovaní dieťaťa</w:t>
      </w:r>
      <w:r w:rsidR="008322F6" w:rsidRPr="00C966BC">
        <w:rPr>
          <w:rFonts w:ascii="Times New Roman" w:hAnsi="Times New Roman" w:cs="Times New Roman"/>
        </w:rPr>
        <w:t xml:space="preserve"> </w:t>
      </w:r>
      <w:r w:rsidRPr="00C966BC">
        <w:rPr>
          <w:rFonts w:ascii="Times New Roman" w:hAnsi="Times New Roman" w:cs="Times New Roman"/>
        </w:rPr>
        <w:t>(v zmysle § 57 ods. 13 zákona č. 355/2007 Z. z. - zákon o ochrane, podpore a rozvoji</w:t>
      </w:r>
      <w:r w:rsidR="00C966BC" w:rsidRPr="00C966BC">
        <w:rPr>
          <w:rFonts w:ascii="Times New Roman" w:hAnsi="Times New Roman" w:cs="Times New Roman"/>
        </w:rPr>
        <w:t xml:space="preserve"> </w:t>
      </w:r>
      <w:r w:rsidRPr="00C966BC">
        <w:rPr>
          <w:rFonts w:ascii="Times New Roman" w:hAnsi="Times New Roman" w:cs="Times New Roman"/>
        </w:rPr>
        <w:t>verejného zdravia a o zmene a doplnení niektorých zákonov).</w:t>
      </w:r>
    </w:p>
    <w:p w14:paraId="7EEDCCEB" w14:textId="77777777" w:rsidR="0061372C" w:rsidRPr="00D454F6" w:rsidRDefault="0061372C" w:rsidP="00C966BC">
      <w:pPr>
        <w:spacing w:after="0" w:line="240" w:lineRule="auto"/>
        <w:ind w:firstLine="360"/>
        <w:jc w:val="both"/>
        <w:rPr>
          <w:rFonts w:ascii="Times New Roman" w:hAnsi="Times New Roman" w:cs="Times New Roman"/>
        </w:rPr>
      </w:pPr>
      <w:r w:rsidRPr="00D454F6">
        <w:rPr>
          <w:rFonts w:ascii="Times New Roman" w:hAnsi="Times New Roman" w:cs="Times New Roman"/>
        </w:rPr>
        <w:t>Zákonný zástupca môže podať žiadosť osobne, poštou, elektronicky (mailom, príp. formou</w:t>
      </w:r>
    </w:p>
    <w:p w14:paraId="03DB5095" w14:textId="77777777" w:rsidR="0061372C" w:rsidRPr="00D454F6" w:rsidRDefault="0061372C" w:rsidP="00C966BC">
      <w:pPr>
        <w:spacing w:after="0" w:line="240" w:lineRule="auto"/>
        <w:ind w:firstLine="360"/>
        <w:jc w:val="both"/>
        <w:rPr>
          <w:rFonts w:ascii="Times New Roman" w:hAnsi="Times New Roman" w:cs="Times New Roman"/>
        </w:rPr>
      </w:pPr>
      <w:r w:rsidRPr="00D454F6">
        <w:rPr>
          <w:rFonts w:ascii="Times New Roman" w:hAnsi="Times New Roman" w:cs="Times New Roman"/>
        </w:rPr>
        <w:t>elektronického dokumentu, ktorý je autorizovaný kvalifikovaným elektronickým podpisom).</w:t>
      </w:r>
    </w:p>
    <w:p w14:paraId="5858AB34" w14:textId="15F9BDC3" w:rsidR="0061372C" w:rsidRPr="00D454F6" w:rsidRDefault="0061372C" w:rsidP="00C966BC">
      <w:pPr>
        <w:spacing w:after="0" w:line="240" w:lineRule="auto"/>
        <w:ind w:left="360"/>
        <w:jc w:val="both"/>
        <w:rPr>
          <w:rFonts w:ascii="Times New Roman" w:hAnsi="Times New Roman" w:cs="Times New Roman"/>
        </w:rPr>
      </w:pPr>
      <w:r w:rsidRPr="00D454F6">
        <w:rPr>
          <w:rFonts w:ascii="Times New Roman" w:hAnsi="Times New Roman" w:cs="Times New Roman"/>
        </w:rPr>
        <w:t>Materská škola má vlastný formulár žiadosti o prijatie na predprimárne vzdelávanie, ale</w:t>
      </w:r>
      <w:r w:rsidR="00C966BC">
        <w:rPr>
          <w:rFonts w:ascii="Times New Roman" w:hAnsi="Times New Roman" w:cs="Times New Roman"/>
        </w:rPr>
        <w:t xml:space="preserve"> </w:t>
      </w:r>
      <w:r w:rsidRPr="00D454F6">
        <w:rPr>
          <w:rFonts w:ascii="Times New Roman" w:hAnsi="Times New Roman" w:cs="Times New Roman"/>
        </w:rPr>
        <w:t>prevezme od zákonného zástupcu aj inú formu žiadosti, ktorá obsahuje náležitosti § 11 ods.6</w:t>
      </w:r>
      <w:r w:rsidR="00C966BC">
        <w:rPr>
          <w:rFonts w:ascii="Times New Roman" w:hAnsi="Times New Roman" w:cs="Times New Roman"/>
        </w:rPr>
        <w:t xml:space="preserve"> </w:t>
      </w:r>
      <w:r w:rsidRPr="00D454F6">
        <w:rPr>
          <w:rFonts w:ascii="Times New Roman" w:hAnsi="Times New Roman" w:cs="Times New Roman"/>
        </w:rPr>
        <w:t>písmeno a) prvého až šiesteho bodu a písmeno b) školského zákona, formu organizácie</w:t>
      </w:r>
      <w:r w:rsidR="00C966BC">
        <w:rPr>
          <w:rFonts w:ascii="Times New Roman" w:hAnsi="Times New Roman" w:cs="Times New Roman"/>
        </w:rPr>
        <w:t xml:space="preserve"> </w:t>
      </w:r>
      <w:r w:rsidRPr="00D454F6">
        <w:rPr>
          <w:rFonts w:ascii="Times New Roman" w:hAnsi="Times New Roman" w:cs="Times New Roman"/>
        </w:rPr>
        <w:t>a výchovy a vzdelávania podľa § 28 ods. 2 a vyučovací jazyk, v ktorom má byť predprimárne</w:t>
      </w:r>
      <w:r w:rsidR="00C966BC">
        <w:rPr>
          <w:rFonts w:ascii="Times New Roman" w:hAnsi="Times New Roman" w:cs="Times New Roman"/>
        </w:rPr>
        <w:t xml:space="preserve"> </w:t>
      </w:r>
      <w:r w:rsidRPr="00D454F6">
        <w:rPr>
          <w:rFonts w:ascii="Times New Roman" w:hAnsi="Times New Roman" w:cs="Times New Roman"/>
        </w:rPr>
        <w:t>vzdelávanie poskytované. V opačnom prípade riaditeľka požiada o doplnenie údajov.</w:t>
      </w:r>
    </w:p>
    <w:p w14:paraId="5CACDE55" w14:textId="77777777" w:rsidR="0061372C" w:rsidRDefault="0061372C" w:rsidP="008322F6">
      <w:pPr>
        <w:spacing w:after="0" w:line="240" w:lineRule="auto"/>
        <w:jc w:val="both"/>
        <w:rPr>
          <w:rFonts w:ascii="Times New Roman" w:hAnsi="Times New Roman" w:cs="Times New Roman"/>
        </w:rPr>
      </w:pPr>
    </w:p>
    <w:p w14:paraId="6EDA37B2" w14:textId="0D61D602" w:rsidR="0061372C" w:rsidRPr="00D454F6" w:rsidRDefault="0061372C" w:rsidP="00FE5BF0">
      <w:pPr>
        <w:pStyle w:val="Odsekzoznamu"/>
        <w:numPr>
          <w:ilvl w:val="0"/>
          <w:numId w:val="13"/>
        </w:numPr>
        <w:spacing w:after="0" w:line="240" w:lineRule="auto"/>
        <w:jc w:val="both"/>
        <w:rPr>
          <w:rFonts w:ascii="Times New Roman" w:hAnsi="Times New Roman" w:cs="Times New Roman"/>
        </w:rPr>
      </w:pPr>
      <w:r w:rsidRPr="00D454F6">
        <w:rPr>
          <w:rFonts w:ascii="Times New Roman" w:hAnsi="Times New Roman" w:cs="Times New Roman"/>
        </w:rPr>
        <w:t>Pri prijímaní detí do materskej školy sa musí dodržiavať zásad</w:t>
      </w:r>
      <w:r w:rsidR="00C966BC">
        <w:rPr>
          <w:rFonts w:ascii="Times New Roman" w:hAnsi="Times New Roman" w:cs="Times New Roman"/>
        </w:rPr>
        <w:t>y</w:t>
      </w:r>
    </w:p>
    <w:p w14:paraId="4497992E" w14:textId="4326C814" w:rsidR="0061372C" w:rsidRDefault="0061372C" w:rsidP="00FE5BF0">
      <w:pPr>
        <w:pStyle w:val="Odsekzoznamu"/>
        <w:numPr>
          <w:ilvl w:val="0"/>
          <w:numId w:val="11"/>
        </w:numPr>
        <w:spacing w:after="0" w:line="240" w:lineRule="auto"/>
        <w:rPr>
          <w:rFonts w:ascii="Times New Roman" w:hAnsi="Times New Roman" w:cs="Times New Roman"/>
        </w:rPr>
      </w:pPr>
      <w:r w:rsidRPr="00C966BC">
        <w:rPr>
          <w:rFonts w:ascii="Times New Roman" w:hAnsi="Times New Roman" w:cs="Times New Roman"/>
        </w:rPr>
        <w:t>rovnoprávnosti prístupu k výchove a vzdelávaniu  (§ 3 písm. c) školského zákona</w:t>
      </w:r>
      <w:r w:rsidR="00C966BC">
        <w:rPr>
          <w:rFonts w:ascii="Times New Roman" w:hAnsi="Times New Roman" w:cs="Times New Roman"/>
        </w:rPr>
        <w:t>,</w:t>
      </w:r>
    </w:p>
    <w:p w14:paraId="4E920D7B" w14:textId="0C2E8308" w:rsidR="0061372C" w:rsidRPr="00C966BC" w:rsidRDefault="0061372C" w:rsidP="00FE5BF0">
      <w:pPr>
        <w:pStyle w:val="Odsekzoznamu"/>
        <w:numPr>
          <w:ilvl w:val="0"/>
          <w:numId w:val="11"/>
        </w:numPr>
        <w:spacing w:after="0" w:line="240" w:lineRule="auto"/>
        <w:rPr>
          <w:rFonts w:ascii="Times New Roman" w:hAnsi="Times New Roman" w:cs="Times New Roman"/>
        </w:rPr>
      </w:pPr>
      <w:r w:rsidRPr="00C966BC">
        <w:rPr>
          <w:rFonts w:ascii="Times New Roman" w:hAnsi="Times New Roman" w:cs="Times New Roman"/>
        </w:rPr>
        <w:t>zákazu akýchkoľvek foriem diskriminácie  a obzvlášť segregácie (§ 3 písm. d školského</w:t>
      </w:r>
      <w:r w:rsidR="00C966BC" w:rsidRPr="00C966BC">
        <w:rPr>
          <w:rFonts w:ascii="Times New Roman" w:hAnsi="Times New Roman" w:cs="Times New Roman"/>
        </w:rPr>
        <w:t xml:space="preserve"> </w:t>
      </w:r>
      <w:r w:rsidRPr="00C966BC">
        <w:rPr>
          <w:rFonts w:ascii="Times New Roman" w:hAnsi="Times New Roman" w:cs="Times New Roman"/>
        </w:rPr>
        <w:t>zákona.</w:t>
      </w:r>
    </w:p>
    <w:p w14:paraId="541BF515" w14:textId="77777777" w:rsidR="0061372C" w:rsidRDefault="0061372C" w:rsidP="00CB7CC1">
      <w:pPr>
        <w:spacing w:after="0" w:line="240" w:lineRule="auto"/>
        <w:rPr>
          <w:rFonts w:ascii="Times New Roman" w:hAnsi="Times New Roman" w:cs="Times New Roman"/>
        </w:rPr>
      </w:pPr>
    </w:p>
    <w:p w14:paraId="4742CFD8" w14:textId="0B64825A" w:rsidR="0061372C" w:rsidRPr="00C966BC" w:rsidRDefault="0061372C" w:rsidP="00FE5BF0">
      <w:pPr>
        <w:pStyle w:val="Odsekzoznamu"/>
        <w:numPr>
          <w:ilvl w:val="0"/>
          <w:numId w:val="13"/>
        </w:numPr>
        <w:spacing w:after="0" w:line="240" w:lineRule="auto"/>
        <w:jc w:val="both"/>
        <w:rPr>
          <w:rFonts w:ascii="Times New Roman" w:hAnsi="Times New Roman" w:cs="Times New Roman"/>
        </w:rPr>
      </w:pPr>
      <w:r w:rsidRPr="00C966BC">
        <w:rPr>
          <w:rFonts w:ascii="Times New Roman" w:hAnsi="Times New Roman" w:cs="Times New Roman"/>
        </w:rPr>
        <w:t xml:space="preserve">Na predprimárne vzdelávanie sa prijímajú deti vo veku od troch do šiestich rokov. </w:t>
      </w:r>
      <w:r w:rsidRPr="00C966BC">
        <w:rPr>
          <w:rFonts w:ascii="Times New Roman" w:hAnsi="Times New Roman" w:cs="Times New Roman"/>
          <w:b/>
        </w:rPr>
        <w:t>Do materskej školy možno výnimočne prijať aj deti od dvoch rokov veku</w:t>
      </w:r>
      <w:r w:rsidRPr="00C966BC">
        <w:rPr>
          <w:rFonts w:ascii="Times New Roman" w:hAnsi="Times New Roman" w:cs="Times New Roman"/>
        </w:rPr>
        <w:t>, ak sú vytvorené</w:t>
      </w:r>
      <w:r w:rsidR="00C966BC" w:rsidRPr="00C966BC">
        <w:rPr>
          <w:rFonts w:ascii="Times New Roman" w:hAnsi="Times New Roman" w:cs="Times New Roman"/>
        </w:rPr>
        <w:t xml:space="preserve"> </w:t>
      </w:r>
      <w:r w:rsidRPr="00C966BC">
        <w:rPr>
          <w:rFonts w:ascii="Times New Roman" w:hAnsi="Times New Roman" w:cs="Times New Roman"/>
        </w:rPr>
        <w:t>vhodné materiálne, personálne a iné potrebné podmienky (hlavne kapacitné)a zapísané deti</w:t>
      </w:r>
      <w:r w:rsidR="00C966BC" w:rsidRPr="00C966BC">
        <w:rPr>
          <w:rFonts w:ascii="Times New Roman" w:hAnsi="Times New Roman" w:cs="Times New Roman"/>
        </w:rPr>
        <w:t xml:space="preserve"> </w:t>
      </w:r>
      <w:r w:rsidRPr="00C966BC">
        <w:rPr>
          <w:rFonts w:ascii="Times New Roman" w:hAnsi="Times New Roman" w:cs="Times New Roman"/>
        </w:rPr>
        <w:t>majú zvládnuté kultúrno-hygienické návyky.</w:t>
      </w:r>
    </w:p>
    <w:p w14:paraId="692C6397" w14:textId="77777777" w:rsidR="0061372C" w:rsidRDefault="0061372C" w:rsidP="00CB7CC1">
      <w:pPr>
        <w:spacing w:after="0" w:line="240" w:lineRule="auto"/>
        <w:jc w:val="both"/>
        <w:rPr>
          <w:rFonts w:ascii="Times New Roman" w:hAnsi="Times New Roman" w:cs="Times New Roman"/>
        </w:rPr>
      </w:pPr>
    </w:p>
    <w:p w14:paraId="2B6E0C44" w14:textId="3DE4190A" w:rsidR="0061372C" w:rsidRPr="00C966BC" w:rsidRDefault="0061372C" w:rsidP="00FE5BF0">
      <w:pPr>
        <w:pStyle w:val="Odsekzoznamu"/>
        <w:numPr>
          <w:ilvl w:val="0"/>
          <w:numId w:val="13"/>
        </w:numPr>
        <w:spacing w:after="0" w:line="240" w:lineRule="auto"/>
        <w:jc w:val="both"/>
        <w:rPr>
          <w:rFonts w:ascii="Times New Roman" w:hAnsi="Times New Roman" w:cs="Times New Roman"/>
        </w:rPr>
      </w:pPr>
      <w:r w:rsidRPr="00C966BC">
        <w:rPr>
          <w:rFonts w:ascii="Times New Roman" w:hAnsi="Times New Roman" w:cs="Times New Roman"/>
        </w:rPr>
        <w:t>Do materskej školy môže podať žiadosť o prijatie iba osoba, ktorá má na to oprávnenie. Ak</w:t>
      </w:r>
      <w:r w:rsidR="00C966BC" w:rsidRPr="00C966BC">
        <w:rPr>
          <w:rFonts w:ascii="Times New Roman" w:hAnsi="Times New Roman" w:cs="Times New Roman"/>
        </w:rPr>
        <w:t xml:space="preserve"> </w:t>
      </w:r>
      <w:r w:rsidRPr="00C966BC">
        <w:rPr>
          <w:rFonts w:ascii="Times New Roman" w:hAnsi="Times New Roman" w:cs="Times New Roman"/>
        </w:rPr>
        <w:t>riaditeľka materskej školy zistí, že žiadosť o prijatie dieťaťa podala osoba, ktorá na to nemá</w:t>
      </w:r>
      <w:r w:rsidR="00C966BC" w:rsidRPr="00C966BC">
        <w:rPr>
          <w:rFonts w:ascii="Times New Roman" w:hAnsi="Times New Roman" w:cs="Times New Roman"/>
        </w:rPr>
        <w:t xml:space="preserve"> </w:t>
      </w:r>
      <w:r w:rsidRPr="00C966BC">
        <w:rPr>
          <w:rFonts w:ascii="Times New Roman" w:hAnsi="Times New Roman" w:cs="Times New Roman"/>
        </w:rPr>
        <w:t>oprávnenie, bezodkladne vykoná nápravu a požiada zákonného zástupcu, ktorému je dieťa</w:t>
      </w:r>
      <w:r w:rsidR="00C966BC" w:rsidRPr="00C966BC">
        <w:rPr>
          <w:rFonts w:ascii="Times New Roman" w:hAnsi="Times New Roman" w:cs="Times New Roman"/>
        </w:rPr>
        <w:t xml:space="preserve"> </w:t>
      </w:r>
      <w:r w:rsidRPr="00C966BC">
        <w:rPr>
          <w:rFonts w:ascii="Times New Roman" w:hAnsi="Times New Roman" w:cs="Times New Roman"/>
        </w:rPr>
        <w:t>zverené do výlučnej starostlivosti, o podpísanie žiadosti o prijatie do MŠ.</w:t>
      </w:r>
    </w:p>
    <w:p w14:paraId="37D945A6" w14:textId="77777777" w:rsidR="0061372C" w:rsidRDefault="0061372C" w:rsidP="00CB7CC1">
      <w:pPr>
        <w:spacing w:after="0" w:line="240" w:lineRule="auto"/>
        <w:rPr>
          <w:rFonts w:ascii="Times New Roman" w:hAnsi="Times New Roman" w:cs="Times New Roman"/>
        </w:rPr>
      </w:pPr>
    </w:p>
    <w:p w14:paraId="263C4B4D" w14:textId="5F633F05" w:rsidR="0061372C" w:rsidRDefault="0061372C" w:rsidP="00FE5BF0">
      <w:pPr>
        <w:pStyle w:val="Odsekzoznamu"/>
        <w:numPr>
          <w:ilvl w:val="0"/>
          <w:numId w:val="13"/>
        </w:numPr>
        <w:spacing w:after="0" w:line="240" w:lineRule="auto"/>
        <w:jc w:val="both"/>
        <w:rPr>
          <w:rFonts w:ascii="Times New Roman" w:hAnsi="Times New Roman" w:cs="Times New Roman"/>
        </w:rPr>
      </w:pPr>
      <w:r w:rsidRPr="00C966BC">
        <w:rPr>
          <w:rFonts w:ascii="Times New Roman" w:hAnsi="Times New Roman" w:cs="Times New Roman"/>
        </w:rPr>
        <w:t>Písomné rozhodnutie o prijatí, resp. neprijatí dieťaťa do materskej školy k začiatku školského</w:t>
      </w:r>
      <w:r w:rsidR="00C966BC" w:rsidRPr="00C966BC">
        <w:rPr>
          <w:rFonts w:ascii="Times New Roman" w:hAnsi="Times New Roman" w:cs="Times New Roman"/>
        </w:rPr>
        <w:t xml:space="preserve"> </w:t>
      </w:r>
      <w:r w:rsidRPr="00C966BC">
        <w:rPr>
          <w:rFonts w:ascii="Times New Roman" w:hAnsi="Times New Roman" w:cs="Times New Roman"/>
        </w:rPr>
        <w:t>roka riaditeľka vydá do 30. júna príslušného kalendárneho roka. V prípade prijímania</w:t>
      </w:r>
      <w:r w:rsidR="00C966BC" w:rsidRPr="00C966BC">
        <w:rPr>
          <w:rFonts w:ascii="Times New Roman" w:hAnsi="Times New Roman" w:cs="Times New Roman"/>
        </w:rPr>
        <w:t xml:space="preserve"> </w:t>
      </w:r>
      <w:r w:rsidRPr="00C966BC">
        <w:rPr>
          <w:rFonts w:ascii="Times New Roman" w:hAnsi="Times New Roman" w:cs="Times New Roman"/>
        </w:rPr>
        <w:t>v priebehu školského roka do tridsiatich dní odo dňa podania žiadosti.</w:t>
      </w:r>
    </w:p>
    <w:p w14:paraId="723384A2" w14:textId="77777777" w:rsidR="00EB3E60" w:rsidRPr="00EB3E60" w:rsidRDefault="00EB3E60" w:rsidP="00EB3E60">
      <w:pPr>
        <w:pStyle w:val="Odsekzoznamu"/>
        <w:rPr>
          <w:rFonts w:ascii="Times New Roman" w:hAnsi="Times New Roman" w:cs="Times New Roman"/>
        </w:rPr>
      </w:pPr>
    </w:p>
    <w:p w14:paraId="0F0B3BC4" w14:textId="5C9B9008" w:rsidR="000A3713" w:rsidRPr="00EB3E60" w:rsidRDefault="00D454F6" w:rsidP="00FE5BF0">
      <w:pPr>
        <w:pStyle w:val="Odsekzoznamu"/>
        <w:numPr>
          <w:ilvl w:val="0"/>
          <w:numId w:val="13"/>
        </w:numPr>
        <w:spacing w:after="0" w:line="240" w:lineRule="auto"/>
        <w:jc w:val="both"/>
        <w:rPr>
          <w:rFonts w:ascii="Times New Roman" w:hAnsi="Times New Roman" w:cs="Times New Roman"/>
        </w:rPr>
      </w:pPr>
      <w:r w:rsidRPr="00EB3E60">
        <w:rPr>
          <w:rFonts w:ascii="Times New Roman" w:hAnsi="Times New Roman" w:cs="Times New Roman"/>
        </w:rPr>
        <w:t>Od 1. septembra 2023  sa podľa § 28d ods. 1 a 2 školského zákona môže uplatňovať v praxi aj</w:t>
      </w:r>
      <w:r w:rsidR="0061372C" w:rsidRPr="00EB3E60">
        <w:rPr>
          <w:rFonts w:ascii="Times New Roman" w:hAnsi="Times New Roman" w:cs="Times New Roman"/>
        </w:rPr>
        <w:t xml:space="preserve"> </w:t>
      </w:r>
      <w:r w:rsidRPr="00EB3E60">
        <w:rPr>
          <w:rFonts w:ascii="Times New Roman" w:hAnsi="Times New Roman" w:cs="Times New Roman"/>
          <w:b/>
        </w:rPr>
        <w:t>prijímanie detí prestupom.</w:t>
      </w:r>
    </w:p>
    <w:p w14:paraId="3D007817" w14:textId="77777777" w:rsidR="00CB7CC1" w:rsidRDefault="00CB7CC1" w:rsidP="00CB7CC1">
      <w:pPr>
        <w:spacing w:after="0" w:line="240" w:lineRule="auto"/>
        <w:rPr>
          <w:rFonts w:ascii="Times New Roman" w:hAnsi="Times New Roman" w:cs="Times New Roman"/>
          <w:b/>
        </w:rPr>
      </w:pPr>
    </w:p>
    <w:p w14:paraId="560BD26F" w14:textId="77777777" w:rsidR="000A3713" w:rsidRPr="00D454F6" w:rsidRDefault="00D454F6" w:rsidP="00CB7CC1">
      <w:pPr>
        <w:spacing w:after="0" w:line="240" w:lineRule="auto"/>
        <w:rPr>
          <w:rFonts w:ascii="Times New Roman" w:hAnsi="Times New Roman" w:cs="Times New Roman"/>
        </w:rPr>
      </w:pPr>
      <w:r w:rsidRPr="00D454F6">
        <w:rPr>
          <w:rFonts w:ascii="Times New Roman" w:hAnsi="Times New Roman" w:cs="Times New Roman"/>
          <w:b/>
        </w:rPr>
        <w:t>1.2 Povinné predprimárne vzdelávanie</w:t>
      </w:r>
    </w:p>
    <w:p w14:paraId="2E3F8086" w14:textId="71DEC919" w:rsidR="00CB7CC1" w:rsidRDefault="00D454F6" w:rsidP="00EB3E60">
      <w:pPr>
        <w:spacing w:after="0" w:line="240" w:lineRule="auto"/>
        <w:jc w:val="both"/>
        <w:rPr>
          <w:rFonts w:ascii="Times New Roman" w:hAnsi="Times New Roman" w:cs="Times New Roman"/>
        </w:rPr>
      </w:pPr>
      <w:r w:rsidRPr="00D454F6">
        <w:rPr>
          <w:rFonts w:ascii="Times New Roman" w:hAnsi="Times New Roman" w:cs="Times New Roman"/>
        </w:rPr>
        <w:t>Pre dieťa, ktoré dosiahlo päť rokov veku je predprimárne vzdelávanie povinné. Nevydáva sa</w:t>
      </w:r>
      <w:r w:rsidR="00EB3E60">
        <w:rPr>
          <w:rFonts w:ascii="Times New Roman" w:hAnsi="Times New Roman" w:cs="Times New Roman"/>
        </w:rPr>
        <w:t xml:space="preserve"> </w:t>
      </w:r>
      <w:r w:rsidRPr="00D454F6">
        <w:rPr>
          <w:rFonts w:ascii="Times New Roman" w:hAnsi="Times New Roman" w:cs="Times New Roman"/>
        </w:rPr>
        <w:t>o tom žiadne rozhodnutie, naďalej pokračuje v dochádzke do materskej školy, ak už bolo prijaté</w:t>
      </w:r>
      <w:r w:rsidR="00EB3E60">
        <w:rPr>
          <w:rFonts w:ascii="Times New Roman" w:hAnsi="Times New Roman" w:cs="Times New Roman"/>
        </w:rPr>
        <w:t xml:space="preserve"> </w:t>
      </w:r>
      <w:r w:rsidRPr="00D454F6">
        <w:rPr>
          <w:rFonts w:ascii="Times New Roman" w:hAnsi="Times New Roman" w:cs="Times New Roman"/>
        </w:rPr>
        <w:t>predtým.</w:t>
      </w:r>
    </w:p>
    <w:p w14:paraId="30290C86" w14:textId="66552EA3" w:rsidR="000A3713" w:rsidRDefault="00D454F6" w:rsidP="00EB3E60">
      <w:pPr>
        <w:spacing w:after="0" w:line="240" w:lineRule="auto"/>
        <w:jc w:val="both"/>
        <w:rPr>
          <w:rFonts w:ascii="Times New Roman" w:hAnsi="Times New Roman" w:cs="Times New Roman"/>
        </w:rPr>
      </w:pPr>
      <w:r w:rsidRPr="00D454F6">
        <w:rPr>
          <w:rFonts w:ascii="Times New Roman" w:hAnsi="Times New Roman" w:cs="Times New Roman"/>
        </w:rPr>
        <w:t>Dieťa môže plniť povinné predprimárne vzdelávanie aj formou individuálneho vzdelávania,</w:t>
      </w:r>
      <w:r w:rsidR="00EB3E60">
        <w:rPr>
          <w:rFonts w:ascii="Times New Roman" w:hAnsi="Times New Roman" w:cs="Times New Roman"/>
        </w:rPr>
        <w:t xml:space="preserve"> </w:t>
      </w:r>
      <w:r w:rsidRPr="00D454F6">
        <w:rPr>
          <w:rFonts w:ascii="Times New Roman" w:hAnsi="Times New Roman" w:cs="Times New Roman"/>
        </w:rPr>
        <w:t>prípadne oslobodenia od dochádzky do materskej školy po splnení zákonom stanovených</w:t>
      </w:r>
      <w:r w:rsidR="00EB3E60">
        <w:rPr>
          <w:rFonts w:ascii="Times New Roman" w:hAnsi="Times New Roman" w:cs="Times New Roman"/>
        </w:rPr>
        <w:t xml:space="preserve"> </w:t>
      </w:r>
      <w:r w:rsidRPr="00D454F6">
        <w:rPr>
          <w:rFonts w:ascii="Times New Roman" w:hAnsi="Times New Roman" w:cs="Times New Roman"/>
        </w:rPr>
        <w:t>podmienok.</w:t>
      </w:r>
    </w:p>
    <w:p w14:paraId="31D23CBC" w14:textId="77777777" w:rsidR="00CB7CC1" w:rsidRPr="00D454F6" w:rsidRDefault="00CB7CC1" w:rsidP="00CB7CC1">
      <w:pPr>
        <w:spacing w:after="0" w:line="240" w:lineRule="auto"/>
        <w:rPr>
          <w:rFonts w:ascii="Times New Roman" w:hAnsi="Times New Roman" w:cs="Times New Roman"/>
        </w:rPr>
      </w:pPr>
    </w:p>
    <w:p w14:paraId="6970B9C8" w14:textId="77777777" w:rsidR="000A3713" w:rsidRPr="00CB7CC1" w:rsidRDefault="00D454F6" w:rsidP="00CB7CC1">
      <w:pPr>
        <w:spacing w:after="0" w:line="240" w:lineRule="auto"/>
        <w:rPr>
          <w:rFonts w:ascii="Times New Roman" w:hAnsi="Times New Roman" w:cs="Times New Roman"/>
          <w:b/>
        </w:rPr>
      </w:pPr>
      <w:r w:rsidRPr="00D454F6">
        <w:rPr>
          <w:rFonts w:ascii="Times New Roman" w:hAnsi="Times New Roman" w:cs="Times New Roman"/>
          <w:b/>
        </w:rPr>
        <w:t>1.3. Pokračovanie povinného predprimárneho vzdelávania</w:t>
      </w:r>
    </w:p>
    <w:p w14:paraId="78970A06" w14:textId="77777777" w:rsidR="00ED379F" w:rsidRDefault="00D454F6" w:rsidP="00EB3E60">
      <w:pPr>
        <w:spacing w:after="0" w:line="240" w:lineRule="auto"/>
        <w:jc w:val="both"/>
        <w:rPr>
          <w:rFonts w:ascii="Times New Roman" w:hAnsi="Times New Roman" w:cs="Times New Roman"/>
        </w:rPr>
      </w:pPr>
      <w:r w:rsidRPr="00D454F6">
        <w:rPr>
          <w:rFonts w:ascii="Times New Roman" w:hAnsi="Times New Roman" w:cs="Times New Roman"/>
        </w:rPr>
        <w:t>Ak dieťa po absolvovaní povinného predprimárneho vzdelávania nedosahuje školskú zrelosť,</w:t>
      </w:r>
      <w:r w:rsidR="00EB3E60">
        <w:rPr>
          <w:rFonts w:ascii="Times New Roman" w:hAnsi="Times New Roman" w:cs="Times New Roman"/>
        </w:rPr>
        <w:t xml:space="preserve"> </w:t>
      </w:r>
      <w:r w:rsidRPr="00D454F6">
        <w:rPr>
          <w:rFonts w:ascii="Times New Roman" w:hAnsi="Times New Roman" w:cs="Times New Roman"/>
        </w:rPr>
        <w:t>zostáva naďalej v materskej škole a pokračuje v plnení povinného predprimárneho vzdelávania.</w:t>
      </w:r>
      <w:r w:rsidR="00ED379F">
        <w:rPr>
          <w:rFonts w:ascii="Times New Roman" w:hAnsi="Times New Roman" w:cs="Times New Roman"/>
        </w:rPr>
        <w:t xml:space="preserve"> </w:t>
      </w:r>
      <w:r w:rsidRPr="00D454F6">
        <w:rPr>
          <w:rFonts w:ascii="Times New Roman" w:hAnsi="Times New Roman" w:cs="Times New Roman"/>
        </w:rPr>
        <w:t>K tomu rodič  prikladá predloží riaditeľke spravidla do konca mája v príslušnom školskom roku:</w:t>
      </w:r>
      <w:r w:rsidR="00ED379F">
        <w:rPr>
          <w:rFonts w:ascii="Times New Roman" w:hAnsi="Times New Roman" w:cs="Times New Roman"/>
        </w:rPr>
        <w:t xml:space="preserve"> </w:t>
      </w:r>
    </w:p>
    <w:p w14:paraId="221742D1" w14:textId="6861E99B" w:rsidR="000A3713" w:rsidRDefault="00D454F6" w:rsidP="00FE5BF0">
      <w:pPr>
        <w:pStyle w:val="Odsekzoznamu"/>
        <w:numPr>
          <w:ilvl w:val="0"/>
          <w:numId w:val="14"/>
        </w:numPr>
        <w:spacing w:after="0" w:line="240" w:lineRule="auto"/>
        <w:jc w:val="both"/>
        <w:rPr>
          <w:rFonts w:ascii="Times New Roman" w:hAnsi="Times New Roman" w:cs="Times New Roman"/>
        </w:rPr>
      </w:pPr>
      <w:r w:rsidRPr="00ED379F">
        <w:rPr>
          <w:rFonts w:ascii="Times New Roman" w:hAnsi="Times New Roman" w:cs="Times New Roman"/>
        </w:rPr>
        <w:lastRenderedPageBreak/>
        <w:t>informovaný súhlas rodiča s pokračovaním plnenia povinného predprimárneho</w:t>
      </w:r>
      <w:r w:rsidR="00ED379F" w:rsidRPr="00ED379F">
        <w:rPr>
          <w:rFonts w:ascii="Times New Roman" w:hAnsi="Times New Roman" w:cs="Times New Roman"/>
        </w:rPr>
        <w:t xml:space="preserve"> </w:t>
      </w:r>
      <w:r w:rsidRPr="00ED379F">
        <w:rPr>
          <w:rFonts w:ascii="Times New Roman" w:hAnsi="Times New Roman" w:cs="Times New Roman"/>
        </w:rPr>
        <w:t>vzdelávania dieťaťa,</w:t>
      </w:r>
    </w:p>
    <w:p w14:paraId="32A3AF45" w14:textId="7CBBC74F" w:rsidR="000A3713" w:rsidRDefault="00D454F6" w:rsidP="00FE5BF0">
      <w:pPr>
        <w:pStyle w:val="Odsekzoznamu"/>
        <w:numPr>
          <w:ilvl w:val="0"/>
          <w:numId w:val="14"/>
        </w:numPr>
        <w:spacing w:after="0" w:line="240" w:lineRule="auto"/>
        <w:jc w:val="both"/>
        <w:rPr>
          <w:rFonts w:ascii="Times New Roman" w:hAnsi="Times New Roman" w:cs="Times New Roman"/>
        </w:rPr>
      </w:pPr>
      <w:r w:rsidRPr="00ED379F">
        <w:rPr>
          <w:rFonts w:ascii="Times New Roman" w:hAnsi="Times New Roman" w:cs="Times New Roman"/>
        </w:rPr>
        <w:t>písomný súhlas príslušného zariadenia výchovného poradenstva a prevencie</w:t>
      </w:r>
      <w:r w:rsidR="00ED379F" w:rsidRPr="00ED379F">
        <w:rPr>
          <w:rFonts w:ascii="Times New Roman" w:hAnsi="Times New Roman" w:cs="Times New Roman"/>
        </w:rPr>
        <w:t xml:space="preserve"> </w:t>
      </w:r>
      <w:r w:rsidRPr="00ED379F">
        <w:rPr>
          <w:rFonts w:ascii="Times New Roman" w:hAnsi="Times New Roman" w:cs="Times New Roman"/>
        </w:rPr>
        <w:t>s pokračovaním plnenia povinného predprimárneho vzdelávania,</w:t>
      </w:r>
      <w:r w:rsidR="00ED379F">
        <w:rPr>
          <w:rFonts w:ascii="Times New Roman" w:hAnsi="Times New Roman" w:cs="Times New Roman"/>
        </w:rPr>
        <w:t xml:space="preserve"> </w:t>
      </w:r>
    </w:p>
    <w:p w14:paraId="0DB30122" w14:textId="159C5B7E" w:rsidR="000A3713" w:rsidRPr="00ED379F" w:rsidRDefault="00D454F6" w:rsidP="00FE5BF0">
      <w:pPr>
        <w:pStyle w:val="Odsekzoznamu"/>
        <w:numPr>
          <w:ilvl w:val="0"/>
          <w:numId w:val="14"/>
        </w:numPr>
        <w:spacing w:after="0" w:line="240" w:lineRule="auto"/>
        <w:jc w:val="both"/>
        <w:rPr>
          <w:rFonts w:ascii="Times New Roman" w:hAnsi="Times New Roman" w:cs="Times New Roman"/>
        </w:rPr>
      </w:pPr>
      <w:r w:rsidRPr="00ED379F">
        <w:rPr>
          <w:rFonts w:ascii="Times New Roman" w:hAnsi="Times New Roman" w:cs="Times New Roman"/>
        </w:rPr>
        <w:t>písomný súhlas všeobecného lekára pre deti a dorast s pokračovaním plnenia povinného</w:t>
      </w:r>
      <w:r w:rsidR="00ED379F" w:rsidRPr="00ED379F">
        <w:rPr>
          <w:rFonts w:ascii="Times New Roman" w:hAnsi="Times New Roman" w:cs="Times New Roman"/>
        </w:rPr>
        <w:t xml:space="preserve"> </w:t>
      </w:r>
      <w:r w:rsidRPr="00ED379F">
        <w:rPr>
          <w:rFonts w:ascii="Times New Roman" w:hAnsi="Times New Roman" w:cs="Times New Roman"/>
        </w:rPr>
        <w:t>predprimárneho vzdelávania.</w:t>
      </w:r>
    </w:p>
    <w:p w14:paraId="273F1F17" w14:textId="77777777" w:rsidR="00CB7CC1" w:rsidRPr="00D454F6" w:rsidRDefault="00CB7CC1" w:rsidP="00CB7CC1">
      <w:pPr>
        <w:spacing w:after="0" w:line="240" w:lineRule="auto"/>
        <w:rPr>
          <w:rFonts w:ascii="Times New Roman" w:hAnsi="Times New Roman" w:cs="Times New Roman"/>
        </w:rPr>
      </w:pPr>
    </w:p>
    <w:p w14:paraId="0D33580F" w14:textId="77777777" w:rsidR="00ED379F" w:rsidRDefault="00D454F6" w:rsidP="00ED379F">
      <w:pPr>
        <w:spacing w:after="0" w:line="240" w:lineRule="auto"/>
        <w:jc w:val="both"/>
        <w:rPr>
          <w:rFonts w:ascii="Times New Roman" w:hAnsi="Times New Roman" w:cs="Times New Roman"/>
          <w:b/>
        </w:rPr>
      </w:pPr>
      <w:r w:rsidRPr="00D454F6">
        <w:rPr>
          <w:rFonts w:ascii="Times New Roman" w:hAnsi="Times New Roman" w:cs="Times New Roman"/>
          <w:b/>
        </w:rPr>
        <w:t>1.4. V školskom roku 2023/2024, ktorý začína 1. septembrom 2023, už žiadne dieťa nebude</w:t>
      </w:r>
      <w:r w:rsidR="00ED379F">
        <w:rPr>
          <w:rFonts w:ascii="Times New Roman" w:hAnsi="Times New Roman" w:cs="Times New Roman"/>
          <w:b/>
        </w:rPr>
        <w:t xml:space="preserve"> </w:t>
      </w:r>
    </w:p>
    <w:p w14:paraId="5C49ED61" w14:textId="39FDAB5F" w:rsidR="000A3713" w:rsidRPr="00D454F6" w:rsidRDefault="00ED379F" w:rsidP="00ED379F">
      <w:pPr>
        <w:spacing w:after="0" w:line="240" w:lineRule="auto"/>
        <w:jc w:val="both"/>
        <w:rPr>
          <w:rFonts w:ascii="Times New Roman" w:hAnsi="Times New Roman" w:cs="Times New Roman"/>
        </w:rPr>
      </w:pPr>
      <w:r>
        <w:rPr>
          <w:rFonts w:ascii="Times New Roman" w:hAnsi="Times New Roman" w:cs="Times New Roman"/>
          <w:b/>
        </w:rPr>
        <w:t xml:space="preserve">       m</w:t>
      </w:r>
      <w:r w:rsidR="00D454F6" w:rsidRPr="00D454F6">
        <w:rPr>
          <w:rFonts w:ascii="Times New Roman" w:hAnsi="Times New Roman" w:cs="Times New Roman"/>
          <w:b/>
        </w:rPr>
        <w:t>ôcť</w:t>
      </w:r>
      <w:r w:rsidR="00CB7CC1">
        <w:rPr>
          <w:rFonts w:ascii="Times New Roman" w:hAnsi="Times New Roman" w:cs="Times New Roman"/>
        </w:rPr>
        <w:t xml:space="preserve"> </w:t>
      </w:r>
      <w:r w:rsidR="00D454F6" w:rsidRPr="00D454F6">
        <w:rPr>
          <w:rFonts w:ascii="Times New Roman" w:hAnsi="Times New Roman" w:cs="Times New Roman"/>
        </w:rPr>
        <w:t>byť zaradené ako dieťa plniace povinné predprimárne vzdelávanie pred 5 rokom veku.</w:t>
      </w:r>
    </w:p>
    <w:p w14:paraId="1B2491CF" w14:textId="77777777" w:rsidR="00CB7CC1" w:rsidRDefault="00CB7CC1" w:rsidP="00CB7CC1">
      <w:pPr>
        <w:spacing w:after="0" w:line="240" w:lineRule="auto"/>
        <w:rPr>
          <w:rFonts w:ascii="Times New Roman" w:hAnsi="Times New Roman" w:cs="Times New Roman"/>
          <w:b/>
        </w:rPr>
      </w:pPr>
    </w:p>
    <w:p w14:paraId="64FA776E" w14:textId="77777777" w:rsidR="000A3713" w:rsidRPr="00D454F6" w:rsidRDefault="00D454F6" w:rsidP="00CB7CC1">
      <w:pPr>
        <w:spacing w:after="0" w:line="240" w:lineRule="auto"/>
        <w:rPr>
          <w:rFonts w:ascii="Times New Roman" w:hAnsi="Times New Roman" w:cs="Times New Roman"/>
        </w:rPr>
      </w:pPr>
      <w:r w:rsidRPr="00D454F6">
        <w:rPr>
          <w:rFonts w:ascii="Times New Roman" w:hAnsi="Times New Roman" w:cs="Times New Roman"/>
          <w:b/>
        </w:rPr>
        <w:t>1.5. Prijímanie detí so zdravotným znevýhodnením</w:t>
      </w:r>
    </w:p>
    <w:p w14:paraId="22930B27" w14:textId="2D427954" w:rsidR="000A3713" w:rsidRPr="00D454F6" w:rsidRDefault="00D454F6" w:rsidP="00ED379F">
      <w:pPr>
        <w:spacing w:after="0" w:line="240" w:lineRule="auto"/>
        <w:jc w:val="both"/>
        <w:rPr>
          <w:rFonts w:ascii="Times New Roman" w:hAnsi="Times New Roman" w:cs="Times New Roman"/>
        </w:rPr>
      </w:pPr>
      <w:r w:rsidRPr="00CB7CC1">
        <w:rPr>
          <w:rFonts w:ascii="Times New Roman" w:hAnsi="Times New Roman" w:cs="Times New Roman"/>
          <w:b/>
          <w:u w:val="single"/>
        </w:rPr>
        <w:t>Riaditeľka materskej školy rozhodne o zaradení dieťaťa so zdravotným znevýhodnením</w:t>
      </w:r>
      <w:r w:rsidRPr="00D454F6">
        <w:rPr>
          <w:rFonts w:ascii="Times New Roman" w:hAnsi="Times New Roman" w:cs="Times New Roman"/>
        </w:rPr>
        <w:t xml:space="preserve"> na</w:t>
      </w:r>
      <w:r w:rsidR="00ED379F">
        <w:rPr>
          <w:rFonts w:ascii="Times New Roman" w:hAnsi="Times New Roman" w:cs="Times New Roman"/>
        </w:rPr>
        <w:t xml:space="preserve"> </w:t>
      </w:r>
      <w:r w:rsidRPr="00D454F6">
        <w:rPr>
          <w:rFonts w:ascii="Times New Roman" w:hAnsi="Times New Roman" w:cs="Times New Roman"/>
        </w:rPr>
        <w:t>základe odporúčania všeobecného lekára pre deti a dorast a zariadenia poradenstva a prevencie a</w:t>
      </w:r>
      <w:r w:rsidR="00ED379F">
        <w:rPr>
          <w:rFonts w:ascii="Times New Roman" w:hAnsi="Times New Roman" w:cs="Times New Roman"/>
        </w:rPr>
        <w:t xml:space="preserve"> </w:t>
      </w:r>
      <w:r w:rsidRPr="00D454F6">
        <w:rPr>
          <w:rFonts w:ascii="Times New Roman" w:hAnsi="Times New Roman" w:cs="Times New Roman"/>
        </w:rPr>
        <w:t>na základe vopred prerokovaného informovaného súhlasu zákonného zástupcu,  počet detí v triede</w:t>
      </w:r>
      <w:r w:rsidR="00ED379F">
        <w:rPr>
          <w:rFonts w:ascii="Times New Roman" w:hAnsi="Times New Roman" w:cs="Times New Roman"/>
        </w:rPr>
        <w:t xml:space="preserve"> </w:t>
      </w:r>
      <w:r w:rsidRPr="00D454F6">
        <w:rPr>
          <w:rFonts w:ascii="Times New Roman" w:hAnsi="Times New Roman" w:cs="Times New Roman"/>
        </w:rPr>
        <w:t>môže byť znížený najviac o dve za každé dieťa so zdravotným znevýhodnením (v závislosti od</w:t>
      </w:r>
      <w:r w:rsidR="00ED379F">
        <w:rPr>
          <w:rFonts w:ascii="Times New Roman" w:hAnsi="Times New Roman" w:cs="Times New Roman"/>
        </w:rPr>
        <w:t xml:space="preserve"> </w:t>
      </w:r>
      <w:r w:rsidRPr="00D454F6">
        <w:rPr>
          <w:rFonts w:ascii="Times New Roman" w:hAnsi="Times New Roman" w:cs="Times New Roman"/>
        </w:rPr>
        <w:t>druhu postihnutia a najmä jeho dôsledkov, ani nemusí).</w:t>
      </w:r>
    </w:p>
    <w:p w14:paraId="6040B5D6" w14:textId="06A904F9" w:rsidR="000A3713" w:rsidRPr="00D454F6" w:rsidRDefault="00D454F6" w:rsidP="00ED379F">
      <w:pPr>
        <w:spacing w:after="0" w:line="240" w:lineRule="auto"/>
        <w:jc w:val="both"/>
        <w:rPr>
          <w:rFonts w:ascii="Times New Roman" w:hAnsi="Times New Roman" w:cs="Times New Roman"/>
        </w:rPr>
      </w:pPr>
      <w:r w:rsidRPr="00CB7CC1">
        <w:rPr>
          <w:rFonts w:ascii="Times New Roman" w:hAnsi="Times New Roman" w:cs="Times New Roman"/>
          <w:b/>
          <w:u w:val="single"/>
        </w:rPr>
        <w:t>Riaditeľka materskej školy rozhodne o zaradení dieťaťa s nadaním</w:t>
      </w:r>
      <w:r w:rsidRPr="00D454F6">
        <w:rPr>
          <w:rFonts w:ascii="Times New Roman" w:hAnsi="Times New Roman" w:cs="Times New Roman"/>
        </w:rPr>
        <w:t xml:space="preserve"> na základe odporúčania</w:t>
      </w:r>
      <w:r w:rsidR="00ED379F">
        <w:rPr>
          <w:rFonts w:ascii="Times New Roman" w:hAnsi="Times New Roman" w:cs="Times New Roman"/>
        </w:rPr>
        <w:t xml:space="preserve"> </w:t>
      </w:r>
      <w:r w:rsidRPr="00D454F6">
        <w:rPr>
          <w:rFonts w:ascii="Times New Roman" w:hAnsi="Times New Roman" w:cs="Times New Roman"/>
        </w:rPr>
        <w:t>zariadenia poradenstva a prevencie a na základe vopred prerokovaného informovaného súhlasu</w:t>
      </w:r>
      <w:r w:rsidR="00ED379F">
        <w:rPr>
          <w:rFonts w:ascii="Times New Roman" w:hAnsi="Times New Roman" w:cs="Times New Roman"/>
        </w:rPr>
        <w:t xml:space="preserve"> </w:t>
      </w:r>
      <w:r w:rsidRPr="00D454F6">
        <w:rPr>
          <w:rFonts w:ascii="Times New Roman" w:hAnsi="Times New Roman" w:cs="Times New Roman"/>
        </w:rPr>
        <w:t>zákonného zástupcu, maximálny počet zaradených detí so zdravotným znevýhodnením a detí s</w:t>
      </w:r>
      <w:r w:rsidR="00ED379F">
        <w:rPr>
          <w:rFonts w:ascii="Times New Roman" w:hAnsi="Times New Roman" w:cs="Times New Roman"/>
        </w:rPr>
        <w:t xml:space="preserve"> </w:t>
      </w:r>
      <w:r w:rsidRPr="00D454F6">
        <w:rPr>
          <w:rFonts w:ascii="Times New Roman" w:hAnsi="Times New Roman" w:cs="Times New Roman"/>
        </w:rPr>
        <w:t>nadaním v jednej triede sú dve.</w:t>
      </w:r>
    </w:p>
    <w:p w14:paraId="2D8CB413" w14:textId="77777777" w:rsidR="00CB7CC1" w:rsidRDefault="00CB7CC1" w:rsidP="00CB7CC1">
      <w:pPr>
        <w:spacing w:after="0" w:line="240" w:lineRule="auto"/>
        <w:rPr>
          <w:rFonts w:ascii="Times New Roman" w:hAnsi="Times New Roman" w:cs="Times New Roman"/>
        </w:rPr>
      </w:pPr>
    </w:p>
    <w:p w14:paraId="255F56CA" w14:textId="74693872" w:rsidR="000A3713" w:rsidRPr="00D454F6" w:rsidRDefault="00D454F6" w:rsidP="00ED379F">
      <w:pPr>
        <w:spacing w:after="0" w:line="240" w:lineRule="auto"/>
        <w:jc w:val="both"/>
        <w:rPr>
          <w:rFonts w:ascii="Times New Roman" w:hAnsi="Times New Roman" w:cs="Times New Roman"/>
        </w:rPr>
      </w:pPr>
      <w:r w:rsidRPr="00D454F6">
        <w:rPr>
          <w:rFonts w:ascii="Times New Roman" w:hAnsi="Times New Roman" w:cs="Times New Roman"/>
        </w:rPr>
        <w:t>Ak ide o dieťa, ktoré má zariadením výchovného poradenstva a prevencie zaradeným v sieti škôl</w:t>
      </w:r>
      <w:r w:rsidR="00ED379F">
        <w:rPr>
          <w:rFonts w:ascii="Times New Roman" w:hAnsi="Times New Roman" w:cs="Times New Roman"/>
        </w:rPr>
        <w:t xml:space="preserve"> </w:t>
      </w:r>
      <w:r w:rsidRPr="00D454F6">
        <w:rPr>
          <w:rFonts w:ascii="Times New Roman" w:hAnsi="Times New Roman" w:cs="Times New Roman"/>
        </w:rPr>
        <w:t>a školských zariadení  SR identifikované špeciálne výchovno-vzdelávacie potreby, zákonný</w:t>
      </w:r>
      <w:r w:rsidR="00ED379F">
        <w:rPr>
          <w:rFonts w:ascii="Times New Roman" w:hAnsi="Times New Roman" w:cs="Times New Roman"/>
        </w:rPr>
        <w:t xml:space="preserve">  </w:t>
      </w:r>
      <w:r w:rsidRPr="00D454F6">
        <w:rPr>
          <w:rFonts w:ascii="Times New Roman" w:hAnsi="Times New Roman" w:cs="Times New Roman"/>
        </w:rPr>
        <w:t>zástupca k žiadosti predloží:</w:t>
      </w:r>
    </w:p>
    <w:p w14:paraId="5591483E" w14:textId="77777777" w:rsidR="000A3713" w:rsidRPr="00D454F6" w:rsidRDefault="00D454F6" w:rsidP="00ED379F">
      <w:pPr>
        <w:spacing w:after="0" w:line="240" w:lineRule="auto"/>
        <w:jc w:val="both"/>
        <w:rPr>
          <w:rFonts w:ascii="Times New Roman" w:hAnsi="Times New Roman" w:cs="Times New Roman"/>
        </w:rPr>
      </w:pPr>
      <w:r w:rsidRPr="00D454F6">
        <w:rPr>
          <w:rFonts w:ascii="Times New Roman" w:hAnsi="Times New Roman" w:cs="Times New Roman"/>
        </w:rPr>
        <w:t>• potvrdenie o zdravotnej spôsobilosti dieťaťa od všeobecného lekára pre deti a dorast,</w:t>
      </w:r>
    </w:p>
    <w:p w14:paraId="418D4997" w14:textId="77777777" w:rsidR="000A3713" w:rsidRPr="00D454F6" w:rsidRDefault="00D454F6" w:rsidP="00ED379F">
      <w:pPr>
        <w:spacing w:after="0" w:line="240" w:lineRule="auto"/>
        <w:jc w:val="both"/>
        <w:rPr>
          <w:rFonts w:ascii="Times New Roman" w:hAnsi="Times New Roman" w:cs="Times New Roman"/>
        </w:rPr>
      </w:pPr>
      <w:r w:rsidRPr="00D454F6">
        <w:rPr>
          <w:rFonts w:ascii="Times New Roman" w:hAnsi="Times New Roman" w:cs="Times New Roman"/>
        </w:rPr>
        <w:t>• vyjadrenie príslušného zaradenia výchovného poradenstva a prevencie,</w:t>
      </w:r>
    </w:p>
    <w:p w14:paraId="644D023D" w14:textId="77777777" w:rsidR="000A3713" w:rsidRPr="00D454F6" w:rsidRDefault="00D454F6" w:rsidP="00ED379F">
      <w:pPr>
        <w:spacing w:after="0" w:line="240" w:lineRule="auto"/>
        <w:jc w:val="both"/>
        <w:rPr>
          <w:rFonts w:ascii="Times New Roman" w:hAnsi="Times New Roman" w:cs="Times New Roman"/>
        </w:rPr>
      </w:pPr>
      <w:r w:rsidRPr="00D454F6">
        <w:rPr>
          <w:rFonts w:ascii="Times New Roman" w:hAnsi="Times New Roman" w:cs="Times New Roman"/>
        </w:rPr>
        <w:t>• jednoznačné odporúčania všeobecného lekára pre deti a dorast.</w:t>
      </w:r>
    </w:p>
    <w:p w14:paraId="795BDCF0" w14:textId="77777777" w:rsidR="00CB7CC1" w:rsidRDefault="00CB7CC1" w:rsidP="00CB7CC1">
      <w:pPr>
        <w:spacing w:after="0" w:line="240" w:lineRule="auto"/>
        <w:rPr>
          <w:rFonts w:ascii="Times New Roman" w:hAnsi="Times New Roman" w:cs="Times New Roman"/>
        </w:rPr>
      </w:pPr>
    </w:p>
    <w:p w14:paraId="5437C9EA" w14:textId="77777777" w:rsidR="000A3713" w:rsidRPr="00D454F6" w:rsidRDefault="00D454F6" w:rsidP="00ED379F">
      <w:pPr>
        <w:spacing w:after="0" w:line="240" w:lineRule="auto"/>
        <w:jc w:val="both"/>
        <w:rPr>
          <w:rFonts w:ascii="Times New Roman" w:hAnsi="Times New Roman" w:cs="Times New Roman"/>
        </w:rPr>
      </w:pPr>
      <w:r w:rsidRPr="00CB7CC1">
        <w:rPr>
          <w:rFonts w:ascii="Times New Roman" w:hAnsi="Times New Roman" w:cs="Times New Roman"/>
          <w:b/>
          <w:u w:val="single"/>
        </w:rPr>
        <w:t>Riaditeľka môže rozhodnúť u detí, pre ktoré je predprimárne vzdelávanie povinné</w:t>
      </w:r>
      <w:r w:rsidRPr="00D454F6">
        <w:rPr>
          <w:rFonts w:ascii="Times New Roman" w:hAnsi="Times New Roman" w:cs="Times New Roman"/>
        </w:rPr>
        <w:t>, o zmene</w:t>
      </w:r>
    </w:p>
    <w:p w14:paraId="4D42B1A7" w14:textId="29D0AA73" w:rsidR="000A3713" w:rsidRPr="00D454F6" w:rsidRDefault="00D454F6" w:rsidP="00ED379F">
      <w:pPr>
        <w:spacing w:after="0" w:line="240" w:lineRule="auto"/>
        <w:jc w:val="both"/>
        <w:rPr>
          <w:rFonts w:ascii="Times New Roman" w:hAnsi="Times New Roman" w:cs="Times New Roman"/>
        </w:rPr>
      </w:pPr>
      <w:r w:rsidRPr="00D454F6">
        <w:rPr>
          <w:rFonts w:ascii="Times New Roman" w:hAnsi="Times New Roman" w:cs="Times New Roman"/>
        </w:rPr>
        <w:t>dennej formy na dištančnú, ak kvôli zdravotnému stavu alebo z iných závažných dôvodov (napr.</w:t>
      </w:r>
      <w:r w:rsidR="00ED379F">
        <w:rPr>
          <w:rFonts w:ascii="Times New Roman" w:hAnsi="Times New Roman" w:cs="Times New Roman"/>
        </w:rPr>
        <w:t xml:space="preserve"> </w:t>
      </w:r>
      <w:r w:rsidRPr="00D454F6">
        <w:rPr>
          <w:rFonts w:ascii="Times New Roman" w:hAnsi="Times New Roman" w:cs="Times New Roman"/>
        </w:rPr>
        <w:t>rodinné dôvody, ohrozovanie bezpečnosti a zdravia iných detí, ktoré sú účastníkmi  výchovy</w:t>
      </w:r>
      <w:r w:rsidR="00ED379F">
        <w:rPr>
          <w:rFonts w:ascii="Times New Roman" w:hAnsi="Times New Roman" w:cs="Times New Roman"/>
        </w:rPr>
        <w:t xml:space="preserve"> </w:t>
      </w:r>
      <w:r w:rsidRPr="00D454F6">
        <w:rPr>
          <w:rFonts w:ascii="Times New Roman" w:hAnsi="Times New Roman" w:cs="Times New Roman"/>
        </w:rPr>
        <w:t>a vzdelávania), nemôžu plniť povinné predprimárne vzdelávania formou denného dochádzania</w:t>
      </w:r>
      <w:r w:rsidR="00CB7CC1">
        <w:rPr>
          <w:rFonts w:ascii="Times New Roman" w:hAnsi="Times New Roman" w:cs="Times New Roman"/>
        </w:rPr>
        <w:t xml:space="preserve"> </w:t>
      </w:r>
      <w:r w:rsidRPr="00D454F6">
        <w:rPr>
          <w:rFonts w:ascii="Times New Roman" w:hAnsi="Times New Roman" w:cs="Times New Roman"/>
        </w:rPr>
        <w:t>aj</w:t>
      </w:r>
      <w:r w:rsidR="00ED379F">
        <w:rPr>
          <w:rFonts w:ascii="Times New Roman" w:hAnsi="Times New Roman" w:cs="Times New Roman"/>
        </w:rPr>
        <w:t xml:space="preserve"> </w:t>
      </w:r>
      <w:r w:rsidRPr="00D454F6">
        <w:rPr>
          <w:rFonts w:ascii="Times New Roman" w:hAnsi="Times New Roman" w:cs="Times New Roman"/>
        </w:rPr>
        <w:t>dlhšie počas troch po sebe idúcich mesiacov.</w:t>
      </w:r>
    </w:p>
    <w:p w14:paraId="786D2BCE" w14:textId="12D41CC4" w:rsidR="000A3713" w:rsidRPr="00D454F6" w:rsidRDefault="00D454F6" w:rsidP="00ED379F">
      <w:pPr>
        <w:spacing w:after="0" w:line="240" w:lineRule="auto"/>
        <w:jc w:val="both"/>
        <w:rPr>
          <w:rFonts w:ascii="Times New Roman" w:hAnsi="Times New Roman" w:cs="Times New Roman"/>
        </w:rPr>
      </w:pPr>
      <w:r w:rsidRPr="00D454F6">
        <w:rPr>
          <w:rFonts w:ascii="Times New Roman" w:hAnsi="Times New Roman" w:cs="Times New Roman"/>
        </w:rPr>
        <w:t>Prijímanie detí so ŠVVP školský zákon aj vyhláška o materskej škole umožňujú, ale neukladajú</w:t>
      </w:r>
      <w:r w:rsidR="00ED379F">
        <w:rPr>
          <w:rFonts w:ascii="Times New Roman" w:hAnsi="Times New Roman" w:cs="Times New Roman"/>
        </w:rPr>
        <w:t xml:space="preserve"> </w:t>
      </w:r>
      <w:r w:rsidRPr="00D454F6">
        <w:rPr>
          <w:rFonts w:ascii="Times New Roman" w:hAnsi="Times New Roman" w:cs="Times New Roman"/>
        </w:rPr>
        <w:t>ako povinnosť. Riaditeľka materskej školy vždy pred svojím rozhodnutím o prijatí dieťaťa so</w:t>
      </w:r>
      <w:r w:rsidR="00ED379F">
        <w:rPr>
          <w:rFonts w:ascii="Times New Roman" w:hAnsi="Times New Roman" w:cs="Times New Roman"/>
        </w:rPr>
        <w:t xml:space="preserve"> </w:t>
      </w:r>
      <w:r w:rsidRPr="00D454F6">
        <w:rPr>
          <w:rFonts w:ascii="Times New Roman" w:hAnsi="Times New Roman" w:cs="Times New Roman"/>
        </w:rPr>
        <w:t>ŠVVP zváži, či:</w:t>
      </w:r>
    </w:p>
    <w:p w14:paraId="374C25DD" w14:textId="1C693E46" w:rsidR="000A3713" w:rsidRDefault="00D454F6" w:rsidP="00FE5BF0">
      <w:pPr>
        <w:pStyle w:val="Odsekzoznamu"/>
        <w:numPr>
          <w:ilvl w:val="0"/>
          <w:numId w:val="15"/>
        </w:numPr>
        <w:spacing w:after="0" w:line="240" w:lineRule="auto"/>
        <w:jc w:val="both"/>
        <w:rPr>
          <w:rFonts w:ascii="Times New Roman" w:hAnsi="Times New Roman" w:cs="Times New Roman"/>
        </w:rPr>
      </w:pPr>
      <w:r w:rsidRPr="00ED379F">
        <w:rPr>
          <w:rFonts w:ascii="Times New Roman" w:hAnsi="Times New Roman" w:cs="Times New Roman"/>
        </w:rPr>
        <w:t>na prijatie takéhoto dieťaťa má, alebo nemá vytvorené vhodné podmienky (personálne,</w:t>
      </w:r>
      <w:r w:rsidR="00ED379F" w:rsidRPr="00ED379F">
        <w:rPr>
          <w:rFonts w:ascii="Times New Roman" w:hAnsi="Times New Roman" w:cs="Times New Roman"/>
        </w:rPr>
        <w:t xml:space="preserve"> </w:t>
      </w:r>
      <w:r w:rsidRPr="00ED379F">
        <w:rPr>
          <w:rFonts w:ascii="Times New Roman" w:hAnsi="Times New Roman" w:cs="Times New Roman"/>
        </w:rPr>
        <w:t>priestorové, materiálne atď.),</w:t>
      </w:r>
    </w:p>
    <w:p w14:paraId="4BB551D0" w14:textId="323A8794" w:rsidR="000A3713" w:rsidRPr="00ED379F" w:rsidRDefault="00D454F6" w:rsidP="00FE5BF0">
      <w:pPr>
        <w:pStyle w:val="Odsekzoznamu"/>
        <w:numPr>
          <w:ilvl w:val="0"/>
          <w:numId w:val="15"/>
        </w:numPr>
        <w:spacing w:after="0" w:line="240" w:lineRule="auto"/>
        <w:jc w:val="both"/>
        <w:rPr>
          <w:rFonts w:ascii="Times New Roman" w:hAnsi="Times New Roman" w:cs="Times New Roman"/>
        </w:rPr>
      </w:pPr>
      <w:r w:rsidRPr="00ED379F">
        <w:rPr>
          <w:rFonts w:ascii="Times New Roman" w:hAnsi="Times New Roman" w:cs="Times New Roman"/>
        </w:rPr>
        <w:t>bude schopná po prijatí takéhoto dieťaťa tieto podmienky dodatočne vytvoriť. Výkonom</w:t>
      </w:r>
      <w:r w:rsidR="00ED379F" w:rsidRPr="00ED379F">
        <w:rPr>
          <w:rFonts w:ascii="Times New Roman" w:hAnsi="Times New Roman" w:cs="Times New Roman"/>
        </w:rPr>
        <w:t xml:space="preserve"> </w:t>
      </w:r>
      <w:r w:rsidRPr="00ED379F">
        <w:rPr>
          <w:rFonts w:ascii="Times New Roman" w:hAnsi="Times New Roman" w:cs="Times New Roman"/>
        </w:rPr>
        <w:t>práv začleneného dieťaťa so ŠVVP nemôžu byť obmedzené práva ostatných detí, ktoré sú</w:t>
      </w:r>
      <w:r w:rsidR="00ED379F" w:rsidRPr="00ED379F">
        <w:rPr>
          <w:rFonts w:ascii="Times New Roman" w:hAnsi="Times New Roman" w:cs="Times New Roman"/>
        </w:rPr>
        <w:t xml:space="preserve"> </w:t>
      </w:r>
      <w:r w:rsidRPr="00ED379F">
        <w:rPr>
          <w:rFonts w:ascii="Times New Roman" w:hAnsi="Times New Roman" w:cs="Times New Roman"/>
        </w:rPr>
        <w:t>účastníkmi výchovy a vzdelávania.</w:t>
      </w:r>
    </w:p>
    <w:p w14:paraId="3F5812B8" w14:textId="05F73378" w:rsidR="000A3713" w:rsidRPr="00D454F6" w:rsidRDefault="00D454F6" w:rsidP="00851F21">
      <w:pPr>
        <w:spacing w:after="0" w:line="240" w:lineRule="auto"/>
        <w:jc w:val="both"/>
        <w:rPr>
          <w:rFonts w:ascii="Times New Roman" w:hAnsi="Times New Roman" w:cs="Times New Roman"/>
        </w:rPr>
      </w:pPr>
      <w:r w:rsidRPr="00D454F6">
        <w:rPr>
          <w:rFonts w:ascii="Times New Roman" w:hAnsi="Times New Roman" w:cs="Times New Roman"/>
        </w:rPr>
        <w:t>Ak je dieťa so ŠVVP do materskej školy prijaté – je v takomto prípade prijímané na diagnostický</w:t>
      </w:r>
      <w:r w:rsidR="00ED379F">
        <w:rPr>
          <w:rFonts w:ascii="Times New Roman" w:hAnsi="Times New Roman" w:cs="Times New Roman"/>
        </w:rPr>
        <w:t xml:space="preserve"> </w:t>
      </w:r>
      <w:r w:rsidRPr="00D454F6">
        <w:rPr>
          <w:rFonts w:ascii="Times New Roman" w:hAnsi="Times New Roman" w:cs="Times New Roman"/>
        </w:rPr>
        <w:t>pobyt v trvaní najdlhšie tri mesiace.</w:t>
      </w:r>
    </w:p>
    <w:p w14:paraId="30D30332" w14:textId="77777777" w:rsidR="00CB7CC1" w:rsidRDefault="00CB7CC1" w:rsidP="00ED379F">
      <w:pPr>
        <w:spacing w:after="0" w:line="240" w:lineRule="auto"/>
        <w:jc w:val="both"/>
        <w:rPr>
          <w:rFonts w:ascii="Times New Roman" w:hAnsi="Times New Roman" w:cs="Times New Roman"/>
        </w:rPr>
      </w:pPr>
    </w:p>
    <w:p w14:paraId="53178304" w14:textId="5A0D6BD5" w:rsidR="000A3713" w:rsidRPr="00D454F6" w:rsidRDefault="00D454F6" w:rsidP="00ED379F">
      <w:pPr>
        <w:spacing w:after="0" w:line="240" w:lineRule="auto"/>
        <w:jc w:val="both"/>
        <w:rPr>
          <w:rFonts w:ascii="Times New Roman" w:hAnsi="Times New Roman" w:cs="Times New Roman"/>
        </w:rPr>
      </w:pPr>
      <w:r w:rsidRPr="00D454F6">
        <w:rPr>
          <w:rFonts w:ascii="Times New Roman" w:hAnsi="Times New Roman" w:cs="Times New Roman"/>
        </w:rPr>
        <w:t xml:space="preserve">Riaditeľka pred vydaním rozhodnutia o prijatí dieťaťa so ŠVVP (vrátane určenia konkrétnej </w:t>
      </w:r>
      <w:r w:rsidR="00ED379F">
        <w:rPr>
          <w:rFonts w:ascii="Times New Roman" w:hAnsi="Times New Roman" w:cs="Times New Roman"/>
        </w:rPr>
        <w:t>f</w:t>
      </w:r>
      <w:r w:rsidRPr="00D454F6">
        <w:rPr>
          <w:rFonts w:ascii="Times New Roman" w:hAnsi="Times New Roman" w:cs="Times New Roman"/>
        </w:rPr>
        <w:t>ormy</w:t>
      </w:r>
      <w:r w:rsidR="00CB7CC1">
        <w:rPr>
          <w:rFonts w:ascii="Times New Roman" w:hAnsi="Times New Roman" w:cs="Times New Roman"/>
        </w:rPr>
        <w:t xml:space="preserve"> </w:t>
      </w:r>
      <w:r w:rsidRPr="00D454F6">
        <w:rPr>
          <w:rFonts w:ascii="Times New Roman" w:hAnsi="Times New Roman" w:cs="Times New Roman"/>
        </w:rPr>
        <w:t>výchovy a vzdelávania – celodenná, poldenná, niekoľko hodín, niekoľko dní v týždni, s účasťou</w:t>
      </w:r>
      <w:r w:rsidR="00CB7CC1">
        <w:rPr>
          <w:rFonts w:ascii="Times New Roman" w:hAnsi="Times New Roman" w:cs="Times New Roman"/>
        </w:rPr>
        <w:t xml:space="preserve"> </w:t>
      </w:r>
      <w:r w:rsidRPr="00D454F6">
        <w:rPr>
          <w:rFonts w:ascii="Times New Roman" w:hAnsi="Times New Roman" w:cs="Times New Roman"/>
        </w:rPr>
        <w:t>zákonného zástupcu na výchove a vzdelávaní atď.) dôsledne preskúma všetky podklady</w:t>
      </w:r>
      <w:r w:rsidR="00ED379F">
        <w:rPr>
          <w:rFonts w:ascii="Times New Roman" w:hAnsi="Times New Roman" w:cs="Times New Roman"/>
        </w:rPr>
        <w:t xml:space="preserve"> </w:t>
      </w:r>
      <w:r w:rsidRPr="00D454F6">
        <w:rPr>
          <w:rFonts w:ascii="Times New Roman" w:hAnsi="Times New Roman" w:cs="Times New Roman"/>
        </w:rPr>
        <w:t>a okolnosti, ktoré by mohli mať vplyv na jej rozhodnutie.</w:t>
      </w:r>
    </w:p>
    <w:p w14:paraId="404FA921" w14:textId="5F226E3A" w:rsidR="000A3713" w:rsidRPr="00D454F6" w:rsidRDefault="00D454F6" w:rsidP="00ED379F">
      <w:pPr>
        <w:spacing w:after="0" w:line="240" w:lineRule="auto"/>
        <w:jc w:val="both"/>
        <w:rPr>
          <w:rFonts w:ascii="Times New Roman" w:hAnsi="Times New Roman" w:cs="Times New Roman"/>
        </w:rPr>
      </w:pPr>
      <w:r w:rsidRPr="00D454F6">
        <w:rPr>
          <w:rFonts w:ascii="Times New Roman" w:hAnsi="Times New Roman" w:cs="Times New Roman"/>
        </w:rPr>
        <w:t>Spolu s rozhodnutím o prijatí dieťaťa poskytne zákonným zástupcom v písomnej podobe</w:t>
      </w:r>
      <w:r w:rsidR="00ED379F">
        <w:rPr>
          <w:rFonts w:ascii="Times New Roman" w:hAnsi="Times New Roman" w:cs="Times New Roman"/>
        </w:rPr>
        <w:t xml:space="preserve"> </w:t>
      </w:r>
      <w:r w:rsidRPr="00D454F6">
        <w:rPr>
          <w:rFonts w:ascii="Times New Roman" w:hAnsi="Times New Roman" w:cs="Times New Roman"/>
        </w:rPr>
        <w:t>informáciu o tom, že sú povinní informovať materskú školu o zmenách v zdravotnom stave</w:t>
      </w:r>
      <w:r w:rsidR="00ED379F">
        <w:rPr>
          <w:rFonts w:ascii="Times New Roman" w:hAnsi="Times New Roman" w:cs="Times New Roman"/>
        </w:rPr>
        <w:t xml:space="preserve"> </w:t>
      </w:r>
      <w:r w:rsidRPr="00D454F6">
        <w:rPr>
          <w:rFonts w:ascii="Times New Roman" w:hAnsi="Times New Roman" w:cs="Times New Roman"/>
        </w:rPr>
        <w:lastRenderedPageBreak/>
        <w:t>dieťaťa alebo o iných závažných skutočnostiach, ktoré by mohli mať vplyv na priebeh výchovy</w:t>
      </w:r>
      <w:r w:rsidR="00ED379F">
        <w:rPr>
          <w:rFonts w:ascii="Times New Roman" w:hAnsi="Times New Roman" w:cs="Times New Roman"/>
        </w:rPr>
        <w:t xml:space="preserve"> </w:t>
      </w:r>
      <w:r w:rsidRPr="00D454F6">
        <w:rPr>
          <w:rFonts w:ascii="Times New Roman" w:hAnsi="Times New Roman" w:cs="Times New Roman"/>
        </w:rPr>
        <w:t>a vzdelávania dieťaťa (§ 144 ods. 7 písm. d) školského zákona).</w:t>
      </w:r>
    </w:p>
    <w:p w14:paraId="3DD70FB1" w14:textId="65B062EB" w:rsidR="000A3713" w:rsidRPr="00D454F6" w:rsidRDefault="00D454F6" w:rsidP="00ED379F">
      <w:pPr>
        <w:spacing w:after="0" w:line="240" w:lineRule="auto"/>
        <w:jc w:val="both"/>
        <w:rPr>
          <w:rFonts w:ascii="Times New Roman" w:hAnsi="Times New Roman" w:cs="Times New Roman"/>
        </w:rPr>
      </w:pPr>
      <w:r w:rsidRPr="00D454F6">
        <w:rPr>
          <w:rFonts w:ascii="Times New Roman" w:hAnsi="Times New Roman" w:cs="Times New Roman"/>
        </w:rPr>
        <w:t>Tiež informuje zákonných zástupcov o tom, že ak to neurobia po nástupe dieťaťa do materskej</w:t>
      </w:r>
      <w:r w:rsidR="00ED379F">
        <w:rPr>
          <w:rFonts w:ascii="Times New Roman" w:hAnsi="Times New Roman" w:cs="Times New Roman"/>
        </w:rPr>
        <w:t xml:space="preserve"> </w:t>
      </w:r>
      <w:r w:rsidRPr="00D454F6">
        <w:rPr>
          <w:rFonts w:ascii="Times New Roman" w:hAnsi="Times New Roman" w:cs="Times New Roman"/>
        </w:rPr>
        <w:t>školy, po zistení okolností negatívne ovplyvňujúcich výchovu a vzdelávanie konkrétneho dieťaťa</w:t>
      </w:r>
      <w:r w:rsidR="00ED379F">
        <w:rPr>
          <w:rFonts w:ascii="Times New Roman" w:hAnsi="Times New Roman" w:cs="Times New Roman"/>
        </w:rPr>
        <w:t xml:space="preserve"> </w:t>
      </w:r>
      <w:r w:rsidRPr="00D454F6">
        <w:rPr>
          <w:rFonts w:ascii="Times New Roman" w:hAnsi="Times New Roman" w:cs="Times New Roman"/>
        </w:rPr>
        <w:t>alebo ostatných detí zúčastňujúcich sa na výchove a vzdelávaní pristúpi riaditeľka k tomu, že určí</w:t>
      </w:r>
      <w:r w:rsidR="00ED379F">
        <w:rPr>
          <w:rFonts w:ascii="Times New Roman" w:hAnsi="Times New Roman" w:cs="Times New Roman"/>
        </w:rPr>
        <w:t xml:space="preserve"> </w:t>
      </w:r>
      <w:r w:rsidRPr="00D454F6">
        <w:rPr>
          <w:rFonts w:ascii="Times New Roman" w:hAnsi="Times New Roman" w:cs="Times New Roman"/>
        </w:rPr>
        <w:t>diagnostický pobyt dieťaťa, počas ktorého sa overí, či dôjde k zmene formy výchovy</w:t>
      </w:r>
      <w:r w:rsidR="00ED379F">
        <w:rPr>
          <w:rFonts w:ascii="Times New Roman" w:hAnsi="Times New Roman" w:cs="Times New Roman"/>
        </w:rPr>
        <w:t xml:space="preserve"> </w:t>
      </w:r>
      <w:r w:rsidRPr="00D454F6">
        <w:rPr>
          <w:rFonts w:ascii="Times New Roman" w:hAnsi="Times New Roman" w:cs="Times New Roman"/>
        </w:rPr>
        <w:t>a vzdelávania (§ 108 školského zákona), prípadne po predchádzajúcom opakovanom písomnom</w:t>
      </w:r>
      <w:r w:rsidR="00ED379F">
        <w:rPr>
          <w:rFonts w:ascii="Times New Roman" w:hAnsi="Times New Roman" w:cs="Times New Roman"/>
        </w:rPr>
        <w:t xml:space="preserve"> </w:t>
      </w:r>
      <w:r w:rsidRPr="00D454F6">
        <w:rPr>
          <w:rFonts w:ascii="Times New Roman" w:hAnsi="Times New Roman" w:cs="Times New Roman"/>
        </w:rPr>
        <w:t>upozornení zákonného zástupcu pristúpi k vydaniu rozhodnutia buď o prerušení dochádzky</w:t>
      </w:r>
      <w:r w:rsidR="00ED379F">
        <w:rPr>
          <w:rFonts w:ascii="Times New Roman" w:hAnsi="Times New Roman" w:cs="Times New Roman"/>
        </w:rPr>
        <w:t xml:space="preserve"> </w:t>
      </w:r>
      <w:r w:rsidRPr="00D454F6">
        <w:rPr>
          <w:rFonts w:ascii="Times New Roman" w:hAnsi="Times New Roman" w:cs="Times New Roman"/>
        </w:rPr>
        <w:t>dieťaťa do materskej školy, alebo o predčasnom ukončení predprimárneho vzdelávania z dôvodu,</w:t>
      </w:r>
      <w:r w:rsidR="00ED379F">
        <w:rPr>
          <w:rFonts w:ascii="Times New Roman" w:hAnsi="Times New Roman" w:cs="Times New Roman"/>
        </w:rPr>
        <w:t xml:space="preserve"> </w:t>
      </w:r>
      <w:r w:rsidRPr="00D454F6">
        <w:rPr>
          <w:rFonts w:ascii="Times New Roman" w:hAnsi="Times New Roman" w:cs="Times New Roman"/>
        </w:rPr>
        <w:t>že materská škola nie je schopná vzhľadom na svoje podmienky (personálne, priestorové, ale</w:t>
      </w:r>
      <w:r w:rsidR="00ED379F">
        <w:rPr>
          <w:rFonts w:ascii="Times New Roman" w:hAnsi="Times New Roman" w:cs="Times New Roman"/>
        </w:rPr>
        <w:t xml:space="preserve"> </w:t>
      </w:r>
      <w:r w:rsidRPr="00D454F6">
        <w:rPr>
          <w:rFonts w:ascii="Times New Roman" w:hAnsi="Times New Roman" w:cs="Times New Roman"/>
        </w:rPr>
        <w:t>napr. aj materiálno- technické) poskytnúť dieťaťu výchovu a vzdelávanie primerané druhu</w:t>
      </w:r>
      <w:r w:rsidR="00ED379F">
        <w:rPr>
          <w:rFonts w:ascii="Times New Roman" w:hAnsi="Times New Roman" w:cs="Times New Roman"/>
        </w:rPr>
        <w:t xml:space="preserve"> </w:t>
      </w:r>
      <w:r w:rsidRPr="00D454F6">
        <w:rPr>
          <w:rFonts w:ascii="Times New Roman" w:hAnsi="Times New Roman" w:cs="Times New Roman"/>
        </w:rPr>
        <w:t>a stupňu jeho zdravotného znevýhodnenia.</w:t>
      </w:r>
    </w:p>
    <w:p w14:paraId="7E81C75F" w14:textId="77777777" w:rsidR="00CB6CE7" w:rsidRDefault="00CB6CE7" w:rsidP="00ED379F">
      <w:pPr>
        <w:spacing w:after="0" w:line="240" w:lineRule="auto"/>
        <w:jc w:val="both"/>
        <w:rPr>
          <w:rFonts w:ascii="Times New Roman" w:hAnsi="Times New Roman" w:cs="Times New Roman"/>
          <w:b/>
        </w:rPr>
      </w:pPr>
    </w:p>
    <w:p w14:paraId="53CA920E" w14:textId="77777777" w:rsidR="000A3713" w:rsidRPr="00D454F6" w:rsidRDefault="00D454F6" w:rsidP="00ED379F">
      <w:pPr>
        <w:spacing w:after="0" w:line="240" w:lineRule="auto"/>
        <w:jc w:val="both"/>
        <w:rPr>
          <w:rFonts w:ascii="Times New Roman" w:hAnsi="Times New Roman" w:cs="Times New Roman"/>
        </w:rPr>
      </w:pPr>
      <w:r w:rsidRPr="00D454F6">
        <w:rPr>
          <w:rFonts w:ascii="Times New Roman" w:hAnsi="Times New Roman" w:cs="Times New Roman"/>
          <w:b/>
        </w:rPr>
        <w:t>1.6   Podmienky prijímania detí do materskej školy</w:t>
      </w:r>
    </w:p>
    <w:p w14:paraId="15A8254D" w14:textId="559A65C1" w:rsidR="000A3713" w:rsidRPr="00D454F6" w:rsidRDefault="00D454F6" w:rsidP="00ED379F">
      <w:pPr>
        <w:spacing w:after="0" w:line="240" w:lineRule="auto"/>
        <w:jc w:val="both"/>
        <w:rPr>
          <w:rFonts w:ascii="Times New Roman" w:hAnsi="Times New Roman" w:cs="Times New Roman"/>
        </w:rPr>
      </w:pPr>
      <w:r w:rsidRPr="00D454F6">
        <w:rPr>
          <w:rFonts w:ascii="Times New Roman" w:hAnsi="Times New Roman" w:cs="Times New Roman"/>
        </w:rPr>
        <w:t>Riaditeľka materskej školy určí podmienky prijímania (oznamom, interným predpisom). Ak je</w:t>
      </w:r>
      <w:r w:rsidR="00ED379F">
        <w:rPr>
          <w:rFonts w:ascii="Times New Roman" w:hAnsi="Times New Roman" w:cs="Times New Roman"/>
        </w:rPr>
        <w:t xml:space="preserve"> </w:t>
      </w:r>
      <w:r w:rsidRPr="00D454F6">
        <w:rPr>
          <w:rFonts w:ascii="Times New Roman" w:hAnsi="Times New Roman" w:cs="Times New Roman"/>
        </w:rPr>
        <w:t>počet detí prihlásených do materskej školy na nasledujúci školský rok vyšší, ako možno prijať</w:t>
      </w:r>
      <w:r w:rsidR="00ED379F">
        <w:rPr>
          <w:rFonts w:ascii="Times New Roman" w:hAnsi="Times New Roman" w:cs="Times New Roman"/>
        </w:rPr>
        <w:t xml:space="preserve"> </w:t>
      </w:r>
      <w:r w:rsidRPr="00D454F6">
        <w:rPr>
          <w:rFonts w:ascii="Times New Roman" w:hAnsi="Times New Roman" w:cs="Times New Roman"/>
        </w:rPr>
        <w:t>riaditeľka materskej školy berie do úvahy kapacitné možnosti školy podľa prevádzkového</w:t>
      </w:r>
      <w:r w:rsidR="00ED379F">
        <w:rPr>
          <w:rFonts w:ascii="Times New Roman" w:hAnsi="Times New Roman" w:cs="Times New Roman"/>
        </w:rPr>
        <w:t xml:space="preserve"> </w:t>
      </w:r>
      <w:r w:rsidRPr="00D454F6">
        <w:rPr>
          <w:rFonts w:ascii="Times New Roman" w:hAnsi="Times New Roman" w:cs="Times New Roman"/>
        </w:rPr>
        <w:t>poriadku a ustanovenie § 28 ods. 9 školského zákona o najvyššom počte detí v triedach.</w:t>
      </w:r>
      <w:r w:rsidR="00ED379F">
        <w:rPr>
          <w:rFonts w:ascii="Times New Roman" w:hAnsi="Times New Roman" w:cs="Times New Roman"/>
        </w:rPr>
        <w:t xml:space="preserve"> </w:t>
      </w:r>
    </w:p>
    <w:p w14:paraId="6EABC5C0" w14:textId="77777777" w:rsidR="00CB6CE7" w:rsidRDefault="00CB6CE7" w:rsidP="00ED379F">
      <w:pPr>
        <w:spacing w:after="0" w:line="240" w:lineRule="auto"/>
        <w:jc w:val="both"/>
        <w:rPr>
          <w:rFonts w:ascii="Times New Roman" w:hAnsi="Times New Roman" w:cs="Times New Roman"/>
          <w:b/>
        </w:rPr>
      </w:pPr>
    </w:p>
    <w:p w14:paraId="4ECE3B3A" w14:textId="77777777" w:rsidR="000A3713" w:rsidRPr="00D454F6" w:rsidRDefault="00D454F6" w:rsidP="00ED379F">
      <w:pPr>
        <w:spacing w:after="0" w:line="240" w:lineRule="auto"/>
        <w:jc w:val="both"/>
        <w:rPr>
          <w:rFonts w:ascii="Times New Roman" w:hAnsi="Times New Roman" w:cs="Times New Roman"/>
        </w:rPr>
      </w:pPr>
      <w:r w:rsidRPr="00D454F6">
        <w:rPr>
          <w:rFonts w:ascii="Times New Roman" w:hAnsi="Times New Roman" w:cs="Times New Roman"/>
          <w:b/>
        </w:rPr>
        <w:t>1.6.1   Riaditeľka materskej školy prednostne prijíma na predprimárne vzdelávanie:</w:t>
      </w:r>
    </w:p>
    <w:p w14:paraId="58C3103D" w14:textId="35DE9CB9" w:rsidR="000A3713" w:rsidRDefault="00D454F6" w:rsidP="00FE5BF0">
      <w:pPr>
        <w:pStyle w:val="Odsekzoznamu"/>
        <w:numPr>
          <w:ilvl w:val="0"/>
          <w:numId w:val="11"/>
        </w:numPr>
        <w:spacing w:after="0" w:line="240" w:lineRule="auto"/>
        <w:jc w:val="both"/>
        <w:rPr>
          <w:rFonts w:ascii="Times New Roman" w:hAnsi="Times New Roman" w:cs="Times New Roman"/>
        </w:rPr>
      </w:pPr>
      <w:r w:rsidRPr="00ED379F">
        <w:rPr>
          <w:rFonts w:ascii="Times New Roman" w:hAnsi="Times New Roman" w:cs="Times New Roman"/>
        </w:rPr>
        <w:t>deti, ktoré dovŕšili piaty rok veku do 31.8.,</w:t>
      </w:r>
    </w:p>
    <w:p w14:paraId="593A0D3B" w14:textId="54244B29" w:rsidR="000A3713" w:rsidRDefault="00D454F6" w:rsidP="00FE5BF0">
      <w:pPr>
        <w:pStyle w:val="Odsekzoznamu"/>
        <w:numPr>
          <w:ilvl w:val="0"/>
          <w:numId w:val="11"/>
        </w:numPr>
        <w:spacing w:after="0" w:line="240" w:lineRule="auto"/>
        <w:jc w:val="both"/>
        <w:rPr>
          <w:rFonts w:ascii="Times New Roman" w:hAnsi="Times New Roman" w:cs="Times New Roman"/>
        </w:rPr>
      </w:pPr>
      <w:r w:rsidRPr="00ED379F">
        <w:rPr>
          <w:rFonts w:ascii="Times New Roman" w:hAnsi="Times New Roman" w:cs="Times New Roman"/>
        </w:rPr>
        <w:t>deti, ktoré dovŕšili šiesty rok veku a ktoré pokračujú (po splnení všetkých náležitostí)</w:t>
      </w:r>
      <w:r w:rsidR="00ED379F" w:rsidRPr="00ED379F">
        <w:rPr>
          <w:rFonts w:ascii="Times New Roman" w:hAnsi="Times New Roman" w:cs="Times New Roman"/>
        </w:rPr>
        <w:t xml:space="preserve"> </w:t>
      </w:r>
      <w:r w:rsidRPr="00ED379F">
        <w:rPr>
          <w:rFonts w:ascii="Times New Roman" w:hAnsi="Times New Roman" w:cs="Times New Roman"/>
        </w:rPr>
        <w:t>v plnení povinného predprimárneho vzdelávania v MŠ,</w:t>
      </w:r>
    </w:p>
    <w:p w14:paraId="4AE9C8E1" w14:textId="571EFDAB" w:rsidR="000A3713" w:rsidRPr="00ED379F" w:rsidRDefault="00D454F6" w:rsidP="00FE5BF0">
      <w:pPr>
        <w:pStyle w:val="Odsekzoznamu"/>
        <w:numPr>
          <w:ilvl w:val="0"/>
          <w:numId w:val="11"/>
        </w:numPr>
        <w:spacing w:after="0" w:line="240" w:lineRule="auto"/>
        <w:jc w:val="both"/>
        <w:rPr>
          <w:rFonts w:ascii="Times New Roman" w:hAnsi="Times New Roman" w:cs="Times New Roman"/>
        </w:rPr>
      </w:pPr>
      <w:r w:rsidRPr="00ED379F">
        <w:rPr>
          <w:rFonts w:ascii="Times New Roman" w:hAnsi="Times New Roman" w:cs="Times New Roman"/>
        </w:rPr>
        <w:t>päťročné deti na plnenie povinného predprimárneho vzdelávania zo spádovej oblasti pre</w:t>
      </w:r>
      <w:r w:rsidR="00ED379F" w:rsidRPr="00ED379F">
        <w:rPr>
          <w:rFonts w:ascii="Times New Roman" w:hAnsi="Times New Roman" w:cs="Times New Roman"/>
        </w:rPr>
        <w:t xml:space="preserve"> </w:t>
      </w:r>
      <w:r w:rsidRPr="00ED379F">
        <w:rPr>
          <w:rFonts w:ascii="Times New Roman" w:hAnsi="Times New Roman" w:cs="Times New Roman"/>
        </w:rPr>
        <w:t>materskú školu</w:t>
      </w:r>
      <w:r w:rsidR="00ED379F">
        <w:rPr>
          <w:rFonts w:ascii="Times New Roman" w:hAnsi="Times New Roman" w:cs="Times New Roman"/>
        </w:rPr>
        <w:t>.</w:t>
      </w:r>
    </w:p>
    <w:p w14:paraId="05CC4FD6" w14:textId="77777777" w:rsidR="00CB6CE7" w:rsidRDefault="00CB6CE7" w:rsidP="00ED379F">
      <w:pPr>
        <w:spacing w:after="0" w:line="240" w:lineRule="auto"/>
        <w:jc w:val="both"/>
        <w:rPr>
          <w:rFonts w:ascii="Times New Roman" w:hAnsi="Times New Roman" w:cs="Times New Roman"/>
          <w:b/>
        </w:rPr>
      </w:pPr>
    </w:p>
    <w:p w14:paraId="0A1F6E08" w14:textId="5AF67996" w:rsidR="000A3713" w:rsidRPr="00D454F6" w:rsidRDefault="00D454F6" w:rsidP="00CB7CC1">
      <w:pPr>
        <w:spacing w:after="0" w:line="240" w:lineRule="auto"/>
        <w:rPr>
          <w:rFonts w:ascii="Times New Roman" w:hAnsi="Times New Roman" w:cs="Times New Roman"/>
        </w:rPr>
      </w:pPr>
      <w:r w:rsidRPr="00D454F6">
        <w:rPr>
          <w:rFonts w:ascii="Times New Roman" w:hAnsi="Times New Roman" w:cs="Times New Roman"/>
          <w:b/>
        </w:rPr>
        <w:t>1.6.2 Ďalšie podmienky prijímania</w:t>
      </w:r>
    </w:p>
    <w:p w14:paraId="72CCDF9A" w14:textId="3C1EAFBF" w:rsidR="000A3713" w:rsidRDefault="00D454F6" w:rsidP="00FE5BF0">
      <w:pPr>
        <w:pStyle w:val="Odsekzoznamu"/>
        <w:numPr>
          <w:ilvl w:val="0"/>
          <w:numId w:val="11"/>
        </w:numPr>
        <w:spacing w:after="0" w:line="240" w:lineRule="auto"/>
        <w:rPr>
          <w:rFonts w:ascii="Times New Roman" w:hAnsi="Times New Roman" w:cs="Times New Roman"/>
        </w:rPr>
      </w:pPr>
      <w:r w:rsidRPr="00ED379F">
        <w:rPr>
          <w:rFonts w:ascii="Times New Roman" w:hAnsi="Times New Roman" w:cs="Times New Roman"/>
        </w:rPr>
        <w:t>deti, ktoré sú súrodencami do materskej školy už dochádzajúcich detí,</w:t>
      </w:r>
    </w:p>
    <w:p w14:paraId="38AB07B7" w14:textId="447F1681" w:rsidR="000A3713" w:rsidRPr="00ED379F" w:rsidRDefault="00D454F6" w:rsidP="00FE5BF0">
      <w:pPr>
        <w:pStyle w:val="Odsekzoznamu"/>
        <w:numPr>
          <w:ilvl w:val="0"/>
          <w:numId w:val="11"/>
        </w:numPr>
        <w:spacing w:after="0" w:line="240" w:lineRule="auto"/>
        <w:rPr>
          <w:rFonts w:ascii="Times New Roman" w:hAnsi="Times New Roman" w:cs="Times New Roman"/>
        </w:rPr>
      </w:pPr>
      <w:r w:rsidRPr="00ED379F">
        <w:rPr>
          <w:rFonts w:ascii="Times New Roman" w:hAnsi="Times New Roman" w:cs="Times New Roman"/>
        </w:rPr>
        <w:t>deti podľa veku od najstarších detí po najmladšie, pokiaľ to umožňuje kapacita školy.</w:t>
      </w:r>
    </w:p>
    <w:p w14:paraId="1453B932" w14:textId="77777777" w:rsidR="000A3713" w:rsidRPr="00D454F6" w:rsidRDefault="00D454F6" w:rsidP="00CB7CC1">
      <w:pPr>
        <w:spacing w:after="0" w:line="240" w:lineRule="auto"/>
        <w:rPr>
          <w:rFonts w:ascii="Times New Roman" w:hAnsi="Times New Roman" w:cs="Times New Roman"/>
        </w:rPr>
      </w:pPr>
      <w:r w:rsidRPr="00D454F6">
        <w:rPr>
          <w:rFonts w:ascii="Times New Roman" w:hAnsi="Times New Roman" w:cs="Times New Roman"/>
        </w:rPr>
        <w:br w:type="page"/>
      </w:r>
    </w:p>
    <w:p w14:paraId="6AF4721A" w14:textId="77777777" w:rsidR="000A3713" w:rsidRPr="00CB6CE7" w:rsidRDefault="00D454F6" w:rsidP="00CB6CE7">
      <w:pPr>
        <w:spacing w:after="0" w:line="240" w:lineRule="auto"/>
        <w:jc w:val="center"/>
        <w:rPr>
          <w:rFonts w:ascii="Times New Roman" w:hAnsi="Times New Roman" w:cs="Times New Roman"/>
          <w:b/>
        </w:rPr>
      </w:pPr>
      <w:r w:rsidRPr="00CB6CE7">
        <w:rPr>
          <w:rFonts w:ascii="Times New Roman" w:hAnsi="Times New Roman" w:cs="Times New Roman"/>
          <w:b/>
        </w:rPr>
        <w:lastRenderedPageBreak/>
        <w:t>Článok 2</w:t>
      </w:r>
    </w:p>
    <w:p w14:paraId="77FD12B5" w14:textId="77777777" w:rsidR="00ED379F" w:rsidRDefault="00ED379F" w:rsidP="00CB6CE7">
      <w:pPr>
        <w:spacing w:after="0" w:line="240" w:lineRule="auto"/>
        <w:jc w:val="center"/>
        <w:rPr>
          <w:rFonts w:ascii="Times New Roman" w:hAnsi="Times New Roman" w:cs="Times New Roman"/>
          <w:b/>
        </w:rPr>
      </w:pPr>
    </w:p>
    <w:p w14:paraId="3ECA3F77" w14:textId="59BB0D60" w:rsidR="000A3713" w:rsidRPr="00CB6CE7" w:rsidRDefault="00D454F6" w:rsidP="00CB6CE7">
      <w:pPr>
        <w:spacing w:after="0" w:line="240" w:lineRule="auto"/>
        <w:jc w:val="center"/>
        <w:rPr>
          <w:rFonts w:ascii="Times New Roman" w:hAnsi="Times New Roman" w:cs="Times New Roman"/>
          <w:b/>
        </w:rPr>
      </w:pPr>
      <w:r w:rsidRPr="00CB6CE7">
        <w:rPr>
          <w:rFonts w:ascii="Times New Roman" w:hAnsi="Times New Roman" w:cs="Times New Roman"/>
          <w:b/>
        </w:rPr>
        <w:t>Rozhodovanie riaditeľky materskej školy</w:t>
      </w:r>
    </w:p>
    <w:p w14:paraId="5A2D3F48" w14:textId="77777777" w:rsidR="00ED379F" w:rsidRDefault="00ED379F" w:rsidP="00ED379F">
      <w:pPr>
        <w:spacing w:after="0" w:line="240" w:lineRule="auto"/>
        <w:jc w:val="both"/>
        <w:rPr>
          <w:rFonts w:ascii="Times New Roman" w:hAnsi="Times New Roman" w:cs="Times New Roman"/>
          <w:b/>
        </w:rPr>
      </w:pPr>
    </w:p>
    <w:p w14:paraId="6FF180FC" w14:textId="56BE3612" w:rsidR="000A3713" w:rsidRPr="00CB6CE7" w:rsidRDefault="00D454F6" w:rsidP="00ED379F">
      <w:pPr>
        <w:spacing w:after="0" w:line="240" w:lineRule="auto"/>
        <w:jc w:val="both"/>
        <w:rPr>
          <w:rFonts w:ascii="Times New Roman" w:hAnsi="Times New Roman" w:cs="Times New Roman"/>
          <w:b/>
        </w:rPr>
      </w:pPr>
      <w:r w:rsidRPr="00D454F6">
        <w:rPr>
          <w:rFonts w:ascii="Times New Roman" w:hAnsi="Times New Roman" w:cs="Times New Roman"/>
          <w:b/>
        </w:rPr>
        <w:t>2.1</w:t>
      </w:r>
      <w:r w:rsidR="00CB6CE7">
        <w:rPr>
          <w:rFonts w:ascii="Times New Roman" w:hAnsi="Times New Roman" w:cs="Times New Roman"/>
        </w:rPr>
        <w:t xml:space="preserve"> </w:t>
      </w:r>
      <w:r w:rsidRPr="00CB6CE7">
        <w:rPr>
          <w:rFonts w:ascii="Times New Roman" w:hAnsi="Times New Roman" w:cs="Times New Roman"/>
          <w:b/>
        </w:rPr>
        <w:t>Riaditeľka materskej školy rozhoduje:</w:t>
      </w:r>
    </w:p>
    <w:p w14:paraId="1EEE2BB3" w14:textId="594FAB03" w:rsidR="000A3713" w:rsidRDefault="00D454F6" w:rsidP="00FE5BF0">
      <w:pPr>
        <w:pStyle w:val="Odsekzoznamu"/>
        <w:numPr>
          <w:ilvl w:val="0"/>
          <w:numId w:val="9"/>
        </w:numPr>
        <w:spacing w:after="0" w:line="240" w:lineRule="auto"/>
        <w:jc w:val="both"/>
        <w:rPr>
          <w:rFonts w:ascii="Times New Roman" w:hAnsi="Times New Roman" w:cs="Times New Roman"/>
        </w:rPr>
      </w:pPr>
      <w:r w:rsidRPr="00ED379F">
        <w:rPr>
          <w:rFonts w:ascii="Times New Roman" w:hAnsi="Times New Roman" w:cs="Times New Roman"/>
        </w:rPr>
        <w:t>o prijatí dieťaťa na predprimárne vzdelávanie,</w:t>
      </w:r>
    </w:p>
    <w:p w14:paraId="0CE77777" w14:textId="02A921D2" w:rsidR="000A3713" w:rsidRDefault="00D454F6" w:rsidP="00FE5BF0">
      <w:pPr>
        <w:pStyle w:val="Odsekzoznamu"/>
        <w:numPr>
          <w:ilvl w:val="0"/>
          <w:numId w:val="9"/>
        </w:numPr>
        <w:spacing w:after="0" w:line="240" w:lineRule="auto"/>
        <w:jc w:val="both"/>
        <w:rPr>
          <w:rFonts w:ascii="Times New Roman" w:hAnsi="Times New Roman" w:cs="Times New Roman"/>
        </w:rPr>
      </w:pPr>
      <w:r w:rsidRPr="00ED379F">
        <w:rPr>
          <w:rFonts w:ascii="Times New Roman" w:hAnsi="Times New Roman" w:cs="Times New Roman"/>
        </w:rPr>
        <w:t>o prijatí dieťaťa na adaptačný pobyt (vo vzťahu k intaktným deťom) alebo diagnostický</w:t>
      </w:r>
      <w:r w:rsidR="00ED379F" w:rsidRPr="00ED379F">
        <w:rPr>
          <w:rFonts w:ascii="Times New Roman" w:hAnsi="Times New Roman" w:cs="Times New Roman"/>
        </w:rPr>
        <w:t xml:space="preserve"> </w:t>
      </w:r>
      <w:r w:rsidRPr="00ED379F">
        <w:rPr>
          <w:rFonts w:ascii="Times New Roman" w:hAnsi="Times New Roman" w:cs="Times New Roman"/>
        </w:rPr>
        <w:t>pobyt (vo vzťahu k deťom so ŠVVP),</w:t>
      </w:r>
    </w:p>
    <w:p w14:paraId="0B397787" w14:textId="6D025AA0" w:rsidR="000A3713" w:rsidRDefault="00D454F6" w:rsidP="00FE5BF0">
      <w:pPr>
        <w:pStyle w:val="Odsekzoznamu"/>
        <w:numPr>
          <w:ilvl w:val="0"/>
          <w:numId w:val="9"/>
        </w:numPr>
        <w:spacing w:after="0" w:line="240" w:lineRule="auto"/>
        <w:jc w:val="both"/>
        <w:rPr>
          <w:rFonts w:ascii="Times New Roman" w:hAnsi="Times New Roman" w:cs="Times New Roman"/>
        </w:rPr>
      </w:pPr>
      <w:r w:rsidRPr="00ED379F">
        <w:rPr>
          <w:rFonts w:ascii="Times New Roman" w:hAnsi="Times New Roman" w:cs="Times New Roman"/>
        </w:rPr>
        <w:t>o prerušení dochádzky dieťaťa, ak nejde o povinné predprimárne vzdelávanie (v prípade</w:t>
      </w:r>
      <w:r w:rsidR="00ED379F" w:rsidRPr="00ED379F">
        <w:rPr>
          <w:rFonts w:ascii="Times New Roman" w:hAnsi="Times New Roman" w:cs="Times New Roman"/>
        </w:rPr>
        <w:t xml:space="preserve"> </w:t>
      </w:r>
      <w:r w:rsidRPr="00ED379F">
        <w:rPr>
          <w:rFonts w:ascii="Times New Roman" w:hAnsi="Times New Roman" w:cs="Times New Roman"/>
        </w:rPr>
        <w:t>pretrvávajúcich zdravotných problémov, dočasnej zmeny trvalého pobytu, z rodinných</w:t>
      </w:r>
      <w:r w:rsidR="00ED379F" w:rsidRPr="00ED379F">
        <w:rPr>
          <w:rFonts w:ascii="Times New Roman" w:hAnsi="Times New Roman" w:cs="Times New Roman"/>
        </w:rPr>
        <w:t xml:space="preserve"> </w:t>
      </w:r>
      <w:r w:rsidRPr="00ED379F">
        <w:rPr>
          <w:rFonts w:ascii="Times New Roman" w:hAnsi="Times New Roman" w:cs="Times New Roman"/>
        </w:rPr>
        <w:t>dôvodov),</w:t>
      </w:r>
    </w:p>
    <w:p w14:paraId="61E5A826" w14:textId="6D180BB8" w:rsidR="000A3713" w:rsidRDefault="00D454F6" w:rsidP="00FE5BF0">
      <w:pPr>
        <w:pStyle w:val="Odsekzoznamu"/>
        <w:numPr>
          <w:ilvl w:val="0"/>
          <w:numId w:val="9"/>
        </w:numPr>
        <w:spacing w:after="0" w:line="240" w:lineRule="auto"/>
        <w:jc w:val="both"/>
        <w:rPr>
          <w:rFonts w:ascii="Times New Roman" w:hAnsi="Times New Roman" w:cs="Times New Roman"/>
        </w:rPr>
      </w:pPr>
      <w:r w:rsidRPr="00ED379F">
        <w:rPr>
          <w:rFonts w:ascii="Times New Roman" w:hAnsi="Times New Roman" w:cs="Times New Roman"/>
        </w:rPr>
        <w:t>o oslobodení dieťaťa od povinnosti dochádzať do školy zo zdravotných dôvodov, ak ide</w:t>
      </w:r>
      <w:r w:rsidR="00ED379F" w:rsidRPr="00ED379F">
        <w:rPr>
          <w:rFonts w:ascii="Times New Roman" w:hAnsi="Times New Roman" w:cs="Times New Roman"/>
        </w:rPr>
        <w:t xml:space="preserve"> </w:t>
      </w:r>
      <w:r w:rsidRPr="00ED379F">
        <w:rPr>
          <w:rFonts w:ascii="Times New Roman" w:hAnsi="Times New Roman" w:cs="Times New Roman"/>
        </w:rPr>
        <w:t>o povinné predprimárne vzdelávanie,</w:t>
      </w:r>
    </w:p>
    <w:p w14:paraId="740DD069" w14:textId="2517E501" w:rsidR="000A3713" w:rsidRDefault="00D454F6" w:rsidP="00FE5BF0">
      <w:pPr>
        <w:pStyle w:val="Odsekzoznamu"/>
        <w:numPr>
          <w:ilvl w:val="0"/>
          <w:numId w:val="9"/>
        </w:numPr>
        <w:spacing w:after="0" w:line="240" w:lineRule="auto"/>
        <w:jc w:val="both"/>
        <w:rPr>
          <w:rFonts w:ascii="Times New Roman" w:hAnsi="Times New Roman" w:cs="Times New Roman"/>
        </w:rPr>
      </w:pPr>
      <w:r w:rsidRPr="00ED379F">
        <w:rPr>
          <w:rFonts w:ascii="Times New Roman" w:hAnsi="Times New Roman" w:cs="Times New Roman"/>
        </w:rPr>
        <w:t>o povolení individuálneho vzdelávania dieťaťa, ak ide o povinné predprimárne</w:t>
      </w:r>
      <w:r w:rsidR="00ED379F" w:rsidRPr="00ED379F">
        <w:rPr>
          <w:rFonts w:ascii="Times New Roman" w:hAnsi="Times New Roman" w:cs="Times New Roman"/>
        </w:rPr>
        <w:t xml:space="preserve"> </w:t>
      </w:r>
      <w:r w:rsidRPr="00ED379F">
        <w:rPr>
          <w:rFonts w:ascii="Times New Roman" w:hAnsi="Times New Roman" w:cs="Times New Roman"/>
        </w:rPr>
        <w:t>vzdelávanie,</w:t>
      </w:r>
    </w:p>
    <w:p w14:paraId="51015291" w14:textId="7D439F70" w:rsidR="000A3713" w:rsidRDefault="00D454F6" w:rsidP="00FE5BF0">
      <w:pPr>
        <w:pStyle w:val="Odsekzoznamu"/>
        <w:numPr>
          <w:ilvl w:val="0"/>
          <w:numId w:val="9"/>
        </w:numPr>
        <w:spacing w:after="0" w:line="240" w:lineRule="auto"/>
        <w:jc w:val="both"/>
        <w:rPr>
          <w:rFonts w:ascii="Times New Roman" w:hAnsi="Times New Roman" w:cs="Times New Roman"/>
        </w:rPr>
      </w:pPr>
      <w:r w:rsidRPr="00ED379F">
        <w:rPr>
          <w:rFonts w:ascii="Times New Roman" w:hAnsi="Times New Roman" w:cs="Times New Roman"/>
        </w:rPr>
        <w:t>o pokračovaní plnenia povinného predprimárneho vzdelávania,</w:t>
      </w:r>
    </w:p>
    <w:p w14:paraId="5978486B" w14:textId="526FBEA3" w:rsidR="000A3713" w:rsidRPr="00ED379F" w:rsidRDefault="00D454F6" w:rsidP="00FE5BF0">
      <w:pPr>
        <w:pStyle w:val="Odsekzoznamu"/>
        <w:numPr>
          <w:ilvl w:val="0"/>
          <w:numId w:val="9"/>
        </w:numPr>
        <w:spacing w:after="0" w:line="240" w:lineRule="auto"/>
        <w:jc w:val="both"/>
        <w:rPr>
          <w:rFonts w:ascii="Times New Roman" w:hAnsi="Times New Roman" w:cs="Times New Roman"/>
        </w:rPr>
      </w:pPr>
      <w:r w:rsidRPr="00ED379F">
        <w:rPr>
          <w:rFonts w:ascii="Times New Roman" w:hAnsi="Times New Roman" w:cs="Times New Roman"/>
        </w:rPr>
        <w:t>o predčasnom skončení predprimárneho vzdelávania, ak nejde o povinné predprimárne</w:t>
      </w:r>
      <w:r w:rsidR="00ED379F" w:rsidRPr="00ED379F">
        <w:rPr>
          <w:rFonts w:ascii="Times New Roman" w:hAnsi="Times New Roman" w:cs="Times New Roman"/>
        </w:rPr>
        <w:t xml:space="preserve"> </w:t>
      </w:r>
      <w:r w:rsidRPr="00ED379F">
        <w:rPr>
          <w:rFonts w:ascii="Times New Roman" w:hAnsi="Times New Roman" w:cs="Times New Roman"/>
        </w:rPr>
        <w:t>vzdelávanie.</w:t>
      </w:r>
    </w:p>
    <w:p w14:paraId="767F15F2" w14:textId="77777777" w:rsidR="00CB6CE7" w:rsidRDefault="00CB6CE7" w:rsidP="00ED379F">
      <w:pPr>
        <w:spacing w:after="0" w:line="240" w:lineRule="auto"/>
        <w:jc w:val="both"/>
        <w:rPr>
          <w:rFonts w:ascii="Times New Roman" w:hAnsi="Times New Roman" w:cs="Times New Roman"/>
        </w:rPr>
      </w:pPr>
    </w:p>
    <w:p w14:paraId="2DA58B30" w14:textId="21C92164" w:rsidR="000A3713" w:rsidRPr="00D454F6" w:rsidRDefault="00D454F6" w:rsidP="00ED379F">
      <w:pPr>
        <w:spacing w:after="0" w:line="240" w:lineRule="auto"/>
        <w:jc w:val="both"/>
        <w:rPr>
          <w:rFonts w:ascii="Times New Roman" w:hAnsi="Times New Roman" w:cs="Times New Roman"/>
        </w:rPr>
      </w:pPr>
      <w:r w:rsidRPr="00D454F6">
        <w:rPr>
          <w:rFonts w:ascii="Times New Roman" w:hAnsi="Times New Roman" w:cs="Times New Roman"/>
        </w:rPr>
        <w:t>V zmysle § 3 ods. 1 vyhlášky materskej škole je ustanovený rozsah adaptačného pobytu na jednu,</w:t>
      </w:r>
      <w:r w:rsidR="00ED379F">
        <w:rPr>
          <w:rFonts w:ascii="Times New Roman" w:hAnsi="Times New Roman" w:cs="Times New Roman"/>
        </w:rPr>
        <w:t xml:space="preserve"> </w:t>
      </w:r>
      <w:r w:rsidRPr="00D454F6">
        <w:rPr>
          <w:rFonts w:ascii="Times New Roman" w:hAnsi="Times New Roman" w:cs="Times New Roman"/>
        </w:rPr>
        <w:t>dve, najviac na štyri hodiny denne (v prípade povinného predprimárneho vzdelávania sa na dieťa</w:t>
      </w:r>
      <w:r w:rsidR="00ED379F">
        <w:rPr>
          <w:rFonts w:ascii="Times New Roman" w:hAnsi="Times New Roman" w:cs="Times New Roman"/>
        </w:rPr>
        <w:t xml:space="preserve"> </w:t>
      </w:r>
      <w:r w:rsidRPr="00D454F6">
        <w:rPr>
          <w:rFonts w:ascii="Times New Roman" w:hAnsi="Times New Roman" w:cs="Times New Roman"/>
        </w:rPr>
        <w:t>vzťahuje povinnosť denného navštevovania MŠ najmenej na štyri hodiny aj v prípade adaptácie).</w:t>
      </w:r>
      <w:r w:rsidR="00ED379F">
        <w:rPr>
          <w:rFonts w:ascii="Times New Roman" w:hAnsi="Times New Roman" w:cs="Times New Roman"/>
        </w:rPr>
        <w:t xml:space="preserve"> </w:t>
      </w:r>
      <w:r w:rsidRPr="00D454F6">
        <w:rPr>
          <w:rFonts w:ascii="Times New Roman" w:hAnsi="Times New Roman" w:cs="Times New Roman"/>
        </w:rPr>
        <w:t>Podľa § 59 ods.. 8 školského zákona adaptačný proces nesmie byť dlhší ako tri mesiace</w:t>
      </w:r>
      <w:r w:rsidR="00ED379F">
        <w:rPr>
          <w:rFonts w:ascii="Times New Roman" w:hAnsi="Times New Roman" w:cs="Times New Roman"/>
        </w:rPr>
        <w:t xml:space="preserve"> </w:t>
      </w:r>
      <w:r w:rsidRPr="00D454F6">
        <w:rPr>
          <w:rFonts w:ascii="Times New Roman" w:hAnsi="Times New Roman" w:cs="Times New Roman"/>
        </w:rPr>
        <w:t>a nemožno ho predlžovať. Dĺžka adaptačného procesu a jeho úspešnosť závisia od spolupráce</w:t>
      </w:r>
      <w:r w:rsidR="00ED379F">
        <w:rPr>
          <w:rFonts w:ascii="Times New Roman" w:hAnsi="Times New Roman" w:cs="Times New Roman"/>
        </w:rPr>
        <w:t xml:space="preserve"> </w:t>
      </w:r>
      <w:r w:rsidRPr="00D454F6">
        <w:rPr>
          <w:rFonts w:ascii="Times New Roman" w:hAnsi="Times New Roman" w:cs="Times New Roman"/>
        </w:rPr>
        <w:t>zákonných zástupcov a pedagogických zamestnancov materskej školy.</w:t>
      </w:r>
    </w:p>
    <w:p w14:paraId="78F7C2A7" w14:textId="46CAEB70" w:rsidR="000A3713" w:rsidRPr="00D454F6" w:rsidRDefault="00D454F6" w:rsidP="00ED379F">
      <w:pPr>
        <w:spacing w:after="0" w:line="240" w:lineRule="auto"/>
        <w:jc w:val="both"/>
        <w:rPr>
          <w:rFonts w:ascii="Times New Roman" w:hAnsi="Times New Roman" w:cs="Times New Roman"/>
        </w:rPr>
      </w:pPr>
      <w:r w:rsidRPr="00D454F6">
        <w:rPr>
          <w:rFonts w:ascii="Times New Roman" w:hAnsi="Times New Roman" w:cs="Times New Roman"/>
        </w:rPr>
        <w:t>Rozhodnutie o diagnostickom pobyte dieťaťa v materskej škole sa vzťahuje na deti, ktoré majú</w:t>
      </w:r>
      <w:r w:rsidR="00ED379F">
        <w:rPr>
          <w:rFonts w:ascii="Times New Roman" w:hAnsi="Times New Roman" w:cs="Times New Roman"/>
        </w:rPr>
        <w:t xml:space="preserve"> </w:t>
      </w:r>
      <w:r w:rsidRPr="00D454F6">
        <w:rPr>
          <w:rFonts w:ascii="Times New Roman" w:hAnsi="Times New Roman" w:cs="Times New Roman"/>
        </w:rPr>
        <w:t>zariadením výchovného poradenstva a prevencie diagnostikované ŠVVP. Diagnostický pobyt</w:t>
      </w:r>
      <w:r w:rsidR="00A21734">
        <w:rPr>
          <w:rFonts w:ascii="Times New Roman" w:hAnsi="Times New Roman" w:cs="Times New Roman"/>
        </w:rPr>
        <w:t xml:space="preserve"> </w:t>
      </w:r>
      <w:r w:rsidRPr="00D454F6">
        <w:rPr>
          <w:rFonts w:ascii="Times New Roman" w:hAnsi="Times New Roman" w:cs="Times New Roman"/>
        </w:rPr>
        <w:t>nesmie byť dlhší ako tri mesiace. Dieťa sa do materskej školy prijíma na diagnostický pobyt podľa</w:t>
      </w:r>
      <w:r w:rsidR="00A21734">
        <w:rPr>
          <w:rFonts w:ascii="Times New Roman" w:hAnsi="Times New Roman" w:cs="Times New Roman"/>
        </w:rPr>
        <w:t xml:space="preserve"> </w:t>
      </w:r>
      <w:r w:rsidRPr="00D454F6">
        <w:rPr>
          <w:rFonts w:ascii="Times New Roman" w:hAnsi="Times New Roman" w:cs="Times New Roman"/>
        </w:rPr>
        <w:t>§ 5 ods. 14 písm. b) zákona č. 596/2003 Z. z. Ak tie mesiace nebudú postačujúce na ukončenie</w:t>
      </w:r>
      <w:r w:rsidR="00A21734">
        <w:rPr>
          <w:rFonts w:ascii="Times New Roman" w:hAnsi="Times New Roman" w:cs="Times New Roman"/>
        </w:rPr>
        <w:t xml:space="preserve"> </w:t>
      </w:r>
      <w:r w:rsidRPr="00D454F6">
        <w:rPr>
          <w:rFonts w:ascii="Times New Roman" w:hAnsi="Times New Roman" w:cs="Times New Roman"/>
        </w:rPr>
        <w:t>diagnostiky dieťaťa, môžu si rodičia podať novú žiadosť, ku ktorej doložia všetky požadované</w:t>
      </w:r>
      <w:r w:rsidR="00A21734">
        <w:rPr>
          <w:rFonts w:ascii="Times New Roman" w:hAnsi="Times New Roman" w:cs="Times New Roman"/>
        </w:rPr>
        <w:t xml:space="preserve"> </w:t>
      </w:r>
      <w:r w:rsidRPr="00D454F6">
        <w:rPr>
          <w:rFonts w:ascii="Times New Roman" w:hAnsi="Times New Roman" w:cs="Times New Roman"/>
        </w:rPr>
        <w:t>vyjadrenia v zmysle §   ods. písm. b) zákona  596/2003 Z. z., alebo §5 ods. 14 písm. a) zákona č.596/2003 Z. z. a určí v rozhodnutí diagnostický pobyt podľa § 59 ods. 8 školského zákona.</w:t>
      </w:r>
      <w:r w:rsidR="00A21734">
        <w:rPr>
          <w:rFonts w:ascii="Times New Roman" w:hAnsi="Times New Roman" w:cs="Times New Roman"/>
        </w:rPr>
        <w:t xml:space="preserve"> </w:t>
      </w:r>
      <w:r w:rsidRPr="00D454F6">
        <w:rPr>
          <w:rFonts w:ascii="Times New Roman" w:hAnsi="Times New Roman" w:cs="Times New Roman"/>
        </w:rPr>
        <w:t>Cieľom diagnostického pobytu je, aby sa dieťa začlenilo v bežnej triede materskej školy.</w:t>
      </w:r>
    </w:p>
    <w:p w14:paraId="53F38B82" w14:textId="77777777" w:rsidR="00CB6CE7" w:rsidRDefault="00CB6CE7" w:rsidP="00ED379F">
      <w:pPr>
        <w:spacing w:after="0" w:line="240" w:lineRule="auto"/>
        <w:jc w:val="both"/>
        <w:rPr>
          <w:rFonts w:ascii="Times New Roman" w:hAnsi="Times New Roman" w:cs="Times New Roman"/>
          <w:b/>
        </w:rPr>
      </w:pPr>
    </w:p>
    <w:p w14:paraId="413BEA65" w14:textId="77777777" w:rsidR="000A3713" w:rsidRPr="00D454F6" w:rsidRDefault="00D454F6" w:rsidP="00CB7CC1">
      <w:pPr>
        <w:spacing w:after="0" w:line="240" w:lineRule="auto"/>
        <w:rPr>
          <w:rFonts w:ascii="Times New Roman" w:hAnsi="Times New Roman" w:cs="Times New Roman"/>
        </w:rPr>
      </w:pPr>
      <w:r w:rsidRPr="00D454F6">
        <w:rPr>
          <w:rFonts w:ascii="Times New Roman" w:hAnsi="Times New Roman" w:cs="Times New Roman"/>
          <w:b/>
        </w:rPr>
        <w:t>2.2   Prerušenie dochádzky dieťaťa do materskej školy:</w:t>
      </w:r>
    </w:p>
    <w:p w14:paraId="46DE045B" w14:textId="15C82810" w:rsidR="000A3713" w:rsidRDefault="00D454F6" w:rsidP="00FE5BF0">
      <w:pPr>
        <w:pStyle w:val="Odsekzoznamu"/>
        <w:numPr>
          <w:ilvl w:val="0"/>
          <w:numId w:val="16"/>
        </w:numPr>
        <w:spacing w:after="0" w:line="240" w:lineRule="auto"/>
        <w:jc w:val="both"/>
        <w:rPr>
          <w:rFonts w:ascii="Times New Roman" w:hAnsi="Times New Roman" w:cs="Times New Roman"/>
        </w:rPr>
      </w:pPr>
      <w:r w:rsidRPr="00A21734">
        <w:rPr>
          <w:rFonts w:ascii="Times New Roman" w:hAnsi="Times New Roman" w:cs="Times New Roman"/>
        </w:rPr>
        <w:t>rozhodnutie o prerušení dochádzky dieťaťa vydá riaditeľka materskej školy aj bez</w:t>
      </w:r>
      <w:r w:rsidR="00A21734" w:rsidRPr="00A21734">
        <w:rPr>
          <w:rFonts w:ascii="Times New Roman" w:hAnsi="Times New Roman" w:cs="Times New Roman"/>
        </w:rPr>
        <w:t xml:space="preserve"> </w:t>
      </w:r>
      <w:r w:rsidRPr="00A21734">
        <w:rPr>
          <w:rFonts w:ascii="Times New Roman" w:hAnsi="Times New Roman" w:cs="Times New Roman"/>
        </w:rPr>
        <w:t>predchádzajúcej žiadosti zákonného zástupcu, ak  na to budú existovať dôvody, teda aj</w:t>
      </w:r>
      <w:r w:rsidR="00A21734" w:rsidRPr="00A21734">
        <w:rPr>
          <w:rFonts w:ascii="Times New Roman" w:hAnsi="Times New Roman" w:cs="Times New Roman"/>
        </w:rPr>
        <w:t xml:space="preserve"> </w:t>
      </w:r>
      <w:r w:rsidRPr="00A21734">
        <w:rPr>
          <w:rFonts w:ascii="Times New Roman" w:hAnsi="Times New Roman" w:cs="Times New Roman"/>
        </w:rPr>
        <w:t>v čase pred uplynutím adaptačného pobytu alebo diagnostického pobytu dieťaťa.</w:t>
      </w:r>
      <w:r w:rsidR="00A21734">
        <w:rPr>
          <w:rFonts w:ascii="Times New Roman" w:hAnsi="Times New Roman" w:cs="Times New Roman"/>
        </w:rPr>
        <w:t xml:space="preserve"> </w:t>
      </w:r>
    </w:p>
    <w:p w14:paraId="25F53BF0" w14:textId="14D82246" w:rsidR="000A3713" w:rsidRDefault="00D454F6" w:rsidP="00FE5BF0">
      <w:pPr>
        <w:pStyle w:val="Odsekzoznamu"/>
        <w:numPr>
          <w:ilvl w:val="0"/>
          <w:numId w:val="16"/>
        </w:numPr>
        <w:spacing w:after="0" w:line="240" w:lineRule="auto"/>
        <w:jc w:val="both"/>
        <w:rPr>
          <w:rFonts w:ascii="Times New Roman" w:hAnsi="Times New Roman" w:cs="Times New Roman"/>
        </w:rPr>
      </w:pPr>
      <w:r w:rsidRPr="00A21734">
        <w:rPr>
          <w:rFonts w:ascii="Times New Roman" w:hAnsi="Times New Roman" w:cs="Times New Roman"/>
        </w:rPr>
        <w:t>ak pôjde o zdravotné dôvody, zníženú adaptačnú schopnosť, rodinné dôvody alebo iné</w:t>
      </w:r>
      <w:r w:rsidR="00A21734" w:rsidRPr="00A21734">
        <w:rPr>
          <w:rFonts w:ascii="Times New Roman" w:hAnsi="Times New Roman" w:cs="Times New Roman"/>
        </w:rPr>
        <w:t xml:space="preserve"> </w:t>
      </w:r>
      <w:r w:rsidRPr="00A21734">
        <w:rPr>
          <w:rFonts w:ascii="Times New Roman" w:hAnsi="Times New Roman" w:cs="Times New Roman"/>
        </w:rPr>
        <w:t>dôvody zo strany zákonného zástupcu, vtedy riaditeľka materskej školy rozhodne</w:t>
      </w:r>
      <w:r w:rsidR="00A21734" w:rsidRPr="00A21734">
        <w:rPr>
          <w:rFonts w:ascii="Times New Roman" w:hAnsi="Times New Roman" w:cs="Times New Roman"/>
        </w:rPr>
        <w:t xml:space="preserve"> </w:t>
      </w:r>
      <w:r w:rsidRPr="00A21734">
        <w:rPr>
          <w:rFonts w:ascii="Times New Roman" w:hAnsi="Times New Roman" w:cs="Times New Roman"/>
        </w:rPr>
        <w:t>o prerušení dochádzky dieťaťa aj na základe žiadosti zákonného zástupcu</w:t>
      </w:r>
      <w:r w:rsidR="00A21734">
        <w:rPr>
          <w:rFonts w:ascii="Times New Roman" w:hAnsi="Times New Roman" w:cs="Times New Roman"/>
        </w:rPr>
        <w:t>,</w:t>
      </w:r>
    </w:p>
    <w:p w14:paraId="7DC10F44" w14:textId="79CEBE58" w:rsidR="000A3713" w:rsidRPr="00A21734" w:rsidRDefault="00D454F6" w:rsidP="00FE5BF0">
      <w:pPr>
        <w:pStyle w:val="Odsekzoznamu"/>
        <w:numPr>
          <w:ilvl w:val="0"/>
          <w:numId w:val="16"/>
        </w:numPr>
        <w:spacing w:after="0" w:line="240" w:lineRule="auto"/>
        <w:jc w:val="both"/>
        <w:rPr>
          <w:rFonts w:ascii="Times New Roman" w:hAnsi="Times New Roman" w:cs="Times New Roman"/>
        </w:rPr>
      </w:pPr>
      <w:r w:rsidRPr="00A21734">
        <w:rPr>
          <w:rFonts w:ascii="Times New Roman" w:hAnsi="Times New Roman" w:cs="Times New Roman"/>
        </w:rPr>
        <w:t>v prípade zvýšeného záujmu zákonných zástupcov o prijatie detí do materskej školy môže</w:t>
      </w:r>
      <w:r w:rsidR="00A21734" w:rsidRPr="00A21734">
        <w:rPr>
          <w:rFonts w:ascii="Times New Roman" w:hAnsi="Times New Roman" w:cs="Times New Roman"/>
        </w:rPr>
        <w:t xml:space="preserve"> </w:t>
      </w:r>
      <w:r w:rsidRPr="00A21734">
        <w:rPr>
          <w:rFonts w:ascii="Times New Roman" w:hAnsi="Times New Roman" w:cs="Times New Roman"/>
        </w:rPr>
        <w:t>riaditeľka materskej školy na miesto dieťaťa, ktoré má prerušenú dochádzku do materskej</w:t>
      </w:r>
      <w:r w:rsidR="00A21734" w:rsidRPr="00A21734">
        <w:rPr>
          <w:rFonts w:ascii="Times New Roman" w:hAnsi="Times New Roman" w:cs="Times New Roman"/>
        </w:rPr>
        <w:t xml:space="preserve"> </w:t>
      </w:r>
      <w:r w:rsidRPr="00A21734">
        <w:rPr>
          <w:rFonts w:ascii="Times New Roman" w:hAnsi="Times New Roman" w:cs="Times New Roman"/>
        </w:rPr>
        <w:t>školy, prijať iné dieťa, pričom v rozhodnutí bude uvedené, že toto dieťa prijíma na</w:t>
      </w:r>
      <w:r w:rsidR="00A21734" w:rsidRPr="00A21734">
        <w:rPr>
          <w:rFonts w:ascii="Times New Roman" w:hAnsi="Times New Roman" w:cs="Times New Roman"/>
        </w:rPr>
        <w:t xml:space="preserve"> </w:t>
      </w:r>
      <w:r w:rsidRPr="00A21734">
        <w:rPr>
          <w:rFonts w:ascii="Times New Roman" w:hAnsi="Times New Roman" w:cs="Times New Roman"/>
        </w:rPr>
        <w:t>konkrétne stanovený čas (vymedzený dátumami), ktoré sú totožné s časom prerušenia</w:t>
      </w:r>
      <w:r w:rsidR="00A21734" w:rsidRPr="00A21734">
        <w:rPr>
          <w:rFonts w:ascii="Times New Roman" w:hAnsi="Times New Roman" w:cs="Times New Roman"/>
        </w:rPr>
        <w:t xml:space="preserve"> </w:t>
      </w:r>
      <w:r w:rsidRPr="00A21734">
        <w:rPr>
          <w:rFonts w:ascii="Times New Roman" w:hAnsi="Times New Roman" w:cs="Times New Roman"/>
        </w:rPr>
        <w:t>dochádzky iného dieťaťa uvedeným na rozhodnutí o prerušení jeho dochádzky do</w:t>
      </w:r>
      <w:r w:rsidR="00A21734" w:rsidRPr="00A21734">
        <w:rPr>
          <w:rFonts w:ascii="Times New Roman" w:hAnsi="Times New Roman" w:cs="Times New Roman"/>
        </w:rPr>
        <w:t xml:space="preserve"> </w:t>
      </w:r>
      <w:r w:rsidRPr="00A21734">
        <w:rPr>
          <w:rFonts w:ascii="Times New Roman" w:hAnsi="Times New Roman" w:cs="Times New Roman"/>
        </w:rPr>
        <w:t>materskej školy.</w:t>
      </w:r>
    </w:p>
    <w:p w14:paraId="7273B0CA" w14:textId="77777777" w:rsidR="00CB6CE7" w:rsidRDefault="00CB6CE7" w:rsidP="00CB7CC1">
      <w:pPr>
        <w:spacing w:after="0" w:line="240" w:lineRule="auto"/>
        <w:rPr>
          <w:rFonts w:ascii="Times New Roman" w:hAnsi="Times New Roman" w:cs="Times New Roman"/>
          <w:b/>
        </w:rPr>
      </w:pPr>
    </w:p>
    <w:p w14:paraId="5B5236C8" w14:textId="77777777" w:rsidR="00CB6CE7" w:rsidRDefault="00CB6CE7" w:rsidP="00CB7CC1">
      <w:pPr>
        <w:spacing w:after="0" w:line="240" w:lineRule="auto"/>
        <w:rPr>
          <w:rFonts w:ascii="Times New Roman" w:hAnsi="Times New Roman" w:cs="Times New Roman"/>
          <w:b/>
        </w:rPr>
      </w:pPr>
    </w:p>
    <w:p w14:paraId="7C0C8B2B" w14:textId="77777777" w:rsidR="00CB6CE7" w:rsidRDefault="00CB6CE7" w:rsidP="00CB7CC1">
      <w:pPr>
        <w:spacing w:after="0" w:line="240" w:lineRule="auto"/>
        <w:rPr>
          <w:rFonts w:ascii="Times New Roman" w:hAnsi="Times New Roman" w:cs="Times New Roman"/>
          <w:b/>
        </w:rPr>
      </w:pPr>
    </w:p>
    <w:p w14:paraId="0843DBC6" w14:textId="77777777" w:rsidR="00CB6CE7" w:rsidRDefault="00CB6CE7" w:rsidP="00CB7CC1">
      <w:pPr>
        <w:spacing w:after="0" w:line="240" w:lineRule="auto"/>
        <w:rPr>
          <w:rFonts w:ascii="Times New Roman" w:hAnsi="Times New Roman" w:cs="Times New Roman"/>
          <w:b/>
        </w:rPr>
      </w:pPr>
    </w:p>
    <w:p w14:paraId="2E52E4D1" w14:textId="77777777" w:rsidR="00CB6CE7" w:rsidRDefault="00CB6CE7" w:rsidP="00CB7CC1">
      <w:pPr>
        <w:spacing w:after="0" w:line="240" w:lineRule="auto"/>
        <w:rPr>
          <w:rFonts w:ascii="Times New Roman" w:hAnsi="Times New Roman" w:cs="Times New Roman"/>
          <w:b/>
        </w:rPr>
      </w:pPr>
    </w:p>
    <w:p w14:paraId="3D20EE02" w14:textId="77777777" w:rsidR="000A3713" w:rsidRPr="00D454F6" w:rsidRDefault="00D454F6" w:rsidP="00CB7CC1">
      <w:pPr>
        <w:spacing w:after="0" w:line="240" w:lineRule="auto"/>
        <w:rPr>
          <w:rFonts w:ascii="Times New Roman" w:hAnsi="Times New Roman" w:cs="Times New Roman"/>
        </w:rPr>
      </w:pPr>
      <w:r w:rsidRPr="00D454F6">
        <w:rPr>
          <w:rFonts w:ascii="Times New Roman" w:hAnsi="Times New Roman" w:cs="Times New Roman"/>
          <w:b/>
        </w:rPr>
        <w:lastRenderedPageBreak/>
        <w:t>2.3.</w:t>
      </w:r>
      <w:r w:rsidR="00CB6CE7">
        <w:rPr>
          <w:rFonts w:ascii="Times New Roman" w:hAnsi="Times New Roman" w:cs="Times New Roman"/>
          <w:b/>
        </w:rPr>
        <w:t xml:space="preserve"> </w:t>
      </w:r>
      <w:r w:rsidRPr="00D454F6">
        <w:rPr>
          <w:rFonts w:ascii="Times New Roman" w:hAnsi="Times New Roman" w:cs="Times New Roman"/>
          <w:b/>
        </w:rPr>
        <w:t>Predčasné skončenie predprimárneho vzdelávania</w:t>
      </w:r>
    </w:p>
    <w:p w14:paraId="40891A5F" w14:textId="479BB704" w:rsidR="000A3713" w:rsidRPr="00D454F6" w:rsidRDefault="00D454F6" w:rsidP="00EA326C">
      <w:pPr>
        <w:spacing w:after="0" w:line="240" w:lineRule="auto"/>
        <w:jc w:val="both"/>
        <w:rPr>
          <w:rFonts w:ascii="Times New Roman" w:hAnsi="Times New Roman" w:cs="Times New Roman"/>
        </w:rPr>
      </w:pPr>
      <w:r w:rsidRPr="00D454F6">
        <w:rPr>
          <w:rFonts w:ascii="Times New Roman" w:hAnsi="Times New Roman" w:cs="Times New Roman"/>
        </w:rPr>
        <w:t>Riaditeľka materskej školy môže rozhodnúť o predčasnom skončení predprimárn</w:t>
      </w:r>
      <w:r w:rsidR="00A54CC1">
        <w:rPr>
          <w:rFonts w:ascii="Times New Roman" w:hAnsi="Times New Roman" w:cs="Times New Roman"/>
        </w:rPr>
        <w:t>e</w:t>
      </w:r>
      <w:r w:rsidRPr="00D454F6">
        <w:rPr>
          <w:rFonts w:ascii="Times New Roman" w:hAnsi="Times New Roman" w:cs="Times New Roman"/>
        </w:rPr>
        <w:t>ho</w:t>
      </w:r>
      <w:r w:rsidR="00EA326C">
        <w:rPr>
          <w:rFonts w:ascii="Times New Roman" w:hAnsi="Times New Roman" w:cs="Times New Roman"/>
        </w:rPr>
        <w:t xml:space="preserve"> </w:t>
      </w:r>
      <w:r w:rsidRPr="00D454F6">
        <w:rPr>
          <w:rFonts w:ascii="Times New Roman" w:hAnsi="Times New Roman" w:cs="Times New Roman"/>
        </w:rPr>
        <w:t>vzdelávania, ak:</w:t>
      </w:r>
    </w:p>
    <w:p w14:paraId="66C59742" w14:textId="3C884B9F" w:rsidR="000A3713" w:rsidRDefault="00D454F6" w:rsidP="00FE5BF0">
      <w:pPr>
        <w:pStyle w:val="Odsekzoznamu"/>
        <w:numPr>
          <w:ilvl w:val="0"/>
          <w:numId w:val="17"/>
        </w:numPr>
        <w:spacing w:after="0" w:line="240" w:lineRule="auto"/>
        <w:jc w:val="both"/>
        <w:rPr>
          <w:rFonts w:ascii="Times New Roman" w:hAnsi="Times New Roman" w:cs="Times New Roman"/>
        </w:rPr>
      </w:pPr>
      <w:r w:rsidRPr="00EA326C">
        <w:rPr>
          <w:rFonts w:ascii="Times New Roman" w:hAnsi="Times New Roman" w:cs="Times New Roman"/>
        </w:rPr>
        <w:t>dieťa sústavne alebo závažným spôsobom porušuje školský poriadok,</w:t>
      </w:r>
    </w:p>
    <w:p w14:paraId="12795DC8" w14:textId="60631D53" w:rsidR="000A3713" w:rsidRDefault="00D454F6" w:rsidP="00FE5BF0">
      <w:pPr>
        <w:pStyle w:val="Odsekzoznamu"/>
        <w:numPr>
          <w:ilvl w:val="0"/>
          <w:numId w:val="17"/>
        </w:numPr>
        <w:spacing w:after="0" w:line="240" w:lineRule="auto"/>
        <w:jc w:val="both"/>
        <w:rPr>
          <w:rFonts w:ascii="Times New Roman" w:hAnsi="Times New Roman" w:cs="Times New Roman"/>
        </w:rPr>
      </w:pPr>
      <w:r w:rsidRPr="00EA326C">
        <w:rPr>
          <w:rFonts w:ascii="Times New Roman" w:hAnsi="Times New Roman" w:cs="Times New Roman"/>
        </w:rPr>
        <w:t>zákonný zástupca dieťaťa nedodržiava podmienky predprimárneho vzdelávania dieťaťa</w:t>
      </w:r>
      <w:r w:rsidR="00EA326C" w:rsidRPr="00EA326C">
        <w:rPr>
          <w:rFonts w:ascii="Times New Roman" w:hAnsi="Times New Roman" w:cs="Times New Roman"/>
        </w:rPr>
        <w:t xml:space="preserve"> </w:t>
      </w:r>
      <w:r w:rsidRPr="00EA326C">
        <w:rPr>
          <w:rFonts w:ascii="Times New Roman" w:hAnsi="Times New Roman" w:cs="Times New Roman"/>
        </w:rPr>
        <w:t>určené školským poriadkom,</w:t>
      </w:r>
    </w:p>
    <w:p w14:paraId="61074AB4" w14:textId="67D340EF" w:rsidR="000A3713" w:rsidRDefault="00D454F6" w:rsidP="00FE5BF0">
      <w:pPr>
        <w:pStyle w:val="Odsekzoznamu"/>
        <w:numPr>
          <w:ilvl w:val="0"/>
          <w:numId w:val="17"/>
        </w:numPr>
        <w:spacing w:after="0" w:line="240" w:lineRule="auto"/>
        <w:jc w:val="both"/>
        <w:rPr>
          <w:rFonts w:ascii="Times New Roman" w:hAnsi="Times New Roman" w:cs="Times New Roman"/>
        </w:rPr>
      </w:pPr>
      <w:r w:rsidRPr="00EA326C">
        <w:rPr>
          <w:rFonts w:ascii="Times New Roman" w:hAnsi="Times New Roman" w:cs="Times New Roman"/>
        </w:rPr>
        <w:t>zákonný zástupca dieťaťa neinformuje materskú školu o zmene zdravotnej spôsobilosti</w:t>
      </w:r>
      <w:r w:rsidR="00EA326C" w:rsidRPr="00EA326C">
        <w:rPr>
          <w:rFonts w:ascii="Times New Roman" w:hAnsi="Times New Roman" w:cs="Times New Roman"/>
        </w:rPr>
        <w:t xml:space="preserve"> </w:t>
      </w:r>
      <w:r w:rsidRPr="00EA326C">
        <w:rPr>
          <w:rFonts w:ascii="Times New Roman" w:hAnsi="Times New Roman" w:cs="Times New Roman"/>
        </w:rPr>
        <w:t>dieťaťa, jeho zdravotných problémoch alebo iných závažných skutočnostiach, ktoré</w:t>
      </w:r>
      <w:r w:rsidR="00EA326C" w:rsidRPr="00EA326C">
        <w:rPr>
          <w:rFonts w:ascii="Times New Roman" w:hAnsi="Times New Roman" w:cs="Times New Roman"/>
        </w:rPr>
        <w:t xml:space="preserve"> </w:t>
      </w:r>
      <w:r w:rsidRPr="00EA326C">
        <w:rPr>
          <w:rFonts w:ascii="Times New Roman" w:hAnsi="Times New Roman" w:cs="Times New Roman"/>
        </w:rPr>
        <w:t>majú vplyv na priebeh výchovy a vzdelávania,</w:t>
      </w:r>
    </w:p>
    <w:p w14:paraId="78D216DE" w14:textId="34BF8032" w:rsidR="000A3713" w:rsidRDefault="00D454F6" w:rsidP="00FE5BF0">
      <w:pPr>
        <w:pStyle w:val="Odsekzoznamu"/>
        <w:numPr>
          <w:ilvl w:val="0"/>
          <w:numId w:val="17"/>
        </w:numPr>
        <w:spacing w:after="0" w:line="240" w:lineRule="auto"/>
        <w:jc w:val="both"/>
        <w:rPr>
          <w:rFonts w:ascii="Times New Roman" w:hAnsi="Times New Roman" w:cs="Times New Roman"/>
        </w:rPr>
      </w:pPr>
      <w:r w:rsidRPr="00EA326C">
        <w:rPr>
          <w:rFonts w:ascii="Times New Roman" w:hAnsi="Times New Roman" w:cs="Times New Roman"/>
        </w:rPr>
        <w:t>zákonný zástupca dieťaťa bezdôvodne odmietne s dieťaťom absolvovať diagnostické</w:t>
      </w:r>
      <w:r w:rsidR="00EA326C" w:rsidRPr="00EA326C">
        <w:rPr>
          <w:rFonts w:ascii="Times New Roman" w:hAnsi="Times New Roman" w:cs="Times New Roman"/>
        </w:rPr>
        <w:t xml:space="preserve"> </w:t>
      </w:r>
      <w:r w:rsidRPr="00EA326C">
        <w:rPr>
          <w:rFonts w:ascii="Times New Roman" w:hAnsi="Times New Roman" w:cs="Times New Roman"/>
        </w:rPr>
        <w:t>vyšetrenie, ak sa špeciálne výchovno-vzdelávacie potreby  dieťaťa prejavia po jeho</w:t>
      </w:r>
      <w:r w:rsidR="00EA326C" w:rsidRPr="00EA326C">
        <w:rPr>
          <w:rFonts w:ascii="Times New Roman" w:hAnsi="Times New Roman" w:cs="Times New Roman"/>
        </w:rPr>
        <w:t xml:space="preserve"> </w:t>
      </w:r>
      <w:r w:rsidRPr="00EA326C">
        <w:rPr>
          <w:rFonts w:ascii="Times New Roman" w:hAnsi="Times New Roman" w:cs="Times New Roman"/>
        </w:rPr>
        <w:t>prijatí do materskej školy a je potrebné zmeniť formu vzdelávania dieťaťa,</w:t>
      </w:r>
    </w:p>
    <w:p w14:paraId="08C29C71" w14:textId="45693E29" w:rsidR="000A3713" w:rsidRPr="00EA326C" w:rsidRDefault="00D454F6" w:rsidP="00FE5BF0">
      <w:pPr>
        <w:pStyle w:val="Odsekzoznamu"/>
        <w:numPr>
          <w:ilvl w:val="0"/>
          <w:numId w:val="17"/>
        </w:numPr>
        <w:spacing w:after="0" w:line="240" w:lineRule="auto"/>
        <w:jc w:val="both"/>
        <w:rPr>
          <w:rFonts w:ascii="Times New Roman" w:hAnsi="Times New Roman" w:cs="Times New Roman"/>
        </w:rPr>
      </w:pPr>
      <w:r w:rsidRPr="00EA326C">
        <w:rPr>
          <w:rFonts w:ascii="Times New Roman" w:hAnsi="Times New Roman" w:cs="Times New Roman"/>
        </w:rPr>
        <w:t>predčasné skončenie predprimárneho vzdelávania odporučí  zariadenie poradenstva</w:t>
      </w:r>
      <w:r w:rsidR="00EA326C" w:rsidRPr="00EA326C">
        <w:rPr>
          <w:rFonts w:ascii="Times New Roman" w:hAnsi="Times New Roman" w:cs="Times New Roman"/>
        </w:rPr>
        <w:t xml:space="preserve"> </w:t>
      </w:r>
      <w:r w:rsidRPr="00EA326C">
        <w:rPr>
          <w:rFonts w:ascii="Times New Roman" w:hAnsi="Times New Roman" w:cs="Times New Roman"/>
        </w:rPr>
        <w:t>a prevencie, všeobecný lekár pre deti a dorast alebo lekár so špecializáciou v inom</w:t>
      </w:r>
      <w:r w:rsidR="00EA326C" w:rsidRPr="00EA326C">
        <w:rPr>
          <w:rFonts w:ascii="Times New Roman" w:hAnsi="Times New Roman" w:cs="Times New Roman"/>
        </w:rPr>
        <w:t xml:space="preserve"> </w:t>
      </w:r>
      <w:r w:rsidRPr="00EA326C">
        <w:rPr>
          <w:rFonts w:ascii="Times New Roman" w:hAnsi="Times New Roman" w:cs="Times New Roman"/>
        </w:rPr>
        <w:t>špecializačnom odbore ako všeobecné lekárstvo alebo zubný lekár.</w:t>
      </w:r>
    </w:p>
    <w:p w14:paraId="348A503B" w14:textId="77777777" w:rsidR="00EA326C" w:rsidRDefault="00EA326C" w:rsidP="00EA326C">
      <w:pPr>
        <w:spacing w:after="0" w:line="240" w:lineRule="auto"/>
        <w:jc w:val="both"/>
        <w:rPr>
          <w:rFonts w:ascii="Times New Roman" w:hAnsi="Times New Roman" w:cs="Times New Roman"/>
        </w:rPr>
      </w:pPr>
    </w:p>
    <w:p w14:paraId="7AF2C638" w14:textId="12F9BEF3" w:rsidR="000A3713" w:rsidRPr="00D454F6" w:rsidRDefault="00D454F6" w:rsidP="00EA326C">
      <w:pPr>
        <w:spacing w:after="0" w:line="240" w:lineRule="auto"/>
        <w:jc w:val="both"/>
        <w:rPr>
          <w:rFonts w:ascii="Times New Roman" w:hAnsi="Times New Roman" w:cs="Times New Roman"/>
        </w:rPr>
      </w:pPr>
      <w:r w:rsidRPr="00D454F6">
        <w:rPr>
          <w:rFonts w:ascii="Times New Roman" w:hAnsi="Times New Roman" w:cs="Times New Roman"/>
        </w:rPr>
        <w:t>Vydať rozhodnutie o predčasnom skončení predprimárneho vzdelávania nemožno, ak ide o dieťa,</w:t>
      </w:r>
      <w:r w:rsidR="00EA326C">
        <w:rPr>
          <w:rFonts w:ascii="Times New Roman" w:hAnsi="Times New Roman" w:cs="Times New Roman"/>
        </w:rPr>
        <w:t xml:space="preserve"> </w:t>
      </w:r>
      <w:r w:rsidRPr="00D454F6">
        <w:rPr>
          <w:rFonts w:ascii="Times New Roman" w:hAnsi="Times New Roman" w:cs="Times New Roman"/>
        </w:rPr>
        <w:t>pre ktoré je predprimárne vzdelávanie povinné, ako ani v prípade, že pôjde o pokračovanie</w:t>
      </w:r>
      <w:r w:rsidR="00EA326C">
        <w:rPr>
          <w:rFonts w:ascii="Times New Roman" w:hAnsi="Times New Roman" w:cs="Times New Roman"/>
        </w:rPr>
        <w:t xml:space="preserve"> </w:t>
      </w:r>
      <w:r w:rsidRPr="00D454F6">
        <w:rPr>
          <w:rFonts w:ascii="Times New Roman" w:hAnsi="Times New Roman" w:cs="Times New Roman"/>
        </w:rPr>
        <w:t>povinného predprimárneho vzdelávania.</w:t>
      </w:r>
    </w:p>
    <w:p w14:paraId="1B6B4F20" w14:textId="4E4704D2" w:rsidR="000A3713" w:rsidRPr="00D454F6" w:rsidRDefault="00D454F6" w:rsidP="00EA326C">
      <w:pPr>
        <w:spacing w:after="0" w:line="240" w:lineRule="auto"/>
        <w:jc w:val="both"/>
        <w:rPr>
          <w:rFonts w:ascii="Times New Roman" w:hAnsi="Times New Roman" w:cs="Times New Roman"/>
        </w:rPr>
      </w:pPr>
      <w:r w:rsidRPr="00D454F6">
        <w:rPr>
          <w:rFonts w:ascii="Times New Roman" w:hAnsi="Times New Roman" w:cs="Times New Roman"/>
        </w:rPr>
        <w:t>Vydaniu rozhodnutia o predčasnom skončení predprimárneho vzdelávania môže predchádzať</w:t>
      </w:r>
      <w:r w:rsidR="00EA326C">
        <w:rPr>
          <w:rFonts w:ascii="Times New Roman" w:hAnsi="Times New Roman" w:cs="Times New Roman"/>
        </w:rPr>
        <w:t xml:space="preserve"> </w:t>
      </w:r>
      <w:r w:rsidRPr="00D454F6">
        <w:rPr>
          <w:rFonts w:ascii="Times New Roman" w:hAnsi="Times New Roman" w:cs="Times New Roman"/>
        </w:rPr>
        <w:t>prerušenie dochádzky dieťaťa v konkrétne určenom čase.</w:t>
      </w:r>
    </w:p>
    <w:p w14:paraId="7EC74B33" w14:textId="77777777" w:rsidR="00CB6CE7" w:rsidRDefault="00CB6CE7" w:rsidP="00CB7CC1">
      <w:pPr>
        <w:spacing w:after="0" w:line="240" w:lineRule="auto"/>
        <w:rPr>
          <w:rFonts w:ascii="Times New Roman" w:hAnsi="Times New Roman" w:cs="Times New Roman"/>
          <w:b/>
        </w:rPr>
      </w:pPr>
    </w:p>
    <w:p w14:paraId="3E9CD5CB" w14:textId="77777777" w:rsidR="000A3713" w:rsidRPr="00D454F6" w:rsidRDefault="00D454F6" w:rsidP="00CB7CC1">
      <w:pPr>
        <w:spacing w:after="0" w:line="240" w:lineRule="auto"/>
        <w:rPr>
          <w:rFonts w:ascii="Times New Roman" w:hAnsi="Times New Roman" w:cs="Times New Roman"/>
        </w:rPr>
      </w:pPr>
      <w:r w:rsidRPr="00D454F6">
        <w:rPr>
          <w:rFonts w:ascii="Times New Roman" w:hAnsi="Times New Roman" w:cs="Times New Roman"/>
          <w:b/>
        </w:rPr>
        <w:t>2.4    Osobitný spôsob plnenia povinného predprimárneho vzdelávania</w:t>
      </w:r>
    </w:p>
    <w:p w14:paraId="211CEA6E" w14:textId="3F17625B" w:rsidR="000A3713" w:rsidRPr="00D454F6" w:rsidRDefault="00D454F6" w:rsidP="00EA326C">
      <w:pPr>
        <w:spacing w:after="0" w:line="240" w:lineRule="auto"/>
        <w:jc w:val="both"/>
        <w:rPr>
          <w:rFonts w:ascii="Times New Roman" w:hAnsi="Times New Roman" w:cs="Times New Roman"/>
        </w:rPr>
      </w:pPr>
      <w:r w:rsidRPr="00D454F6">
        <w:rPr>
          <w:rFonts w:ascii="Times New Roman" w:hAnsi="Times New Roman" w:cs="Times New Roman"/>
        </w:rPr>
        <w:t>Riaditeľka materskej školy na základe písomnej žiadosti zákonného zástupcu umožňuje plnenie</w:t>
      </w:r>
      <w:r w:rsidR="00EA326C">
        <w:rPr>
          <w:rFonts w:ascii="Times New Roman" w:hAnsi="Times New Roman" w:cs="Times New Roman"/>
        </w:rPr>
        <w:t xml:space="preserve"> </w:t>
      </w:r>
      <w:r w:rsidRPr="00D454F6">
        <w:rPr>
          <w:rFonts w:ascii="Times New Roman" w:hAnsi="Times New Roman" w:cs="Times New Roman"/>
        </w:rPr>
        <w:t>povinného predprimárneho vzdelávania ustanovením § 23 školského zákona aj osobitným</w:t>
      </w:r>
      <w:r w:rsidR="00EA326C">
        <w:rPr>
          <w:rFonts w:ascii="Times New Roman" w:hAnsi="Times New Roman" w:cs="Times New Roman"/>
        </w:rPr>
        <w:t xml:space="preserve"> </w:t>
      </w:r>
      <w:r w:rsidRPr="00D454F6">
        <w:rPr>
          <w:rFonts w:ascii="Times New Roman" w:hAnsi="Times New Roman" w:cs="Times New Roman"/>
        </w:rPr>
        <w:t>spôsobom, formou:</w:t>
      </w:r>
    </w:p>
    <w:p w14:paraId="3C4657E6" w14:textId="66CD7E14" w:rsidR="000A3713" w:rsidRDefault="00D454F6" w:rsidP="00FE5BF0">
      <w:pPr>
        <w:pStyle w:val="Odsekzoznamu"/>
        <w:numPr>
          <w:ilvl w:val="0"/>
          <w:numId w:val="18"/>
        </w:numPr>
        <w:spacing w:after="0" w:line="240" w:lineRule="auto"/>
        <w:jc w:val="both"/>
        <w:rPr>
          <w:rFonts w:ascii="Times New Roman" w:hAnsi="Times New Roman" w:cs="Times New Roman"/>
        </w:rPr>
      </w:pPr>
      <w:r w:rsidRPr="00EA326C">
        <w:rPr>
          <w:rFonts w:ascii="Times New Roman" w:hAnsi="Times New Roman" w:cs="Times New Roman"/>
        </w:rPr>
        <w:t>individuálneho vzdelávania, ktoré sa uskutočňuje bez pravidelnej účasti na vzdelávaní</w:t>
      </w:r>
      <w:r w:rsidR="00EA326C" w:rsidRPr="00EA326C">
        <w:rPr>
          <w:rFonts w:ascii="Times New Roman" w:hAnsi="Times New Roman" w:cs="Times New Roman"/>
        </w:rPr>
        <w:t xml:space="preserve"> </w:t>
      </w:r>
      <w:r w:rsidRPr="00EA326C">
        <w:rPr>
          <w:rFonts w:ascii="Times New Roman" w:hAnsi="Times New Roman" w:cs="Times New Roman"/>
        </w:rPr>
        <w:t>v škole podľa tohto zákona,</w:t>
      </w:r>
    </w:p>
    <w:p w14:paraId="71A6DBC2" w14:textId="3E76AB0F" w:rsidR="000A3713" w:rsidRDefault="00D454F6" w:rsidP="00FE5BF0">
      <w:pPr>
        <w:pStyle w:val="Odsekzoznamu"/>
        <w:numPr>
          <w:ilvl w:val="0"/>
          <w:numId w:val="18"/>
        </w:numPr>
        <w:spacing w:after="0" w:line="240" w:lineRule="auto"/>
        <w:jc w:val="both"/>
        <w:rPr>
          <w:rFonts w:ascii="Times New Roman" w:hAnsi="Times New Roman" w:cs="Times New Roman"/>
        </w:rPr>
      </w:pPr>
      <w:r w:rsidRPr="00EA326C">
        <w:rPr>
          <w:rFonts w:ascii="Times New Roman" w:hAnsi="Times New Roman" w:cs="Times New Roman"/>
        </w:rPr>
        <w:t>vzdelávania v školách mimo územia Slovenskej republiky,</w:t>
      </w:r>
    </w:p>
    <w:p w14:paraId="75AC8BD1" w14:textId="2120D0C2" w:rsidR="000A3713" w:rsidRPr="00EA326C" w:rsidRDefault="00D454F6" w:rsidP="00FE5BF0">
      <w:pPr>
        <w:pStyle w:val="Odsekzoznamu"/>
        <w:numPr>
          <w:ilvl w:val="0"/>
          <w:numId w:val="18"/>
        </w:numPr>
        <w:spacing w:after="0" w:line="240" w:lineRule="auto"/>
        <w:jc w:val="both"/>
        <w:rPr>
          <w:rFonts w:ascii="Times New Roman" w:hAnsi="Times New Roman" w:cs="Times New Roman"/>
        </w:rPr>
      </w:pPr>
      <w:r w:rsidRPr="00EA326C">
        <w:rPr>
          <w:rFonts w:ascii="Times New Roman" w:hAnsi="Times New Roman" w:cs="Times New Roman"/>
        </w:rPr>
        <w:t>vzdelávania v školách zriadených iným štátom na území Slovenskej republiky so súhlasom</w:t>
      </w:r>
      <w:r w:rsidR="00EA326C" w:rsidRPr="00EA326C">
        <w:rPr>
          <w:rFonts w:ascii="Times New Roman" w:hAnsi="Times New Roman" w:cs="Times New Roman"/>
        </w:rPr>
        <w:t xml:space="preserve"> </w:t>
      </w:r>
      <w:r w:rsidRPr="00EA326C">
        <w:rPr>
          <w:rFonts w:ascii="Times New Roman" w:hAnsi="Times New Roman" w:cs="Times New Roman"/>
        </w:rPr>
        <w:t>zastupiteľského úradu iného štátu, ak zastupiteľský úrad iného štátu oznámil ministerstvu</w:t>
      </w:r>
      <w:r w:rsidR="00EA326C" w:rsidRPr="00EA326C">
        <w:rPr>
          <w:rFonts w:ascii="Times New Roman" w:hAnsi="Times New Roman" w:cs="Times New Roman"/>
        </w:rPr>
        <w:t xml:space="preserve"> </w:t>
      </w:r>
      <w:r w:rsidRPr="00EA326C">
        <w:rPr>
          <w:rFonts w:ascii="Times New Roman" w:hAnsi="Times New Roman" w:cs="Times New Roman"/>
        </w:rPr>
        <w:t>školstva, že vydal súhlas na zriadenie školy, ktorá sa nevedie v sieti škôl a školských</w:t>
      </w:r>
      <w:r w:rsidR="00EA326C" w:rsidRPr="00EA326C">
        <w:rPr>
          <w:rFonts w:ascii="Times New Roman" w:hAnsi="Times New Roman" w:cs="Times New Roman"/>
        </w:rPr>
        <w:t xml:space="preserve"> </w:t>
      </w:r>
      <w:r w:rsidRPr="00EA326C">
        <w:rPr>
          <w:rFonts w:ascii="Times New Roman" w:hAnsi="Times New Roman" w:cs="Times New Roman"/>
        </w:rPr>
        <w:t>zariadení podľa zákona č. 596/2003 Z. z. o štátnej správe v školstve a školskej samospráve</w:t>
      </w:r>
      <w:r w:rsidR="00EA326C" w:rsidRPr="00EA326C">
        <w:rPr>
          <w:rFonts w:ascii="Times New Roman" w:hAnsi="Times New Roman" w:cs="Times New Roman"/>
        </w:rPr>
        <w:t xml:space="preserve"> </w:t>
      </w:r>
      <w:r w:rsidRPr="00EA326C">
        <w:rPr>
          <w:rFonts w:ascii="Times New Roman" w:hAnsi="Times New Roman" w:cs="Times New Roman"/>
        </w:rPr>
        <w:t>a o zmene a doplnení niektorých zákonov v znení neskorších predpisov (ďalej len „zákon</w:t>
      </w:r>
      <w:r w:rsidR="00EA326C" w:rsidRPr="00EA326C">
        <w:rPr>
          <w:rFonts w:ascii="Times New Roman" w:hAnsi="Times New Roman" w:cs="Times New Roman"/>
        </w:rPr>
        <w:t xml:space="preserve"> </w:t>
      </w:r>
      <w:r w:rsidRPr="00EA326C">
        <w:rPr>
          <w:rFonts w:ascii="Times New Roman" w:hAnsi="Times New Roman" w:cs="Times New Roman"/>
        </w:rPr>
        <w:t>č.596/2003 Z. z.“),</w:t>
      </w:r>
    </w:p>
    <w:p w14:paraId="090860FB" w14:textId="05C51814" w:rsidR="000A3713" w:rsidRPr="00EA326C" w:rsidRDefault="00D454F6" w:rsidP="00FE5BF0">
      <w:pPr>
        <w:pStyle w:val="Odsekzoznamu"/>
        <w:numPr>
          <w:ilvl w:val="0"/>
          <w:numId w:val="18"/>
        </w:numPr>
        <w:spacing w:after="0" w:line="240" w:lineRule="auto"/>
        <w:jc w:val="both"/>
        <w:rPr>
          <w:rFonts w:ascii="Times New Roman" w:hAnsi="Times New Roman" w:cs="Times New Roman"/>
        </w:rPr>
      </w:pPr>
      <w:r w:rsidRPr="00EA326C">
        <w:rPr>
          <w:rFonts w:ascii="Times New Roman" w:hAnsi="Times New Roman" w:cs="Times New Roman"/>
        </w:rPr>
        <w:t>vzdelávania v školách, v ktorých sa uskutočňuje výchova a vzdelávanie podľa</w:t>
      </w:r>
      <w:r w:rsidR="00EA326C" w:rsidRPr="00EA326C">
        <w:rPr>
          <w:rFonts w:ascii="Times New Roman" w:hAnsi="Times New Roman" w:cs="Times New Roman"/>
        </w:rPr>
        <w:t xml:space="preserve"> </w:t>
      </w:r>
      <w:r w:rsidRPr="00EA326C">
        <w:rPr>
          <w:rFonts w:ascii="Times New Roman" w:hAnsi="Times New Roman" w:cs="Times New Roman"/>
        </w:rPr>
        <w:t>medzinárodných programov na základe súhlasu ministerstva školstva,</w:t>
      </w:r>
    </w:p>
    <w:p w14:paraId="217D2845" w14:textId="43AE141A" w:rsidR="000A3713" w:rsidRDefault="00D454F6" w:rsidP="00FE5BF0">
      <w:pPr>
        <w:pStyle w:val="Odsekzoznamu"/>
        <w:numPr>
          <w:ilvl w:val="0"/>
          <w:numId w:val="18"/>
        </w:numPr>
        <w:spacing w:after="0" w:line="240" w:lineRule="auto"/>
        <w:jc w:val="both"/>
        <w:rPr>
          <w:rFonts w:ascii="Times New Roman" w:hAnsi="Times New Roman" w:cs="Times New Roman"/>
        </w:rPr>
      </w:pPr>
      <w:r w:rsidRPr="00D454F6">
        <w:rPr>
          <w:rFonts w:ascii="Times New Roman" w:hAnsi="Times New Roman" w:cs="Times New Roman"/>
        </w:rPr>
        <w:t>individuálneho vzdelávania v zahraničí,</w:t>
      </w:r>
    </w:p>
    <w:p w14:paraId="6A5532CF" w14:textId="61CF1F0D" w:rsidR="000A3713" w:rsidRPr="00EA326C" w:rsidRDefault="00D454F6" w:rsidP="00FE5BF0">
      <w:pPr>
        <w:pStyle w:val="Odsekzoznamu"/>
        <w:numPr>
          <w:ilvl w:val="0"/>
          <w:numId w:val="18"/>
        </w:numPr>
        <w:spacing w:after="0" w:line="240" w:lineRule="auto"/>
        <w:jc w:val="both"/>
        <w:rPr>
          <w:rFonts w:ascii="Times New Roman" w:hAnsi="Times New Roman" w:cs="Times New Roman"/>
        </w:rPr>
      </w:pPr>
      <w:r w:rsidRPr="00EA326C">
        <w:rPr>
          <w:rFonts w:ascii="Times New Roman" w:hAnsi="Times New Roman" w:cs="Times New Roman"/>
        </w:rPr>
        <w:t>vzdelávania v európskych školách podľa dohovoru, ktorým sa definuje štatút európskych</w:t>
      </w:r>
      <w:r w:rsidR="00EA326C" w:rsidRPr="00EA326C">
        <w:rPr>
          <w:rFonts w:ascii="Times New Roman" w:hAnsi="Times New Roman" w:cs="Times New Roman"/>
        </w:rPr>
        <w:t xml:space="preserve"> </w:t>
      </w:r>
      <w:r w:rsidRPr="00EA326C">
        <w:rPr>
          <w:rFonts w:ascii="Times New Roman" w:hAnsi="Times New Roman" w:cs="Times New Roman"/>
        </w:rPr>
        <w:t xml:space="preserve">škôl (oznámenie Ministerstva zahraničných vecí Slovenskej republiky č. 597/2004 </w:t>
      </w:r>
      <w:proofErr w:type="spellStart"/>
      <w:r w:rsidRPr="00EA326C">
        <w:rPr>
          <w:rFonts w:ascii="Times New Roman" w:hAnsi="Times New Roman" w:cs="Times New Roman"/>
        </w:rPr>
        <w:t>Z.z</w:t>
      </w:r>
      <w:proofErr w:type="spellEnd"/>
      <w:r w:rsidRPr="00EA326C">
        <w:rPr>
          <w:rFonts w:ascii="Times New Roman" w:hAnsi="Times New Roman" w:cs="Times New Roman"/>
        </w:rPr>
        <w:t>.).</w:t>
      </w:r>
    </w:p>
    <w:p w14:paraId="618B2030" w14:textId="77777777" w:rsidR="00CB6CE7" w:rsidRDefault="00CB6CE7" w:rsidP="00CB7CC1">
      <w:pPr>
        <w:spacing w:after="0" w:line="240" w:lineRule="auto"/>
        <w:rPr>
          <w:rFonts w:ascii="Times New Roman" w:hAnsi="Times New Roman" w:cs="Times New Roman"/>
        </w:rPr>
      </w:pPr>
    </w:p>
    <w:p w14:paraId="315ECE58" w14:textId="77777777" w:rsidR="000A3713" w:rsidRPr="00D454F6" w:rsidRDefault="00D454F6" w:rsidP="00CB7CC1">
      <w:pPr>
        <w:spacing w:after="0" w:line="240" w:lineRule="auto"/>
        <w:rPr>
          <w:rFonts w:ascii="Times New Roman" w:hAnsi="Times New Roman" w:cs="Times New Roman"/>
        </w:rPr>
      </w:pPr>
      <w:r w:rsidRPr="00D454F6">
        <w:rPr>
          <w:rFonts w:ascii="Times New Roman" w:hAnsi="Times New Roman" w:cs="Times New Roman"/>
        </w:rPr>
        <w:t>V takomto prípade materská škola vedie evidenciu:</w:t>
      </w:r>
    </w:p>
    <w:p w14:paraId="1D1ED7F1" w14:textId="3F8B4912" w:rsidR="000A3713" w:rsidRDefault="00D454F6" w:rsidP="00FE5BF0">
      <w:pPr>
        <w:pStyle w:val="Odsekzoznamu"/>
        <w:numPr>
          <w:ilvl w:val="0"/>
          <w:numId w:val="19"/>
        </w:numPr>
        <w:spacing w:after="0" w:line="240" w:lineRule="auto"/>
        <w:jc w:val="both"/>
        <w:rPr>
          <w:rFonts w:ascii="Times New Roman" w:hAnsi="Times New Roman" w:cs="Times New Roman"/>
        </w:rPr>
      </w:pPr>
      <w:r w:rsidRPr="00D11FB8">
        <w:rPr>
          <w:rFonts w:ascii="Times New Roman" w:hAnsi="Times New Roman" w:cs="Times New Roman"/>
        </w:rPr>
        <w:t>adresy bydliska dieťaťa v zahraničí,</w:t>
      </w:r>
    </w:p>
    <w:p w14:paraId="57F16D5A" w14:textId="2F699203" w:rsidR="000A3713" w:rsidRPr="00D11FB8" w:rsidRDefault="00D454F6" w:rsidP="00FE5BF0">
      <w:pPr>
        <w:pStyle w:val="Odsekzoznamu"/>
        <w:numPr>
          <w:ilvl w:val="0"/>
          <w:numId w:val="19"/>
        </w:numPr>
        <w:spacing w:after="0" w:line="240" w:lineRule="auto"/>
        <w:jc w:val="both"/>
        <w:rPr>
          <w:rFonts w:ascii="Times New Roman" w:hAnsi="Times New Roman" w:cs="Times New Roman"/>
        </w:rPr>
      </w:pPr>
      <w:r w:rsidRPr="00D11FB8">
        <w:rPr>
          <w:rFonts w:ascii="Times New Roman" w:hAnsi="Times New Roman" w:cs="Times New Roman"/>
        </w:rPr>
        <w:t>názov a adresu školy, ktorú dieťa v zahraničí navštevuje, ak je vopred známa, alebo</w:t>
      </w:r>
      <w:r w:rsidR="00D11FB8" w:rsidRPr="00D11FB8">
        <w:rPr>
          <w:rFonts w:ascii="Times New Roman" w:hAnsi="Times New Roman" w:cs="Times New Roman"/>
        </w:rPr>
        <w:t xml:space="preserve"> </w:t>
      </w:r>
      <w:r w:rsidRPr="00D11FB8">
        <w:rPr>
          <w:rFonts w:ascii="Times New Roman" w:hAnsi="Times New Roman" w:cs="Times New Roman"/>
        </w:rPr>
        <w:t>názov a adresu školy zriadenej iným štátom na území Slovenskej republiky, ktorú bude</w:t>
      </w:r>
      <w:r w:rsidR="00D11FB8" w:rsidRPr="00D11FB8">
        <w:rPr>
          <w:rFonts w:ascii="Times New Roman" w:hAnsi="Times New Roman" w:cs="Times New Roman"/>
        </w:rPr>
        <w:t xml:space="preserve"> </w:t>
      </w:r>
      <w:r w:rsidRPr="00D11FB8">
        <w:rPr>
          <w:rFonts w:ascii="Times New Roman" w:hAnsi="Times New Roman" w:cs="Times New Roman"/>
        </w:rPr>
        <w:t>dieťa navštevovať.</w:t>
      </w:r>
    </w:p>
    <w:p w14:paraId="099B7D77" w14:textId="325E37F1" w:rsidR="000A3713" w:rsidRPr="00D454F6" w:rsidRDefault="00D454F6" w:rsidP="00D11FB8">
      <w:pPr>
        <w:spacing w:after="0" w:line="240" w:lineRule="auto"/>
        <w:jc w:val="both"/>
        <w:rPr>
          <w:rFonts w:ascii="Times New Roman" w:hAnsi="Times New Roman" w:cs="Times New Roman"/>
        </w:rPr>
      </w:pPr>
      <w:r w:rsidRPr="00D454F6">
        <w:rPr>
          <w:rFonts w:ascii="Times New Roman" w:hAnsi="Times New Roman" w:cs="Times New Roman"/>
        </w:rPr>
        <w:t>Zákonný zástupca dieťaťa, pre ktoré je predprimárne vzdelávanie povinné, má právo na úhradu</w:t>
      </w:r>
      <w:r w:rsidR="00D11FB8">
        <w:rPr>
          <w:rFonts w:ascii="Times New Roman" w:hAnsi="Times New Roman" w:cs="Times New Roman"/>
        </w:rPr>
        <w:t xml:space="preserve"> </w:t>
      </w:r>
      <w:r w:rsidRPr="00D454F6">
        <w:rPr>
          <w:rFonts w:ascii="Times New Roman" w:hAnsi="Times New Roman" w:cs="Times New Roman"/>
        </w:rPr>
        <w:t>cestovných nákladov na dopravu dieťaťa z obce jeho trvalého pobytu, do materskej školy, v ktorej</w:t>
      </w:r>
      <w:r w:rsidR="00D11FB8">
        <w:rPr>
          <w:rFonts w:ascii="Times New Roman" w:hAnsi="Times New Roman" w:cs="Times New Roman"/>
        </w:rPr>
        <w:t xml:space="preserve"> </w:t>
      </w:r>
      <w:r w:rsidRPr="00D454F6">
        <w:rPr>
          <w:rFonts w:ascii="Times New Roman" w:hAnsi="Times New Roman" w:cs="Times New Roman"/>
        </w:rPr>
        <w:t>dieťa plní povinné predprimárne vzdelávanie, a späť, ak obec, v ktorej má dieťa trvalý pobyt, na</w:t>
      </w:r>
      <w:r w:rsidR="00D11FB8">
        <w:rPr>
          <w:rFonts w:ascii="Times New Roman" w:hAnsi="Times New Roman" w:cs="Times New Roman"/>
        </w:rPr>
        <w:t xml:space="preserve"> </w:t>
      </w:r>
      <w:r w:rsidRPr="00D454F6">
        <w:rPr>
          <w:rFonts w:ascii="Times New Roman" w:hAnsi="Times New Roman" w:cs="Times New Roman"/>
        </w:rPr>
        <w:t>účel zabezpečenia povinného predprimárneho vzdelávania nezriadi materskú školu.</w:t>
      </w:r>
    </w:p>
    <w:p w14:paraId="60F8BB75" w14:textId="77777777" w:rsidR="00851F21" w:rsidRDefault="00D454F6" w:rsidP="00851F21">
      <w:pPr>
        <w:spacing w:after="0" w:line="240" w:lineRule="auto"/>
        <w:jc w:val="both"/>
        <w:rPr>
          <w:rFonts w:ascii="Times New Roman" w:hAnsi="Times New Roman" w:cs="Times New Roman"/>
          <w:b/>
        </w:rPr>
      </w:pPr>
      <w:r w:rsidRPr="00D454F6">
        <w:rPr>
          <w:rFonts w:ascii="Times New Roman" w:hAnsi="Times New Roman" w:cs="Times New Roman"/>
        </w:rPr>
        <w:br w:type="page"/>
      </w:r>
      <w:r w:rsidRPr="00D454F6">
        <w:rPr>
          <w:rFonts w:ascii="Times New Roman" w:hAnsi="Times New Roman" w:cs="Times New Roman"/>
          <w:b/>
        </w:rPr>
        <w:lastRenderedPageBreak/>
        <w:t>2.5 Spôsob a podmienky ukončenia výchovy a vzdelávania a vydanie dokladu o</w:t>
      </w:r>
      <w:r w:rsidR="00851F21">
        <w:rPr>
          <w:rFonts w:ascii="Times New Roman" w:hAnsi="Times New Roman" w:cs="Times New Roman"/>
          <w:b/>
        </w:rPr>
        <w:t> </w:t>
      </w:r>
      <w:r w:rsidRPr="00D454F6">
        <w:rPr>
          <w:rFonts w:ascii="Times New Roman" w:hAnsi="Times New Roman" w:cs="Times New Roman"/>
          <w:b/>
        </w:rPr>
        <w:t>získanom</w:t>
      </w:r>
      <w:r w:rsidR="00851F21">
        <w:rPr>
          <w:rFonts w:ascii="Times New Roman" w:hAnsi="Times New Roman" w:cs="Times New Roman"/>
          <w:b/>
        </w:rPr>
        <w:t xml:space="preserve">    </w:t>
      </w:r>
    </w:p>
    <w:p w14:paraId="1612A6D6" w14:textId="35AFF1B7" w:rsidR="000A3713" w:rsidRPr="00CB6CE7" w:rsidRDefault="00851F21" w:rsidP="00851F21">
      <w:pPr>
        <w:spacing w:after="0" w:line="240" w:lineRule="auto"/>
        <w:jc w:val="both"/>
        <w:rPr>
          <w:rFonts w:ascii="Times New Roman" w:hAnsi="Times New Roman" w:cs="Times New Roman"/>
          <w:b/>
        </w:rPr>
      </w:pPr>
      <w:r>
        <w:rPr>
          <w:rFonts w:ascii="Times New Roman" w:hAnsi="Times New Roman" w:cs="Times New Roman"/>
          <w:b/>
        </w:rPr>
        <w:t xml:space="preserve">      v</w:t>
      </w:r>
      <w:r w:rsidR="00D454F6" w:rsidRPr="00CB6CE7">
        <w:rPr>
          <w:rFonts w:ascii="Times New Roman" w:hAnsi="Times New Roman" w:cs="Times New Roman"/>
          <w:b/>
        </w:rPr>
        <w:t>zdelaní</w:t>
      </w:r>
    </w:p>
    <w:p w14:paraId="524AC77B" w14:textId="4BEDE2FF" w:rsidR="000A3713" w:rsidRPr="00D454F6" w:rsidRDefault="00D454F6" w:rsidP="00D11FB8">
      <w:pPr>
        <w:spacing w:after="0" w:line="240" w:lineRule="auto"/>
        <w:jc w:val="both"/>
        <w:rPr>
          <w:rFonts w:ascii="Times New Roman" w:hAnsi="Times New Roman" w:cs="Times New Roman"/>
        </w:rPr>
      </w:pPr>
      <w:r w:rsidRPr="00D454F6">
        <w:rPr>
          <w:rFonts w:ascii="Times New Roman" w:hAnsi="Times New Roman" w:cs="Times New Roman"/>
        </w:rPr>
        <w:t>Predprimárne vzdelanie získa dieťa absolvovaním posledného ročníka vzdelávacieho odboru</w:t>
      </w:r>
      <w:r w:rsidR="00D11FB8">
        <w:rPr>
          <w:rFonts w:ascii="Times New Roman" w:hAnsi="Times New Roman" w:cs="Times New Roman"/>
        </w:rPr>
        <w:t xml:space="preserve"> </w:t>
      </w:r>
      <w:r w:rsidRPr="00D454F6">
        <w:rPr>
          <w:rFonts w:ascii="Times New Roman" w:hAnsi="Times New Roman" w:cs="Times New Roman"/>
        </w:rPr>
        <w:t>vzdelávania v materskej škole. Dokladom o získanom stupni vzdelania je osvedčenie o získaní</w:t>
      </w:r>
      <w:r w:rsidR="00D11FB8">
        <w:rPr>
          <w:rFonts w:ascii="Times New Roman" w:hAnsi="Times New Roman" w:cs="Times New Roman"/>
        </w:rPr>
        <w:t xml:space="preserve"> </w:t>
      </w:r>
      <w:r w:rsidRPr="00D454F6">
        <w:rPr>
          <w:rFonts w:ascii="Times New Roman" w:hAnsi="Times New Roman" w:cs="Times New Roman"/>
        </w:rPr>
        <w:t>predprimárneho vzdelávania (vydané na tlačive schválenom ministerstvom školstva).</w:t>
      </w:r>
    </w:p>
    <w:p w14:paraId="19D3A8A8" w14:textId="77777777" w:rsidR="00CB6CE7" w:rsidRDefault="00CB6CE7" w:rsidP="00CB6CE7">
      <w:pPr>
        <w:spacing w:after="0" w:line="240" w:lineRule="auto"/>
        <w:jc w:val="center"/>
        <w:rPr>
          <w:rFonts w:ascii="Times New Roman" w:hAnsi="Times New Roman" w:cs="Times New Roman"/>
          <w:b/>
        </w:rPr>
      </w:pPr>
    </w:p>
    <w:p w14:paraId="67F9E8E1" w14:textId="77777777" w:rsidR="000A3713" w:rsidRPr="00CB6CE7" w:rsidRDefault="00D454F6" w:rsidP="00CB6CE7">
      <w:pPr>
        <w:spacing w:after="0" w:line="240" w:lineRule="auto"/>
        <w:jc w:val="center"/>
        <w:rPr>
          <w:rFonts w:ascii="Times New Roman" w:hAnsi="Times New Roman" w:cs="Times New Roman"/>
          <w:b/>
        </w:rPr>
      </w:pPr>
      <w:r w:rsidRPr="00CB6CE7">
        <w:rPr>
          <w:rFonts w:ascii="Times New Roman" w:hAnsi="Times New Roman" w:cs="Times New Roman"/>
          <w:b/>
        </w:rPr>
        <w:t>Článok 3</w:t>
      </w:r>
    </w:p>
    <w:p w14:paraId="7967F440" w14:textId="77777777" w:rsidR="000A3713" w:rsidRDefault="00D454F6" w:rsidP="00CB6CE7">
      <w:pPr>
        <w:spacing w:after="0" w:line="240" w:lineRule="auto"/>
        <w:jc w:val="center"/>
        <w:rPr>
          <w:rFonts w:ascii="Times New Roman" w:hAnsi="Times New Roman" w:cs="Times New Roman"/>
          <w:b/>
        </w:rPr>
      </w:pPr>
      <w:r w:rsidRPr="00CB6CE7">
        <w:rPr>
          <w:rFonts w:ascii="Times New Roman" w:hAnsi="Times New Roman" w:cs="Times New Roman"/>
          <w:b/>
        </w:rPr>
        <w:t>Prevádzka materskej školy</w:t>
      </w:r>
    </w:p>
    <w:p w14:paraId="24122666" w14:textId="77777777" w:rsidR="00CB6CE7" w:rsidRPr="00D11FB8" w:rsidRDefault="00CB6CE7" w:rsidP="00CB6CE7">
      <w:pPr>
        <w:spacing w:after="0" w:line="240" w:lineRule="auto"/>
        <w:jc w:val="center"/>
        <w:rPr>
          <w:rFonts w:ascii="Times New Roman" w:hAnsi="Times New Roman" w:cs="Times New Roman"/>
          <w:b/>
          <w:sz w:val="14"/>
          <w:szCs w:val="14"/>
        </w:rPr>
      </w:pPr>
    </w:p>
    <w:p w14:paraId="6757E74D" w14:textId="77777777" w:rsidR="000A3713" w:rsidRPr="00D454F6" w:rsidRDefault="00D454F6" w:rsidP="00D11FB8">
      <w:pPr>
        <w:spacing w:after="0" w:line="240" w:lineRule="auto"/>
        <w:jc w:val="both"/>
        <w:rPr>
          <w:rFonts w:ascii="Times New Roman" w:hAnsi="Times New Roman" w:cs="Times New Roman"/>
        </w:rPr>
      </w:pPr>
      <w:r w:rsidRPr="00D454F6">
        <w:rPr>
          <w:rFonts w:ascii="Times New Roman" w:hAnsi="Times New Roman" w:cs="Times New Roman"/>
          <w:b/>
        </w:rPr>
        <w:t>3.1. Prevádzka materskej školy je v pracovných dňoch v čase od 6,30 do 16,00 h.</w:t>
      </w:r>
    </w:p>
    <w:p w14:paraId="775FCFAB" w14:textId="5E7C6ED9" w:rsidR="000A3713" w:rsidRPr="00D454F6" w:rsidRDefault="00D454F6" w:rsidP="00D11FB8">
      <w:pPr>
        <w:spacing w:after="0" w:line="240" w:lineRule="auto"/>
        <w:jc w:val="both"/>
        <w:rPr>
          <w:rFonts w:ascii="Times New Roman" w:hAnsi="Times New Roman" w:cs="Times New Roman"/>
        </w:rPr>
      </w:pPr>
      <w:r w:rsidRPr="00D454F6">
        <w:rPr>
          <w:rFonts w:ascii="Times New Roman" w:hAnsi="Times New Roman" w:cs="Times New Roman"/>
        </w:rPr>
        <w:t>Budova materskej škol</w:t>
      </w:r>
      <w:r w:rsidR="00A9156E">
        <w:rPr>
          <w:rFonts w:ascii="Times New Roman" w:hAnsi="Times New Roman" w:cs="Times New Roman"/>
        </w:rPr>
        <w:t>y</w:t>
      </w:r>
      <w:r w:rsidRPr="00D454F6">
        <w:rPr>
          <w:rFonts w:ascii="Times New Roman" w:hAnsi="Times New Roman" w:cs="Times New Roman"/>
        </w:rPr>
        <w:t xml:space="preserve"> sa otvára o</w:t>
      </w:r>
      <w:r w:rsidR="00A9156E">
        <w:rPr>
          <w:rFonts w:ascii="Times New Roman" w:hAnsi="Times New Roman" w:cs="Times New Roman"/>
        </w:rPr>
        <w:t> </w:t>
      </w:r>
      <w:r w:rsidRPr="00D454F6">
        <w:rPr>
          <w:rFonts w:ascii="Times New Roman" w:hAnsi="Times New Roman" w:cs="Times New Roman"/>
        </w:rPr>
        <w:t>6</w:t>
      </w:r>
      <w:r w:rsidR="00A9156E">
        <w:rPr>
          <w:rFonts w:ascii="Times New Roman" w:hAnsi="Times New Roman" w:cs="Times New Roman"/>
        </w:rPr>
        <w:t>:</w:t>
      </w:r>
      <w:r w:rsidRPr="00D454F6">
        <w:rPr>
          <w:rFonts w:ascii="Times New Roman" w:hAnsi="Times New Roman" w:cs="Times New Roman"/>
        </w:rPr>
        <w:t>30 hodine ráno, po naobedovaní od 11:50 h do 12:10 h pre</w:t>
      </w:r>
      <w:r w:rsidR="00D11FB8">
        <w:rPr>
          <w:rFonts w:ascii="Times New Roman" w:hAnsi="Times New Roman" w:cs="Times New Roman"/>
        </w:rPr>
        <w:t xml:space="preserve"> </w:t>
      </w:r>
      <w:r w:rsidRPr="00D454F6">
        <w:rPr>
          <w:rFonts w:ascii="Times New Roman" w:hAnsi="Times New Roman" w:cs="Times New Roman"/>
        </w:rPr>
        <w:t>deti, ktoré navštevujú MŠ na poldenný pobyt a  po olovrante detí po 15:00 h.</w:t>
      </w:r>
      <w:r w:rsidR="00D11FB8">
        <w:rPr>
          <w:rFonts w:ascii="Times New Roman" w:hAnsi="Times New Roman" w:cs="Times New Roman"/>
        </w:rPr>
        <w:t xml:space="preserve"> </w:t>
      </w:r>
    </w:p>
    <w:p w14:paraId="31AEBE1F" w14:textId="77777777" w:rsidR="000A3713" w:rsidRPr="00D454F6" w:rsidRDefault="00D454F6" w:rsidP="00D11FB8">
      <w:pPr>
        <w:spacing w:after="0" w:line="240" w:lineRule="auto"/>
        <w:jc w:val="both"/>
        <w:rPr>
          <w:rFonts w:ascii="Times New Roman" w:hAnsi="Times New Roman" w:cs="Times New Roman"/>
        </w:rPr>
      </w:pPr>
      <w:r w:rsidRPr="00D454F6">
        <w:rPr>
          <w:rFonts w:ascii="Times New Roman" w:hAnsi="Times New Roman" w:cs="Times New Roman"/>
        </w:rPr>
        <w:t>Ak rodič zo závažného dôvodu potrebuje priniesť dieťa skôr, ako je určené v prevádzkovom čase,</w:t>
      </w:r>
    </w:p>
    <w:p w14:paraId="4C32B0FC" w14:textId="0FBD4B79" w:rsidR="000A3713" w:rsidRPr="00D454F6" w:rsidRDefault="00D454F6" w:rsidP="00D11FB8">
      <w:pPr>
        <w:spacing w:after="0" w:line="240" w:lineRule="auto"/>
        <w:jc w:val="both"/>
        <w:rPr>
          <w:rFonts w:ascii="Times New Roman" w:hAnsi="Times New Roman" w:cs="Times New Roman"/>
        </w:rPr>
      </w:pPr>
      <w:r w:rsidRPr="00D454F6">
        <w:rPr>
          <w:rFonts w:ascii="Times New Roman" w:hAnsi="Times New Roman" w:cs="Times New Roman"/>
        </w:rPr>
        <w:t>podá si písomnú žiadosť riaditeľke materskej školy. Riaditeľka si vyžiada súhlas zriaďovateľa</w:t>
      </w:r>
      <w:r w:rsidR="00D11FB8">
        <w:rPr>
          <w:rFonts w:ascii="Times New Roman" w:hAnsi="Times New Roman" w:cs="Times New Roman"/>
        </w:rPr>
        <w:t xml:space="preserve"> </w:t>
      </w:r>
      <w:r w:rsidRPr="00D454F6">
        <w:rPr>
          <w:rFonts w:ascii="Times New Roman" w:hAnsi="Times New Roman" w:cs="Times New Roman"/>
        </w:rPr>
        <w:t>a upraví pracovnú dobu učiteľkám v triede, kde také dieťa chodí.</w:t>
      </w:r>
    </w:p>
    <w:p w14:paraId="4FBC8AD6" w14:textId="77777777" w:rsidR="000A3713" w:rsidRPr="00D454F6" w:rsidRDefault="00D454F6" w:rsidP="00D11FB8">
      <w:pPr>
        <w:spacing w:after="0" w:line="240" w:lineRule="auto"/>
        <w:jc w:val="both"/>
        <w:rPr>
          <w:rFonts w:ascii="Times New Roman" w:hAnsi="Times New Roman" w:cs="Times New Roman"/>
        </w:rPr>
      </w:pPr>
      <w:r w:rsidRPr="00D454F6">
        <w:rPr>
          <w:rFonts w:ascii="Times New Roman" w:hAnsi="Times New Roman" w:cs="Times New Roman"/>
        </w:rPr>
        <w:t>V prípade nutnosti rodič použije zvonček pri vchode do budovy. Ak rodič potrebuje dieťa prevziať</w:t>
      </w:r>
      <w:r w:rsidR="00CB6CE7">
        <w:rPr>
          <w:rFonts w:ascii="Times New Roman" w:hAnsi="Times New Roman" w:cs="Times New Roman"/>
        </w:rPr>
        <w:t xml:space="preserve"> </w:t>
      </w:r>
      <w:r w:rsidRPr="00D454F6">
        <w:rPr>
          <w:rFonts w:ascii="Times New Roman" w:hAnsi="Times New Roman" w:cs="Times New Roman"/>
        </w:rPr>
        <w:t>v inom čase, je potrebné o tom vopred informovať učiteľku v triede, telefonicky či v skupine na</w:t>
      </w:r>
      <w:r w:rsidR="00CB6CE7">
        <w:rPr>
          <w:rFonts w:ascii="Times New Roman" w:hAnsi="Times New Roman" w:cs="Times New Roman"/>
        </w:rPr>
        <w:t xml:space="preserve"> </w:t>
      </w:r>
      <w:proofErr w:type="spellStart"/>
      <w:r w:rsidRPr="00D454F6">
        <w:rPr>
          <w:rFonts w:ascii="Times New Roman" w:hAnsi="Times New Roman" w:cs="Times New Roman"/>
        </w:rPr>
        <w:t>messengeri</w:t>
      </w:r>
      <w:proofErr w:type="spellEnd"/>
      <w:r w:rsidRPr="00D454F6">
        <w:rPr>
          <w:rFonts w:ascii="Times New Roman" w:hAnsi="Times New Roman" w:cs="Times New Roman"/>
        </w:rPr>
        <w:t>.</w:t>
      </w:r>
    </w:p>
    <w:p w14:paraId="0F272509" w14:textId="77777777" w:rsidR="00CB6CE7" w:rsidRDefault="00CB6CE7" w:rsidP="00CB7CC1">
      <w:pPr>
        <w:spacing w:after="0" w:line="240" w:lineRule="auto"/>
        <w:rPr>
          <w:rFonts w:ascii="Times New Roman" w:hAnsi="Times New Roman" w:cs="Times New Roman"/>
        </w:rPr>
      </w:pPr>
    </w:p>
    <w:p w14:paraId="6FC7AFA3" w14:textId="1D4091B8" w:rsidR="000A3713" w:rsidRPr="00D454F6" w:rsidRDefault="00D454F6" w:rsidP="00D11FB8">
      <w:pPr>
        <w:spacing w:after="0" w:line="240" w:lineRule="auto"/>
        <w:jc w:val="both"/>
        <w:rPr>
          <w:rFonts w:ascii="Times New Roman" w:hAnsi="Times New Roman" w:cs="Times New Roman"/>
        </w:rPr>
      </w:pPr>
      <w:r w:rsidRPr="00D454F6">
        <w:rPr>
          <w:rFonts w:ascii="Times New Roman" w:hAnsi="Times New Roman" w:cs="Times New Roman"/>
        </w:rPr>
        <w:t>Škola poskytuje celodennú výchovu a vzdelávanie detí, v prípade záujmu zákonných zástupcov</w:t>
      </w:r>
      <w:r w:rsidR="00D11FB8">
        <w:rPr>
          <w:rFonts w:ascii="Times New Roman" w:hAnsi="Times New Roman" w:cs="Times New Roman"/>
        </w:rPr>
        <w:t xml:space="preserve"> </w:t>
      </w:r>
      <w:r w:rsidRPr="00D454F6">
        <w:rPr>
          <w:rFonts w:ascii="Times New Roman" w:hAnsi="Times New Roman" w:cs="Times New Roman"/>
        </w:rPr>
        <w:t>detí poskytuje aj poldennú výchovu a vzdelávanie v dohodnutom čase.</w:t>
      </w:r>
    </w:p>
    <w:p w14:paraId="045A7551" w14:textId="6859607A" w:rsidR="000A3713" w:rsidRPr="00D454F6" w:rsidRDefault="00D454F6" w:rsidP="00D11FB8">
      <w:pPr>
        <w:spacing w:after="0" w:line="240" w:lineRule="auto"/>
        <w:jc w:val="both"/>
        <w:rPr>
          <w:rFonts w:ascii="Times New Roman" w:hAnsi="Times New Roman" w:cs="Times New Roman"/>
        </w:rPr>
      </w:pPr>
      <w:r w:rsidRPr="00D454F6">
        <w:rPr>
          <w:rFonts w:ascii="Times New Roman" w:hAnsi="Times New Roman" w:cs="Times New Roman"/>
        </w:rPr>
        <w:t>Materská škola môže poskytovať individuálne vzdelávanie dieťaťa v prípade, že dieťa plní</w:t>
      </w:r>
      <w:r w:rsidR="00D11FB8">
        <w:rPr>
          <w:rFonts w:ascii="Times New Roman" w:hAnsi="Times New Roman" w:cs="Times New Roman"/>
        </w:rPr>
        <w:t xml:space="preserve"> </w:t>
      </w:r>
      <w:r w:rsidRPr="00D454F6">
        <w:rPr>
          <w:rFonts w:ascii="Times New Roman" w:hAnsi="Times New Roman" w:cs="Times New Roman"/>
        </w:rPr>
        <w:t>povinné predprimárne vzdelávanie v rozsahu dvoch hodín týždenne (spravidla hodinu v pondelok</w:t>
      </w:r>
      <w:r w:rsidR="00D11FB8">
        <w:rPr>
          <w:rFonts w:ascii="Times New Roman" w:hAnsi="Times New Roman" w:cs="Times New Roman"/>
        </w:rPr>
        <w:t xml:space="preserve"> </w:t>
      </w:r>
      <w:r w:rsidRPr="00D454F6">
        <w:rPr>
          <w:rFonts w:ascii="Times New Roman" w:hAnsi="Times New Roman" w:cs="Times New Roman"/>
        </w:rPr>
        <w:t>a hodinu vo štvrtok – určeným pedagogickým zamestnancom MŠ).</w:t>
      </w:r>
    </w:p>
    <w:p w14:paraId="4CB43273" w14:textId="4289B342" w:rsidR="000A3713" w:rsidRPr="00D454F6" w:rsidRDefault="00D454F6" w:rsidP="00D11FB8">
      <w:pPr>
        <w:spacing w:after="0" w:line="240" w:lineRule="auto"/>
        <w:jc w:val="both"/>
        <w:rPr>
          <w:rFonts w:ascii="Times New Roman" w:hAnsi="Times New Roman" w:cs="Times New Roman"/>
        </w:rPr>
      </w:pPr>
      <w:r w:rsidRPr="00D454F6">
        <w:rPr>
          <w:rFonts w:ascii="Times New Roman" w:hAnsi="Times New Roman" w:cs="Times New Roman"/>
        </w:rPr>
        <w:t>Zákonný zástupca dieťaťa písomne požiada o povolenie individuálneho vzdelávania, prípadne</w:t>
      </w:r>
      <w:r w:rsidR="00D11FB8">
        <w:rPr>
          <w:rFonts w:ascii="Times New Roman" w:hAnsi="Times New Roman" w:cs="Times New Roman"/>
        </w:rPr>
        <w:t xml:space="preserve"> </w:t>
      </w:r>
      <w:r w:rsidRPr="00D454F6">
        <w:rPr>
          <w:rFonts w:ascii="Times New Roman" w:hAnsi="Times New Roman" w:cs="Times New Roman"/>
        </w:rPr>
        <w:t>o oslobodenie o povinnej dochádzky do materskej školy (s písomným súhlasom všeobecného</w:t>
      </w:r>
      <w:r w:rsidR="00D11FB8">
        <w:rPr>
          <w:rFonts w:ascii="Times New Roman" w:hAnsi="Times New Roman" w:cs="Times New Roman"/>
        </w:rPr>
        <w:t xml:space="preserve"> </w:t>
      </w:r>
      <w:r w:rsidRPr="00D454F6">
        <w:rPr>
          <w:rFonts w:ascii="Times New Roman" w:hAnsi="Times New Roman" w:cs="Times New Roman"/>
        </w:rPr>
        <w:t>lekára pre deti a dorast a písomným súhlasom zariadenia výchovného poradenstva a prevencie),</w:t>
      </w:r>
      <w:r w:rsidR="00D11FB8">
        <w:rPr>
          <w:rFonts w:ascii="Times New Roman" w:hAnsi="Times New Roman" w:cs="Times New Roman"/>
        </w:rPr>
        <w:t xml:space="preserve"> </w:t>
      </w:r>
      <w:r w:rsidRPr="00D454F6">
        <w:rPr>
          <w:rFonts w:ascii="Times New Roman" w:hAnsi="Times New Roman" w:cs="Times New Roman"/>
        </w:rPr>
        <w:t>žiadosť predloží vždy najneskôr do 31.8. na nový školský rok.</w:t>
      </w:r>
    </w:p>
    <w:p w14:paraId="7B92ADB5" w14:textId="43F877AC" w:rsidR="000A3713" w:rsidRPr="00D454F6" w:rsidRDefault="00D454F6" w:rsidP="00D11FB8">
      <w:pPr>
        <w:spacing w:after="0" w:line="240" w:lineRule="auto"/>
        <w:jc w:val="both"/>
        <w:rPr>
          <w:rFonts w:ascii="Times New Roman" w:hAnsi="Times New Roman" w:cs="Times New Roman"/>
        </w:rPr>
      </w:pPr>
      <w:r w:rsidRPr="00D454F6">
        <w:rPr>
          <w:rFonts w:ascii="Times New Roman" w:hAnsi="Times New Roman" w:cs="Times New Roman"/>
        </w:rPr>
        <w:t xml:space="preserve">Zákonný zástupca sa môže zúčastniť na </w:t>
      </w:r>
      <w:proofErr w:type="spellStart"/>
      <w:r w:rsidRPr="00D454F6">
        <w:rPr>
          <w:rFonts w:ascii="Times New Roman" w:hAnsi="Times New Roman" w:cs="Times New Roman"/>
        </w:rPr>
        <w:t>výchovno</w:t>
      </w:r>
      <w:proofErr w:type="spellEnd"/>
      <w:r w:rsidRPr="00D454F6">
        <w:rPr>
          <w:rFonts w:ascii="Times New Roman" w:hAnsi="Times New Roman" w:cs="Times New Roman"/>
        </w:rPr>
        <w:t>–vzdelávacom procese výhradne s písomným</w:t>
      </w:r>
      <w:r w:rsidR="00D11FB8">
        <w:rPr>
          <w:rFonts w:ascii="Times New Roman" w:hAnsi="Times New Roman" w:cs="Times New Roman"/>
        </w:rPr>
        <w:t xml:space="preserve"> </w:t>
      </w:r>
      <w:r w:rsidRPr="00D454F6">
        <w:rPr>
          <w:rFonts w:ascii="Times New Roman" w:hAnsi="Times New Roman" w:cs="Times New Roman"/>
        </w:rPr>
        <w:t>súhlasom riaditeľky MŠ s písomne dohodnutými podmienkami.</w:t>
      </w:r>
    </w:p>
    <w:p w14:paraId="451EEBC5" w14:textId="77777777" w:rsidR="00CB6CE7" w:rsidRDefault="00CB6CE7" w:rsidP="00CB7CC1">
      <w:pPr>
        <w:spacing w:after="0" w:line="240" w:lineRule="auto"/>
        <w:rPr>
          <w:rFonts w:ascii="Times New Roman" w:hAnsi="Times New Roman" w:cs="Times New Roman"/>
          <w:b/>
        </w:rPr>
      </w:pPr>
    </w:p>
    <w:p w14:paraId="4E47B783" w14:textId="77777777" w:rsidR="000A3713" w:rsidRPr="00D454F6" w:rsidRDefault="00D454F6" w:rsidP="00CB7CC1">
      <w:pPr>
        <w:spacing w:after="0" w:line="240" w:lineRule="auto"/>
        <w:rPr>
          <w:rFonts w:ascii="Times New Roman" w:hAnsi="Times New Roman" w:cs="Times New Roman"/>
        </w:rPr>
      </w:pPr>
      <w:r w:rsidRPr="00D454F6">
        <w:rPr>
          <w:rFonts w:ascii="Times New Roman" w:hAnsi="Times New Roman" w:cs="Times New Roman"/>
          <w:b/>
        </w:rPr>
        <w:t>3.2 Prevádzka materskej školy v čase letných prázdnin</w:t>
      </w:r>
    </w:p>
    <w:p w14:paraId="61191EED" w14:textId="090289BE" w:rsidR="000A3713" w:rsidRPr="00D454F6" w:rsidRDefault="00D454F6" w:rsidP="00D11FB8">
      <w:pPr>
        <w:spacing w:after="0" w:line="240" w:lineRule="auto"/>
        <w:jc w:val="both"/>
        <w:rPr>
          <w:rFonts w:ascii="Times New Roman" w:hAnsi="Times New Roman" w:cs="Times New Roman"/>
        </w:rPr>
      </w:pPr>
      <w:r w:rsidRPr="00D454F6">
        <w:rPr>
          <w:rFonts w:ascii="Times New Roman" w:hAnsi="Times New Roman" w:cs="Times New Roman"/>
        </w:rPr>
        <w:t>Prerušenie prevádzky materskej školy alebo obmedzenie prevádzky materskej školy počas</w:t>
      </w:r>
      <w:r w:rsidR="00D11FB8">
        <w:rPr>
          <w:rFonts w:ascii="Times New Roman" w:hAnsi="Times New Roman" w:cs="Times New Roman"/>
        </w:rPr>
        <w:t xml:space="preserve"> </w:t>
      </w:r>
      <w:r w:rsidRPr="00D454F6">
        <w:rPr>
          <w:rFonts w:ascii="Times New Roman" w:hAnsi="Times New Roman" w:cs="Times New Roman"/>
        </w:rPr>
        <w:t>mesiacov júl a august podľa § 150a zákona sa oznamuje dva mesiace vopred, pokiaľ je to možné.</w:t>
      </w:r>
      <w:r w:rsidR="00D11FB8">
        <w:rPr>
          <w:rFonts w:ascii="Times New Roman" w:hAnsi="Times New Roman" w:cs="Times New Roman"/>
        </w:rPr>
        <w:t xml:space="preserve"> </w:t>
      </w:r>
      <w:r w:rsidRPr="00D454F6">
        <w:rPr>
          <w:rFonts w:ascii="Times New Roman" w:hAnsi="Times New Roman" w:cs="Times New Roman"/>
        </w:rPr>
        <w:t>Informácia o dočasnom prerušení prevádzky materskej školy alebo obmedzení prevádzky</w:t>
      </w:r>
      <w:r w:rsidR="00D11FB8">
        <w:rPr>
          <w:rFonts w:ascii="Times New Roman" w:hAnsi="Times New Roman" w:cs="Times New Roman"/>
        </w:rPr>
        <w:t xml:space="preserve"> </w:t>
      </w:r>
      <w:r w:rsidRPr="00D454F6">
        <w:rPr>
          <w:rFonts w:ascii="Times New Roman" w:hAnsi="Times New Roman" w:cs="Times New Roman"/>
        </w:rPr>
        <w:t>materskej školy sa zverejňuje bez zbytočného odkladu na mieste dostupnom zákonným</w:t>
      </w:r>
      <w:r w:rsidR="00D11FB8">
        <w:rPr>
          <w:rFonts w:ascii="Times New Roman" w:hAnsi="Times New Roman" w:cs="Times New Roman"/>
        </w:rPr>
        <w:t xml:space="preserve"> </w:t>
      </w:r>
      <w:r w:rsidRPr="00D454F6">
        <w:rPr>
          <w:rFonts w:ascii="Times New Roman" w:hAnsi="Times New Roman" w:cs="Times New Roman"/>
        </w:rPr>
        <w:t xml:space="preserve">zástupcom, na </w:t>
      </w:r>
      <w:proofErr w:type="spellStart"/>
      <w:r w:rsidRPr="00D454F6">
        <w:rPr>
          <w:rFonts w:ascii="Times New Roman" w:hAnsi="Times New Roman" w:cs="Times New Roman"/>
        </w:rPr>
        <w:t>messengeri</w:t>
      </w:r>
      <w:proofErr w:type="spellEnd"/>
      <w:r w:rsidRPr="00D454F6">
        <w:rPr>
          <w:rFonts w:ascii="Times New Roman" w:hAnsi="Times New Roman" w:cs="Times New Roman"/>
        </w:rPr>
        <w:t xml:space="preserve"> v uzatvorených skupinách a na webovom sídle materskej školy. V čase</w:t>
      </w:r>
      <w:r w:rsidR="00D11FB8">
        <w:rPr>
          <w:rFonts w:ascii="Times New Roman" w:hAnsi="Times New Roman" w:cs="Times New Roman"/>
        </w:rPr>
        <w:t xml:space="preserve"> </w:t>
      </w:r>
      <w:r w:rsidRPr="00D454F6">
        <w:rPr>
          <w:rFonts w:ascii="Times New Roman" w:hAnsi="Times New Roman" w:cs="Times New Roman"/>
        </w:rPr>
        <w:t>uvedeného prerušenia prevádzkoví zamestnanci vykonávajú upratovanie a dezinfekciu,  podľa</w:t>
      </w:r>
      <w:r w:rsidR="00D11FB8">
        <w:rPr>
          <w:rFonts w:ascii="Times New Roman" w:hAnsi="Times New Roman" w:cs="Times New Roman"/>
        </w:rPr>
        <w:t xml:space="preserve"> </w:t>
      </w:r>
      <w:r w:rsidRPr="00D454F6">
        <w:rPr>
          <w:rFonts w:ascii="Times New Roman" w:hAnsi="Times New Roman" w:cs="Times New Roman"/>
        </w:rPr>
        <w:t>dispozícií riaditeľky školy sú vykonávané rekonštrukčné práce, maľovanie, modernizácia</w:t>
      </w:r>
      <w:r w:rsidR="00D11FB8">
        <w:rPr>
          <w:rFonts w:ascii="Times New Roman" w:hAnsi="Times New Roman" w:cs="Times New Roman"/>
        </w:rPr>
        <w:t xml:space="preserve"> </w:t>
      </w:r>
      <w:r w:rsidRPr="00D454F6">
        <w:rPr>
          <w:rFonts w:ascii="Times New Roman" w:hAnsi="Times New Roman" w:cs="Times New Roman"/>
        </w:rPr>
        <w:t>priestorov, pedagogickí a ostatní zamestnanci čerpajú dovolenku podľa plánu dovoleniek alebo</w:t>
      </w:r>
      <w:r w:rsidR="00D11FB8">
        <w:rPr>
          <w:rFonts w:ascii="Times New Roman" w:hAnsi="Times New Roman" w:cs="Times New Roman"/>
        </w:rPr>
        <w:t xml:space="preserve"> </w:t>
      </w:r>
      <w:r w:rsidRPr="00D454F6">
        <w:rPr>
          <w:rFonts w:ascii="Times New Roman" w:hAnsi="Times New Roman" w:cs="Times New Roman"/>
        </w:rPr>
        <w:t>náhradné voľno. Prerušenie prevádzky so súhlasom zriaďovateľa oznámi riaditeľka školy</w:t>
      </w:r>
      <w:r w:rsidR="00D11FB8">
        <w:rPr>
          <w:rFonts w:ascii="Times New Roman" w:hAnsi="Times New Roman" w:cs="Times New Roman"/>
        </w:rPr>
        <w:t xml:space="preserve"> </w:t>
      </w:r>
      <w:r w:rsidRPr="00D454F6">
        <w:rPr>
          <w:rFonts w:ascii="Times New Roman" w:hAnsi="Times New Roman" w:cs="Times New Roman"/>
        </w:rPr>
        <w:t>oznamom pre rodičov najneskôr jeden mesiac vopred.</w:t>
      </w:r>
    </w:p>
    <w:p w14:paraId="1BC45732" w14:textId="77777777" w:rsidR="00CB6CE7" w:rsidRDefault="00CB6CE7" w:rsidP="00CB7CC1">
      <w:pPr>
        <w:spacing w:after="0" w:line="240" w:lineRule="auto"/>
        <w:rPr>
          <w:rFonts w:ascii="Times New Roman" w:hAnsi="Times New Roman" w:cs="Times New Roman"/>
          <w:b/>
        </w:rPr>
      </w:pPr>
    </w:p>
    <w:p w14:paraId="5651DE9F" w14:textId="77777777" w:rsidR="000A3713" w:rsidRPr="00D454F6" w:rsidRDefault="00D454F6" w:rsidP="00D11FB8">
      <w:pPr>
        <w:spacing w:after="0" w:line="240" w:lineRule="auto"/>
        <w:jc w:val="both"/>
        <w:rPr>
          <w:rFonts w:ascii="Times New Roman" w:hAnsi="Times New Roman" w:cs="Times New Roman"/>
        </w:rPr>
      </w:pPr>
      <w:r w:rsidRPr="00D454F6">
        <w:rPr>
          <w:rFonts w:ascii="Times New Roman" w:hAnsi="Times New Roman" w:cs="Times New Roman"/>
          <w:b/>
        </w:rPr>
        <w:t>3.3 Prevádzka počas iných prázdnin</w:t>
      </w:r>
    </w:p>
    <w:p w14:paraId="605D8B77" w14:textId="15DEF48E" w:rsidR="000A3713" w:rsidRPr="00D454F6" w:rsidRDefault="00D454F6" w:rsidP="00D11FB8">
      <w:pPr>
        <w:spacing w:after="0" w:line="240" w:lineRule="auto"/>
        <w:jc w:val="both"/>
        <w:rPr>
          <w:rFonts w:ascii="Times New Roman" w:hAnsi="Times New Roman" w:cs="Times New Roman"/>
        </w:rPr>
      </w:pPr>
      <w:r w:rsidRPr="00D454F6">
        <w:rPr>
          <w:rFonts w:ascii="Times New Roman" w:hAnsi="Times New Roman" w:cs="Times New Roman"/>
        </w:rPr>
        <w:t>V čase, keď sú určené vedľajšie prázdniny pre deti ZŠ, rodičia na základe ich rozhodnutia</w:t>
      </w:r>
      <w:r w:rsidR="00D11FB8">
        <w:rPr>
          <w:rFonts w:ascii="Times New Roman" w:hAnsi="Times New Roman" w:cs="Times New Roman"/>
        </w:rPr>
        <w:t xml:space="preserve"> </w:t>
      </w:r>
      <w:r w:rsidRPr="00D454F6">
        <w:rPr>
          <w:rFonts w:ascii="Times New Roman" w:hAnsi="Times New Roman" w:cs="Times New Roman"/>
        </w:rPr>
        <w:t xml:space="preserve">zapisujú deti na dochádzku do MŠ v tých dňoch, aby bolo možné zabezpečiť prevádzku príp. </w:t>
      </w:r>
      <w:r w:rsidR="00D11FB8">
        <w:rPr>
          <w:rFonts w:ascii="Times New Roman" w:hAnsi="Times New Roman" w:cs="Times New Roman"/>
        </w:rPr>
        <w:t xml:space="preserve">na </w:t>
      </w:r>
      <w:r w:rsidRPr="00D454F6">
        <w:rPr>
          <w:rFonts w:ascii="Times New Roman" w:hAnsi="Times New Roman" w:cs="Times New Roman"/>
        </w:rPr>
        <w:t>jednu spojenú triedu a aj stravovanie.</w:t>
      </w:r>
    </w:p>
    <w:p w14:paraId="7FBC4525" w14:textId="77777777" w:rsidR="00CB6CE7" w:rsidRDefault="00CB6CE7" w:rsidP="00D11FB8">
      <w:pPr>
        <w:spacing w:after="0" w:line="240" w:lineRule="auto"/>
        <w:jc w:val="both"/>
        <w:rPr>
          <w:rFonts w:ascii="Times New Roman" w:hAnsi="Times New Roman" w:cs="Times New Roman"/>
          <w:b/>
        </w:rPr>
      </w:pPr>
    </w:p>
    <w:p w14:paraId="74B59260" w14:textId="77777777" w:rsidR="00CB6CE7" w:rsidRDefault="00CB6CE7" w:rsidP="00D11FB8">
      <w:pPr>
        <w:spacing w:after="0" w:line="240" w:lineRule="auto"/>
        <w:jc w:val="both"/>
        <w:rPr>
          <w:rFonts w:ascii="Times New Roman" w:hAnsi="Times New Roman" w:cs="Times New Roman"/>
          <w:b/>
        </w:rPr>
      </w:pPr>
    </w:p>
    <w:p w14:paraId="74BD697A" w14:textId="77777777" w:rsidR="00CB6CE7" w:rsidRDefault="00CB6CE7" w:rsidP="00D11FB8">
      <w:pPr>
        <w:spacing w:after="0" w:line="240" w:lineRule="auto"/>
        <w:jc w:val="both"/>
        <w:rPr>
          <w:rFonts w:ascii="Times New Roman" w:hAnsi="Times New Roman" w:cs="Times New Roman"/>
          <w:b/>
        </w:rPr>
      </w:pPr>
    </w:p>
    <w:p w14:paraId="21847039" w14:textId="77777777" w:rsidR="00CB6CE7" w:rsidRDefault="00CB6CE7" w:rsidP="00D11FB8">
      <w:pPr>
        <w:spacing w:after="0" w:line="240" w:lineRule="auto"/>
        <w:jc w:val="both"/>
        <w:rPr>
          <w:rFonts w:ascii="Times New Roman" w:hAnsi="Times New Roman" w:cs="Times New Roman"/>
          <w:b/>
        </w:rPr>
      </w:pPr>
    </w:p>
    <w:p w14:paraId="428E3D05" w14:textId="77777777" w:rsidR="000A3713" w:rsidRPr="00CB6CE7" w:rsidRDefault="00D454F6" w:rsidP="00CB6CE7">
      <w:pPr>
        <w:spacing w:after="0" w:line="240" w:lineRule="auto"/>
        <w:jc w:val="center"/>
        <w:rPr>
          <w:rFonts w:ascii="Times New Roman" w:hAnsi="Times New Roman" w:cs="Times New Roman"/>
          <w:b/>
        </w:rPr>
      </w:pPr>
      <w:r w:rsidRPr="00CB6CE7">
        <w:rPr>
          <w:rFonts w:ascii="Times New Roman" w:hAnsi="Times New Roman" w:cs="Times New Roman"/>
          <w:b/>
        </w:rPr>
        <w:lastRenderedPageBreak/>
        <w:t>Článok 4</w:t>
      </w:r>
    </w:p>
    <w:p w14:paraId="65C7C08E" w14:textId="77777777" w:rsidR="000A3713" w:rsidRPr="00CB6CE7" w:rsidRDefault="00D454F6" w:rsidP="00CB6CE7">
      <w:pPr>
        <w:spacing w:after="0" w:line="240" w:lineRule="auto"/>
        <w:jc w:val="center"/>
        <w:rPr>
          <w:rFonts w:ascii="Times New Roman" w:hAnsi="Times New Roman" w:cs="Times New Roman"/>
          <w:b/>
        </w:rPr>
      </w:pPr>
      <w:r w:rsidRPr="00CB6CE7">
        <w:rPr>
          <w:rFonts w:ascii="Times New Roman" w:hAnsi="Times New Roman" w:cs="Times New Roman"/>
          <w:b/>
        </w:rPr>
        <w:t>Konzultačné hodiny pre zákonných zástupcov</w:t>
      </w:r>
    </w:p>
    <w:p w14:paraId="3B32FC53" w14:textId="77777777" w:rsidR="000A3713" w:rsidRPr="00D454F6" w:rsidRDefault="00D454F6" w:rsidP="00CB7CC1">
      <w:pPr>
        <w:spacing w:after="0" w:line="240" w:lineRule="auto"/>
        <w:rPr>
          <w:rFonts w:ascii="Times New Roman" w:hAnsi="Times New Roman" w:cs="Times New Roman"/>
        </w:rPr>
      </w:pPr>
      <w:r w:rsidRPr="00D454F6">
        <w:rPr>
          <w:rFonts w:ascii="Times New Roman" w:hAnsi="Times New Roman" w:cs="Times New Roman"/>
          <w:b/>
        </w:rPr>
        <w:t>4.1 Riaditeľka školy:</w:t>
      </w:r>
    </w:p>
    <w:p w14:paraId="2E06D5D8" w14:textId="77777777" w:rsidR="000A3713" w:rsidRPr="00D454F6" w:rsidRDefault="00D454F6" w:rsidP="00CB7CC1">
      <w:pPr>
        <w:spacing w:after="0" w:line="240" w:lineRule="auto"/>
        <w:rPr>
          <w:rFonts w:ascii="Times New Roman" w:hAnsi="Times New Roman" w:cs="Times New Roman"/>
        </w:rPr>
      </w:pPr>
      <w:r w:rsidRPr="00D454F6">
        <w:rPr>
          <w:rFonts w:ascii="Times New Roman" w:hAnsi="Times New Roman" w:cs="Times New Roman"/>
        </w:rPr>
        <w:t>11,00 – 12,00 h. alebo po dohode so zákonným zástupcom aj v inom čase.</w:t>
      </w:r>
    </w:p>
    <w:p w14:paraId="57468334" w14:textId="25E6967C" w:rsidR="000A3713" w:rsidRPr="00D454F6" w:rsidRDefault="00D454F6" w:rsidP="00CB7CC1">
      <w:pPr>
        <w:spacing w:after="0" w:line="240" w:lineRule="auto"/>
        <w:rPr>
          <w:rFonts w:ascii="Times New Roman" w:hAnsi="Times New Roman" w:cs="Times New Roman"/>
        </w:rPr>
      </w:pPr>
      <w:r w:rsidRPr="00D454F6">
        <w:rPr>
          <w:rFonts w:ascii="Times New Roman" w:hAnsi="Times New Roman" w:cs="Times New Roman"/>
        </w:rPr>
        <w:t xml:space="preserve">Telefónne číslo: 0911 </w:t>
      </w:r>
      <w:r w:rsidR="00CB6CE7">
        <w:rPr>
          <w:rFonts w:ascii="Times New Roman" w:hAnsi="Times New Roman" w:cs="Times New Roman"/>
        </w:rPr>
        <w:t xml:space="preserve">500 307 </w:t>
      </w:r>
      <w:r w:rsidRPr="00D454F6">
        <w:rPr>
          <w:rFonts w:ascii="Times New Roman" w:hAnsi="Times New Roman" w:cs="Times New Roman"/>
        </w:rPr>
        <w:t>alebo 531 61 36</w:t>
      </w:r>
    </w:p>
    <w:p w14:paraId="47244386" w14:textId="77777777" w:rsidR="00CB6CE7" w:rsidRDefault="00CB6CE7" w:rsidP="00CB7CC1">
      <w:pPr>
        <w:spacing w:after="0" w:line="240" w:lineRule="auto"/>
        <w:rPr>
          <w:rFonts w:ascii="Times New Roman" w:hAnsi="Times New Roman" w:cs="Times New Roman"/>
          <w:b/>
        </w:rPr>
      </w:pPr>
    </w:p>
    <w:p w14:paraId="553F3928" w14:textId="77777777" w:rsidR="000A3713" w:rsidRPr="00D454F6" w:rsidRDefault="00D454F6" w:rsidP="00CB7CC1">
      <w:pPr>
        <w:spacing w:after="0" w:line="240" w:lineRule="auto"/>
        <w:rPr>
          <w:rFonts w:ascii="Times New Roman" w:hAnsi="Times New Roman" w:cs="Times New Roman"/>
        </w:rPr>
      </w:pPr>
      <w:r w:rsidRPr="00D454F6">
        <w:rPr>
          <w:rFonts w:ascii="Times New Roman" w:hAnsi="Times New Roman" w:cs="Times New Roman"/>
          <w:b/>
        </w:rPr>
        <w:t>4.2 Vedúca ŠJ:</w:t>
      </w:r>
    </w:p>
    <w:p w14:paraId="75808653" w14:textId="77777777" w:rsidR="000A3713" w:rsidRPr="00D454F6" w:rsidRDefault="00D454F6" w:rsidP="00CB7CC1">
      <w:pPr>
        <w:spacing w:after="0" w:line="240" w:lineRule="auto"/>
        <w:rPr>
          <w:rFonts w:ascii="Times New Roman" w:hAnsi="Times New Roman" w:cs="Times New Roman"/>
        </w:rPr>
      </w:pPr>
      <w:r w:rsidRPr="00D454F6">
        <w:rPr>
          <w:rFonts w:ascii="Times New Roman" w:hAnsi="Times New Roman" w:cs="Times New Roman"/>
        </w:rPr>
        <w:t>Podľa dohody so zákonným zástupcom každý druhý deň.</w:t>
      </w:r>
    </w:p>
    <w:p w14:paraId="5EAE1357" w14:textId="415522E9" w:rsidR="000A3713" w:rsidRPr="00D454F6" w:rsidRDefault="00D454F6" w:rsidP="00CB7CC1">
      <w:pPr>
        <w:spacing w:after="0" w:line="240" w:lineRule="auto"/>
        <w:rPr>
          <w:rFonts w:ascii="Times New Roman" w:hAnsi="Times New Roman" w:cs="Times New Roman"/>
        </w:rPr>
      </w:pPr>
      <w:r w:rsidRPr="00D454F6">
        <w:rPr>
          <w:rFonts w:ascii="Times New Roman" w:hAnsi="Times New Roman" w:cs="Times New Roman"/>
        </w:rPr>
        <w:t xml:space="preserve">Telefónne číslo: 0911 </w:t>
      </w:r>
      <w:r w:rsidR="00AA3963">
        <w:rPr>
          <w:rFonts w:ascii="Times New Roman" w:hAnsi="Times New Roman" w:cs="Times New Roman"/>
        </w:rPr>
        <w:t xml:space="preserve">500 307 </w:t>
      </w:r>
      <w:r w:rsidRPr="00D454F6">
        <w:rPr>
          <w:rFonts w:ascii="Times New Roman" w:hAnsi="Times New Roman" w:cs="Times New Roman"/>
        </w:rPr>
        <w:t>alebo 531 61 36</w:t>
      </w:r>
    </w:p>
    <w:p w14:paraId="5728CDBE" w14:textId="77777777" w:rsidR="00CB6CE7" w:rsidRDefault="00CB6CE7" w:rsidP="00CB7CC1">
      <w:pPr>
        <w:spacing w:after="0" w:line="240" w:lineRule="auto"/>
        <w:rPr>
          <w:rFonts w:ascii="Times New Roman" w:hAnsi="Times New Roman" w:cs="Times New Roman"/>
          <w:b/>
        </w:rPr>
      </w:pPr>
    </w:p>
    <w:p w14:paraId="5369C365" w14:textId="77777777" w:rsidR="000A3713" w:rsidRPr="00D454F6" w:rsidRDefault="00D454F6" w:rsidP="00CB7CC1">
      <w:pPr>
        <w:spacing w:after="0" w:line="240" w:lineRule="auto"/>
        <w:rPr>
          <w:rFonts w:ascii="Times New Roman" w:hAnsi="Times New Roman" w:cs="Times New Roman"/>
        </w:rPr>
      </w:pPr>
      <w:r w:rsidRPr="00D454F6">
        <w:rPr>
          <w:rFonts w:ascii="Times New Roman" w:hAnsi="Times New Roman" w:cs="Times New Roman"/>
          <w:b/>
        </w:rPr>
        <w:t>4.3 Triedne učiteľky</w:t>
      </w:r>
    </w:p>
    <w:p w14:paraId="7873AF72" w14:textId="15A29078" w:rsidR="000A3713" w:rsidRPr="00D454F6" w:rsidRDefault="00D454F6" w:rsidP="00D11FB8">
      <w:pPr>
        <w:spacing w:after="0" w:line="240" w:lineRule="auto"/>
        <w:jc w:val="both"/>
        <w:rPr>
          <w:rFonts w:ascii="Times New Roman" w:hAnsi="Times New Roman" w:cs="Times New Roman"/>
        </w:rPr>
      </w:pPr>
      <w:r w:rsidRPr="00D454F6">
        <w:rPr>
          <w:rFonts w:ascii="Times New Roman" w:hAnsi="Times New Roman" w:cs="Times New Roman"/>
        </w:rPr>
        <w:t>Zákonný zástupca má možnosť konzultovať s pedagogickými zamestnancami denne v čase</w:t>
      </w:r>
      <w:r w:rsidR="00D11FB8">
        <w:rPr>
          <w:rFonts w:ascii="Times New Roman" w:hAnsi="Times New Roman" w:cs="Times New Roman"/>
        </w:rPr>
        <w:t xml:space="preserve"> </w:t>
      </w:r>
      <w:r w:rsidRPr="00D454F6">
        <w:rPr>
          <w:rFonts w:ascii="Times New Roman" w:hAnsi="Times New Roman" w:cs="Times New Roman"/>
        </w:rPr>
        <w:t>preberania či odovzdávania detí alebo od 11,30 h. do 12,00 h., prípadne v inom čase podľa</w:t>
      </w:r>
      <w:r w:rsidR="00D11FB8">
        <w:rPr>
          <w:rFonts w:ascii="Times New Roman" w:hAnsi="Times New Roman" w:cs="Times New Roman"/>
        </w:rPr>
        <w:t xml:space="preserve"> </w:t>
      </w:r>
      <w:r w:rsidRPr="00D454F6">
        <w:rPr>
          <w:rFonts w:ascii="Times New Roman" w:hAnsi="Times New Roman" w:cs="Times New Roman"/>
        </w:rPr>
        <w:t>dohody. Konzultácie sú spravidla ústne, ale pokiaľ zákonný zástupca, prípadne pedagogický</w:t>
      </w:r>
      <w:r w:rsidR="00D11FB8">
        <w:rPr>
          <w:rFonts w:ascii="Times New Roman" w:hAnsi="Times New Roman" w:cs="Times New Roman"/>
        </w:rPr>
        <w:t xml:space="preserve"> </w:t>
      </w:r>
      <w:r w:rsidRPr="00D454F6">
        <w:rPr>
          <w:rFonts w:ascii="Times New Roman" w:hAnsi="Times New Roman" w:cs="Times New Roman"/>
        </w:rPr>
        <w:t>zamestnanec prejaví záujem, vyhotovia sa aj v písomnej podobe. V písomnej forme sa vyhotovujú</w:t>
      </w:r>
      <w:r w:rsidR="00D11FB8">
        <w:rPr>
          <w:rFonts w:ascii="Times New Roman" w:hAnsi="Times New Roman" w:cs="Times New Roman"/>
        </w:rPr>
        <w:t xml:space="preserve"> </w:t>
      </w:r>
      <w:r w:rsidRPr="00D454F6">
        <w:rPr>
          <w:rFonts w:ascii="Times New Roman" w:hAnsi="Times New Roman" w:cs="Times New Roman"/>
        </w:rPr>
        <w:t>aj vtedy, ak pedagogický zamestnanec opakovane rieši rovnaký problém, na ktorý bol zákonný</w:t>
      </w:r>
      <w:r w:rsidR="00D11FB8">
        <w:rPr>
          <w:rFonts w:ascii="Times New Roman" w:hAnsi="Times New Roman" w:cs="Times New Roman"/>
        </w:rPr>
        <w:t xml:space="preserve"> </w:t>
      </w:r>
      <w:r w:rsidRPr="00D454F6">
        <w:rPr>
          <w:rFonts w:ascii="Times New Roman" w:hAnsi="Times New Roman" w:cs="Times New Roman"/>
        </w:rPr>
        <w:t>zástupca v predchádzajúcom čase upozornený.</w:t>
      </w:r>
    </w:p>
    <w:p w14:paraId="48690E45" w14:textId="0390FEFA" w:rsidR="000A3713" w:rsidRDefault="00D454F6" w:rsidP="00D11FB8">
      <w:pPr>
        <w:spacing w:after="0" w:line="240" w:lineRule="auto"/>
        <w:jc w:val="both"/>
        <w:rPr>
          <w:rFonts w:ascii="Times New Roman" w:hAnsi="Times New Roman" w:cs="Times New Roman"/>
        </w:rPr>
      </w:pPr>
      <w:r w:rsidRPr="00D454F6">
        <w:rPr>
          <w:rFonts w:ascii="Times New Roman" w:hAnsi="Times New Roman" w:cs="Times New Roman"/>
        </w:rPr>
        <w:t>Pedagogickí zamestnanci okrem konzultácií môžu zákonným zástupcom odporúčať odbornú</w:t>
      </w:r>
      <w:r w:rsidR="00D11FB8">
        <w:rPr>
          <w:rFonts w:ascii="Times New Roman" w:hAnsi="Times New Roman" w:cs="Times New Roman"/>
        </w:rPr>
        <w:t xml:space="preserve"> </w:t>
      </w:r>
      <w:r w:rsidRPr="00D454F6">
        <w:rPr>
          <w:rFonts w:ascii="Times New Roman" w:hAnsi="Times New Roman" w:cs="Times New Roman"/>
        </w:rPr>
        <w:t xml:space="preserve">literatúru, dostupné </w:t>
      </w:r>
      <w:proofErr w:type="spellStart"/>
      <w:r w:rsidRPr="00D454F6">
        <w:rPr>
          <w:rFonts w:ascii="Times New Roman" w:hAnsi="Times New Roman" w:cs="Times New Roman"/>
        </w:rPr>
        <w:t>webináre</w:t>
      </w:r>
      <w:proofErr w:type="spellEnd"/>
      <w:r w:rsidRPr="00D454F6">
        <w:rPr>
          <w:rFonts w:ascii="Times New Roman" w:hAnsi="Times New Roman" w:cs="Times New Roman"/>
        </w:rPr>
        <w:t>,  školenia a iné vhodné informácie z oblasti pedagogického</w:t>
      </w:r>
      <w:r w:rsidR="00D11FB8">
        <w:rPr>
          <w:rFonts w:ascii="Times New Roman" w:hAnsi="Times New Roman" w:cs="Times New Roman"/>
        </w:rPr>
        <w:t xml:space="preserve"> </w:t>
      </w:r>
      <w:r w:rsidRPr="00D454F6">
        <w:rPr>
          <w:rFonts w:ascii="Times New Roman" w:hAnsi="Times New Roman" w:cs="Times New Roman"/>
        </w:rPr>
        <w:t>pôsobenia na dieťa.</w:t>
      </w:r>
    </w:p>
    <w:p w14:paraId="01555931" w14:textId="77777777" w:rsidR="00AA3963" w:rsidRPr="00D454F6" w:rsidRDefault="00AA3963" w:rsidP="00D11FB8">
      <w:pPr>
        <w:spacing w:after="0" w:line="240" w:lineRule="auto"/>
        <w:jc w:val="both"/>
        <w:rPr>
          <w:rFonts w:ascii="Times New Roman" w:hAnsi="Times New Roman" w:cs="Times New Roman"/>
        </w:rPr>
      </w:pPr>
    </w:p>
    <w:p w14:paraId="424B6466" w14:textId="77777777" w:rsidR="000A3713" w:rsidRPr="00AA3963" w:rsidRDefault="00D454F6" w:rsidP="00AA3963">
      <w:pPr>
        <w:spacing w:after="0" w:line="240" w:lineRule="auto"/>
        <w:jc w:val="center"/>
        <w:rPr>
          <w:rFonts w:ascii="Times New Roman" w:hAnsi="Times New Roman" w:cs="Times New Roman"/>
          <w:b/>
        </w:rPr>
      </w:pPr>
      <w:r w:rsidRPr="00AA3963">
        <w:rPr>
          <w:rFonts w:ascii="Times New Roman" w:hAnsi="Times New Roman" w:cs="Times New Roman"/>
          <w:b/>
        </w:rPr>
        <w:t>Článok 5</w:t>
      </w:r>
    </w:p>
    <w:p w14:paraId="61576E5A" w14:textId="6C926D39" w:rsidR="000A3713" w:rsidRDefault="00D454F6" w:rsidP="00AA3963">
      <w:pPr>
        <w:spacing w:after="0" w:line="240" w:lineRule="auto"/>
        <w:jc w:val="center"/>
        <w:rPr>
          <w:rFonts w:ascii="Times New Roman" w:hAnsi="Times New Roman" w:cs="Times New Roman"/>
          <w:b/>
        </w:rPr>
      </w:pPr>
      <w:r w:rsidRPr="00AA3963">
        <w:rPr>
          <w:rFonts w:ascii="Times New Roman" w:hAnsi="Times New Roman" w:cs="Times New Roman"/>
          <w:b/>
        </w:rPr>
        <w:t>Organizácia tried a vekové zloženie detí v nich</w:t>
      </w:r>
    </w:p>
    <w:p w14:paraId="7432D4A4" w14:textId="77777777" w:rsidR="00D11FB8" w:rsidRPr="00D11FB8" w:rsidRDefault="00D11FB8" w:rsidP="00AA3963">
      <w:pPr>
        <w:spacing w:after="0" w:line="240" w:lineRule="auto"/>
        <w:jc w:val="center"/>
        <w:rPr>
          <w:rFonts w:ascii="Times New Roman" w:hAnsi="Times New Roman" w:cs="Times New Roman"/>
          <w:b/>
          <w:sz w:val="14"/>
          <w:szCs w:val="14"/>
        </w:rPr>
      </w:pPr>
    </w:p>
    <w:p w14:paraId="72315B11" w14:textId="77777777" w:rsidR="000A3713" w:rsidRPr="00D454F6" w:rsidRDefault="00D454F6" w:rsidP="00CB7CC1">
      <w:pPr>
        <w:spacing w:after="0" w:line="240" w:lineRule="auto"/>
        <w:rPr>
          <w:rFonts w:ascii="Times New Roman" w:hAnsi="Times New Roman" w:cs="Times New Roman"/>
        </w:rPr>
      </w:pPr>
      <w:r w:rsidRPr="00D454F6">
        <w:rPr>
          <w:rFonts w:ascii="Times New Roman" w:hAnsi="Times New Roman" w:cs="Times New Roman"/>
          <w:b/>
        </w:rPr>
        <w:t>5.1. Trieda prvá  - motýliky, vekové zloženie od 3 do 4 rokov.</w:t>
      </w:r>
    </w:p>
    <w:p w14:paraId="6A7F9C5A" w14:textId="1A404730" w:rsidR="000A3713" w:rsidRPr="00D454F6" w:rsidRDefault="00D454F6" w:rsidP="00D11FB8">
      <w:pPr>
        <w:spacing w:after="0" w:line="240" w:lineRule="auto"/>
        <w:jc w:val="both"/>
        <w:rPr>
          <w:rFonts w:ascii="Times New Roman" w:hAnsi="Times New Roman" w:cs="Times New Roman"/>
        </w:rPr>
      </w:pPr>
      <w:r w:rsidRPr="00D454F6">
        <w:rPr>
          <w:rFonts w:ascii="Times New Roman" w:hAnsi="Times New Roman" w:cs="Times New Roman"/>
        </w:rPr>
        <w:t xml:space="preserve">Počet detí  podľa § </w:t>
      </w:r>
      <w:r w:rsidR="000336FF">
        <w:rPr>
          <w:rFonts w:ascii="Times New Roman" w:hAnsi="Times New Roman" w:cs="Times New Roman"/>
        </w:rPr>
        <w:t xml:space="preserve"> </w:t>
      </w:r>
      <w:r w:rsidRPr="00D454F6">
        <w:rPr>
          <w:rFonts w:ascii="Times New Roman" w:hAnsi="Times New Roman" w:cs="Times New Roman"/>
        </w:rPr>
        <w:t xml:space="preserve">28 ods.9 písm. b) školského zákona je </w:t>
      </w:r>
      <w:r w:rsidRPr="00AA3963">
        <w:rPr>
          <w:rFonts w:ascii="Times New Roman" w:hAnsi="Times New Roman" w:cs="Times New Roman"/>
          <w:b/>
        </w:rPr>
        <w:t>20 v triede.</w:t>
      </w:r>
    </w:p>
    <w:p w14:paraId="74D11FAF" w14:textId="0C9CC251" w:rsidR="000A3713" w:rsidRPr="00D454F6" w:rsidRDefault="00D454F6" w:rsidP="00D11FB8">
      <w:pPr>
        <w:spacing w:after="0" w:line="240" w:lineRule="auto"/>
        <w:jc w:val="both"/>
        <w:rPr>
          <w:rFonts w:ascii="Times New Roman" w:hAnsi="Times New Roman" w:cs="Times New Roman"/>
        </w:rPr>
      </w:pPr>
      <w:r w:rsidRPr="00D454F6">
        <w:rPr>
          <w:rFonts w:ascii="Times New Roman" w:hAnsi="Times New Roman" w:cs="Times New Roman"/>
        </w:rPr>
        <w:t>Ak je voľné miesto, je možné prijať i deti mladšie ako tri roky, ak sú samostatné a majú</w:t>
      </w:r>
      <w:r w:rsidR="00D11FB8">
        <w:rPr>
          <w:rFonts w:ascii="Times New Roman" w:hAnsi="Times New Roman" w:cs="Times New Roman"/>
        </w:rPr>
        <w:t xml:space="preserve"> </w:t>
      </w:r>
      <w:r w:rsidRPr="00D454F6">
        <w:rPr>
          <w:rFonts w:ascii="Times New Roman" w:hAnsi="Times New Roman" w:cs="Times New Roman"/>
        </w:rPr>
        <w:t xml:space="preserve">vypestované hygienické a </w:t>
      </w:r>
      <w:proofErr w:type="spellStart"/>
      <w:r w:rsidRPr="00D454F6">
        <w:rPr>
          <w:rFonts w:ascii="Times New Roman" w:hAnsi="Times New Roman" w:cs="Times New Roman"/>
        </w:rPr>
        <w:t>sebaobslužné</w:t>
      </w:r>
      <w:proofErr w:type="spellEnd"/>
      <w:r w:rsidRPr="00D454F6">
        <w:rPr>
          <w:rFonts w:ascii="Times New Roman" w:hAnsi="Times New Roman" w:cs="Times New Roman"/>
        </w:rPr>
        <w:t xml:space="preserve"> návyky.</w:t>
      </w:r>
      <w:r w:rsidR="00D11FB8">
        <w:rPr>
          <w:rFonts w:ascii="Times New Roman" w:hAnsi="Times New Roman" w:cs="Times New Roman"/>
        </w:rPr>
        <w:t xml:space="preserve"> </w:t>
      </w:r>
      <w:r w:rsidRPr="00D454F6">
        <w:rPr>
          <w:rFonts w:ascii="Times New Roman" w:hAnsi="Times New Roman" w:cs="Times New Roman"/>
        </w:rPr>
        <w:t>Ak sú splnené požiadavky podľa osobitného predpisu,</w:t>
      </w:r>
      <w:r w:rsidR="00AA3963">
        <w:rPr>
          <w:rFonts w:ascii="Times New Roman" w:hAnsi="Times New Roman" w:cs="Times New Roman"/>
        </w:rPr>
        <w:t xml:space="preserve"> </w:t>
      </w:r>
      <w:r w:rsidRPr="00D454F6">
        <w:rPr>
          <w:rFonts w:ascii="Times New Roman" w:hAnsi="Times New Roman" w:cs="Times New Roman"/>
        </w:rPr>
        <w:t>32a) najvyšší počet detí v triede podľa</w:t>
      </w:r>
      <w:r w:rsidR="00D11FB8">
        <w:rPr>
          <w:rFonts w:ascii="Times New Roman" w:hAnsi="Times New Roman" w:cs="Times New Roman"/>
        </w:rPr>
        <w:t xml:space="preserve"> </w:t>
      </w:r>
      <w:r w:rsidRPr="00D454F6">
        <w:rPr>
          <w:rFonts w:ascii="Times New Roman" w:hAnsi="Times New Roman" w:cs="Times New Roman"/>
        </w:rPr>
        <w:t>odseku 9 sa môže zvýšiť o tri deti z dôvodu:</w:t>
      </w:r>
    </w:p>
    <w:p w14:paraId="15B96F98" w14:textId="1C5928B1" w:rsidR="000A3713" w:rsidRPr="00D11FB8" w:rsidRDefault="00D454F6" w:rsidP="00FE5BF0">
      <w:pPr>
        <w:pStyle w:val="Odsekzoznamu"/>
        <w:numPr>
          <w:ilvl w:val="0"/>
          <w:numId w:val="19"/>
        </w:numPr>
        <w:spacing w:after="0" w:line="240" w:lineRule="auto"/>
        <w:jc w:val="both"/>
        <w:rPr>
          <w:rFonts w:ascii="Times New Roman" w:hAnsi="Times New Roman" w:cs="Times New Roman"/>
        </w:rPr>
      </w:pPr>
      <w:r w:rsidRPr="00D11FB8">
        <w:rPr>
          <w:rFonts w:ascii="Times New Roman" w:hAnsi="Times New Roman" w:cs="Times New Roman"/>
        </w:rPr>
        <w:t>zmeny trvalého pobytu dieťaťa,</w:t>
      </w:r>
    </w:p>
    <w:p w14:paraId="00A9833D" w14:textId="6B728045" w:rsidR="000A3713" w:rsidRPr="00D11FB8" w:rsidRDefault="00D454F6" w:rsidP="00FE5BF0">
      <w:pPr>
        <w:pStyle w:val="Odsekzoznamu"/>
        <w:numPr>
          <w:ilvl w:val="0"/>
          <w:numId w:val="19"/>
        </w:numPr>
        <w:spacing w:after="0" w:line="240" w:lineRule="auto"/>
        <w:jc w:val="both"/>
        <w:rPr>
          <w:rFonts w:ascii="Times New Roman" w:hAnsi="Times New Roman" w:cs="Times New Roman"/>
        </w:rPr>
      </w:pPr>
      <w:r w:rsidRPr="00D11FB8">
        <w:rPr>
          <w:rFonts w:ascii="Times New Roman" w:hAnsi="Times New Roman" w:cs="Times New Roman"/>
        </w:rPr>
        <w:t>zaradenia dieťaťa len na adaptačný pobyt alebo len na diagnostický pobyt v materskej</w:t>
      </w:r>
      <w:r w:rsidR="00D11FB8" w:rsidRPr="00D11FB8">
        <w:rPr>
          <w:rFonts w:ascii="Times New Roman" w:hAnsi="Times New Roman" w:cs="Times New Roman"/>
        </w:rPr>
        <w:t xml:space="preserve"> </w:t>
      </w:r>
      <w:r w:rsidRPr="00D11FB8">
        <w:rPr>
          <w:rFonts w:ascii="Times New Roman" w:hAnsi="Times New Roman" w:cs="Times New Roman"/>
        </w:rPr>
        <w:t>škole,</w:t>
      </w:r>
    </w:p>
    <w:p w14:paraId="021C69B2" w14:textId="49ADA4E1" w:rsidR="000A3713" w:rsidRPr="00D11FB8" w:rsidRDefault="00D454F6" w:rsidP="00FE5BF0">
      <w:pPr>
        <w:pStyle w:val="Odsekzoznamu"/>
        <w:numPr>
          <w:ilvl w:val="0"/>
          <w:numId w:val="19"/>
        </w:numPr>
        <w:spacing w:after="0" w:line="240" w:lineRule="auto"/>
        <w:jc w:val="both"/>
        <w:rPr>
          <w:rFonts w:ascii="Times New Roman" w:hAnsi="Times New Roman" w:cs="Times New Roman"/>
        </w:rPr>
      </w:pPr>
      <w:r w:rsidRPr="00D11FB8">
        <w:rPr>
          <w:rFonts w:ascii="Times New Roman" w:hAnsi="Times New Roman" w:cs="Times New Roman"/>
        </w:rPr>
        <w:t>zvýšeného záujmu zákonných zástupcov detí o výchovu a vzdelávanie v materskej škole.</w:t>
      </w:r>
    </w:p>
    <w:p w14:paraId="170F7D6D" w14:textId="77777777" w:rsidR="00AA3963" w:rsidRDefault="00AA3963" w:rsidP="00CB7CC1">
      <w:pPr>
        <w:spacing w:after="0" w:line="240" w:lineRule="auto"/>
        <w:rPr>
          <w:rFonts w:ascii="Times New Roman" w:hAnsi="Times New Roman" w:cs="Times New Roman"/>
          <w:b/>
        </w:rPr>
      </w:pPr>
    </w:p>
    <w:p w14:paraId="484B8092" w14:textId="77777777" w:rsidR="000A3713" w:rsidRPr="00D454F6" w:rsidRDefault="00D454F6" w:rsidP="00CB7CC1">
      <w:pPr>
        <w:spacing w:after="0" w:line="240" w:lineRule="auto"/>
        <w:rPr>
          <w:rFonts w:ascii="Times New Roman" w:hAnsi="Times New Roman" w:cs="Times New Roman"/>
        </w:rPr>
      </w:pPr>
      <w:r w:rsidRPr="00D454F6">
        <w:rPr>
          <w:rFonts w:ascii="Times New Roman" w:hAnsi="Times New Roman" w:cs="Times New Roman"/>
          <w:b/>
        </w:rPr>
        <w:t>5.2  Trieda druhá– žabky, vekové zloženie od 4 do 6 rokov.</w:t>
      </w:r>
    </w:p>
    <w:p w14:paraId="1390348D" w14:textId="77777777" w:rsidR="000A3713" w:rsidRPr="00D454F6" w:rsidRDefault="00D454F6" w:rsidP="000336FF">
      <w:pPr>
        <w:spacing w:after="0" w:line="240" w:lineRule="auto"/>
        <w:jc w:val="both"/>
        <w:rPr>
          <w:rFonts w:ascii="Times New Roman" w:hAnsi="Times New Roman" w:cs="Times New Roman"/>
        </w:rPr>
      </w:pPr>
      <w:r w:rsidRPr="00D454F6">
        <w:rPr>
          <w:rFonts w:ascii="Times New Roman" w:hAnsi="Times New Roman" w:cs="Times New Roman"/>
        </w:rPr>
        <w:t xml:space="preserve">Počet detí podľa § 28 ods.9 písm. d) školského zákona je </w:t>
      </w:r>
      <w:r w:rsidRPr="00AA3963">
        <w:rPr>
          <w:rFonts w:ascii="Times New Roman" w:hAnsi="Times New Roman" w:cs="Times New Roman"/>
          <w:b/>
        </w:rPr>
        <w:t>22 v triede</w:t>
      </w:r>
      <w:r w:rsidRPr="00D454F6">
        <w:rPr>
          <w:rFonts w:ascii="Times New Roman" w:hAnsi="Times New Roman" w:cs="Times New Roman"/>
        </w:rPr>
        <w:t>.</w:t>
      </w:r>
    </w:p>
    <w:p w14:paraId="1E3CB661" w14:textId="77777777" w:rsidR="000A3713" w:rsidRPr="00D454F6" w:rsidRDefault="00D454F6" w:rsidP="000336FF">
      <w:pPr>
        <w:spacing w:after="0" w:line="240" w:lineRule="auto"/>
        <w:jc w:val="both"/>
        <w:rPr>
          <w:rFonts w:ascii="Times New Roman" w:hAnsi="Times New Roman" w:cs="Times New Roman"/>
        </w:rPr>
      </w:pPr>
      <w:r w:rsidRPr="00D454F6">
        <w:rPr>
          <w:rFonts w:ascii="Times New Roman" w:hAnsi="Times New Roman" w:cs="Times New Roman"/>
        </w:rPr>
        <w:t>Ak sú splnené požiadavky podľa osobitného predpisu,32a) najvyšší počet detí v triede podľa</w:t>
      </w:r>
    </w:p>
    <w:p w14:paraId="1A2D60B6" w14:textId="77777777" w:rsidR="000A3713" w:rsidRPr="00D454F6" w:rsidRDefault="00D454F6" w:rsidP="000336FF">
      <w:pPr>
        <w:spacing w:after="0" w:line="240" w:lineRule="auto"/>
        <w:jc w:val="both"/>
        <w:rPr>
          <w:rFonts w:ascii="Times New Roman" w:hAnsi="Times New Roman" w:cs="Times New Roman"/>
        </w:rPr>
      </w:pPr>
      <w:r w:rsidRPr="00D454F6">
        <w:rPr>
          <w:rFonts w:ascii="Times New Roman" w:hAnsi="Times New Roman" w:cs="Times New Roman"/>
        </w:rPr>
        <w:t>odseku 9 sa môže zvýšiť o tri deti z dôvodu:</w:t>
      </w:r>
    </w:p>
    <w:p w14:paraId="59E3E5CE" w14:textId="324F369C" w:rsidR="000A3713" w:rsidRPr="000336FF" w:rsidRDefault="00D454F6" w:rsidP="00FE5BF0">
      <w:pPr>
        <w:pStyle w:val="Odsekzoznamu"/>
        <w:numPr>
          <w:ilvl w:val="0"/>
          <w:numId w:val="19"/>
        </w:numPr>
        <w:spacing w:after="0" w:line="240" w:lineRule="auto"/>
        <w:jc w:val="both"/>
        <w:rPr>
          <w:rFonts w:ascii="Times New Roman" w:hAnsi="Times New Roman" w:cs="Times New Roman"/>
        </w:rPr>
      </w:pPr>
      <w:r w:rsidRPr="000336FF">
        <w:rPr>
          <w:rFonts w:ascii="Times New Roman" w:hAnsi="Times New Roman" w:cs="Times New Roman"/>
        </w:rPr>
        <w:t>zmeny trvalého pobytu dieťaťa,</w:t>
      </w:r>
    </w:p>
    <w:p w14:paraId="289D0966" w14:textId="69A7C468" w:rsidR="000A3713" w:rsidRPr="000336FF" w:rsidRDefault="00D454F6" w:rsidP="00FE5BF0">
      <w:pPr>
        <w:pStyle w:val="Odsekzoznamu"/>
        <w:numPr>
          <w:ilvl w:val="0"/>
          <w:numId w:val="19"/>
        </w:numPr>
        <w:spacing w:after="0" w:line="240" w:lineRule="auto"/>
        <w:jc w:val="both"/>
        <w:rPr>
          <w:rFonts w:ascii="Times New Roman" w:hAnsi="Times New Roman" w:cs="Times New Roman"/>
        </w:rPr>
      </w:pPr>
      <w:r w:rsidRPr="000336FF">
        <w:rPr>
          <w:rFonts w:ascii="Times New Roman" w:hAnsi="Times New Roman" w:cs="Times New Roman"/>
        </w:rPr>
        <w:t>zaradenia dieťaťa len na adaptačný pobyt alebo len na diagnostický pobyt v materskej</w:t>
      </w:r>
      <w:r w:rsidR="000336FF" w:rsidRPr="000336FF">
        <w:rPr>
          <w:rFonts w:ascii="Times New Roman" w:hAnsi="Times New Roman" w:cs="Times New Roman"/>
        </w:rPr>
        <w:t xml:space="preserve"> </w:t>
      </w:r>
      <w:r w:rsidRPr="000336FF">
        <w:rPr>
          <w:rFonts w:ascii="Times New Roman" w:hAnsi="Times New Roman" w:cs="Times New Roman"/>
        </w:rPr>
        <w:t>škole,</w:t>
      </w:r>
    </w:p>
    <w:p w14:paraId="2B7E4C9F" w14:textId="0244B14D" w:rsidR="000A3713" w:rsidRPr="000336FF" w:rsidRDefault="00D454F6" w:rsidP="00FE5BF0">
      <w:pPr>
        <w:pStyle w:val="Odsekzoznamu"/>
        <w:numPr>
          <w:ilvl w:val="0"/>
          <w:numId w:val="19"/>
        </w:numPr>
        <w:spacing w:after="0" w:line="240" w:lineRule="auto"/>
        <w:jc w:val="both"/>
        <w:rPr>
          <w:rFonts w:ascii="Times New Roman" w:hAnsi="Times New Roman" w:cs="Times New Roman"/>
        </w:rPr>
      </w:pPr>
      <w:r w:rsidRPr="000336FF">
        <w:rPr>
          <w:rFonts w:ascii="Times New Roman" w:hAnsi="Times New Roman" w:cs="Times New Roman"/>
        </w:rPr>
        <w:t>pokračovania plnenia povinného predprimárneho vzdelávania v materskej škole,</w:t>
      </w:r>
    </w:p>
    <w:p w14:paraId="274E3CF1" w14:textId="5A0DEC99" w:rsidR="000A3713" w:rsidRPr="000336FF" w:rsidRDefault="00D454F6" w:rsidP="00FE5BF0">
      <w:pPr>
        <w:pStyle w:val="Odsekzoznamu"/>
        <w:numPr>
          <w:ilvl w:val="0"/>
          <w:numId w:val="19"/>
        </w:numPr>
        <w:spacing w:after="0" w:line="240" w:lineRule="auto"/>
        <w:jc w:val="both"/>
        <w:rPr>
          <w:rFonts w:ascii="Times New Roman" w:hAnsi="Times New Roman" w:cs="Times New Roman"/>
        </w:rPr>
      </w:pPr>
      <w:r w:rsidRPr="000336FF">
        <w:rPr>
          <w:rFonts w:ascii="Times New Roman" w:hAnsi="Times New Roman" w:cs="Times New Roman"/>
        </w:rPr>
        <w:t>zvýšeného záujmu zákonných zástupcov detí o výchovu a vzdelávanie v materskej škole.</w:t>
      </w:r>
    </w:p>
    <w:p w14:paraId="7F84A078" w14:textId="7628ED33" w:rsidR="000A3713" w:rsidRPr="00D454F6" w:rsidRDefault="000A3713" w:rsidP="000336FF">
      <w:pPr>
        <w:spacing w:after="0" w:line="240" w:lineRule="auto"/>
        <w:jc w:val="both"/>
        <w:rPr>
          <w:rFonts w:ascii="Times New Roman" w:hAnsi="Times New Roman" w:cs="Times New Roman"/>
        </w:rPr>
      </w:pPr>
    </w:p>
    <w:p w14:paraId="1E0D2145" w14:textId="77777777" w:rsidR="000A3713" w:rsidRPr="00AA3963" w:rsidRDefault="00D454F6" w:rsidP="00CB7CC1">
      <w:pPr>
        <w:spacing w:after="0" w:line="240" w:lineRule="auto"/>
        <w:rPr>
          <w:rFonts w:ascii="Times New Roman" w:hAnsi="Times New Roman" w:cs="Times New Roman"/>
          <w:b/>
        </w:rPr>
      </w:pPr>
      <w:r w:rsidRPr="00AA3963">
        <w:rPr>
          <w:rFonts w:ascii="Times New Roman" w:hAnsi="Times New Roman" w:cs="Times New Roman"/>
          <w:b/>
        </w:rPr>
        <w:t>5. 3 Prevádzka tried, schádzanie a rozchádzanie</w:t>
      </w:r>
    </w:p>
    <w:p w14:paraId="78C20956" w14:textId="77777777" w:rsidR="000A3713" w:rsidRPr="00D454F6" w:rsidRDefault="00D454F6" w:rsidP="000336FF">
      <w:pPr>
        <w:spacing w:after="0" w:line="240" w:lineRule="auto"/>
        <w:jc w:val="both"/>
        <w:rPr>
          <w:rFonts w:ascii="Times New Roman" w:hAnsi="Times New Roman" w:cs="Times New Roman"/>
        </w:rPr>
      </w:pPr>
      <w:r w:rsidRPr="00D454F6">
        <w:rPr>
          <w:rFonts w:ascii="Times New Roman" w:hAnsi="Times New Roman" w:cs="Times New Roman"/>
        </w:rPr>
        <w:t>V čase od 6:30 h. do 7:</w:t>
      </w:r>
      <w:r w:rsidR="00AA3963">
        <w:rPr>
          <w:rFonts w:ascii="Times New Roman" w:hAnsi="Times New Roman" w:cs="Times New Roman"/>
        </w:rPr>
        <w:t>3</w:t>
      </w:r>
      <w:r w:rsidRPr="00D454F6">
        <w:rPr>
          <w:rFonts w:ascii="Times New Roman" w:hAnsi="Times New Roman" w:cs="Times New Roman"/>
        </w:rPr>
        <w:t>0 sa deti schádzajú v</w:t>
      </w:r>
      <w:r w:rsidR="00AA3963">
        <w:rPr>
          <w:rFonts w:ascii="Times New Roman" w:hAnsi="Times New Roman" w:cs="Times New Roman"/>
        </w:rPr>
        <w:t xml:space="preserve"> </w:t>
      </w:r>
      <w:r w:rsidRPr="00D454F6">
        <w:rPr>
          <w:rFonts w:ascii="Times New Roman" w:hAnsi="Times New Roman" w:cs="Times New Roman"/>
        </w:rPr>
        <w:t xml:space="preserve">triede </w:t>
      </w:r>
      <w:r w:rsidR="00AA3963">
        <w:rPr>
          <w:rFonts w:ascii="Times New Roman" w:hAnsi="Times New Roman" w:cs="Times New Roman"/>
        </w:rPr>
        <w:t xml:space="preserve">mladších detí </w:t>
      </w:r>
      <w:r w:rsidRPr="00D454F6">
        <w:rPr>
          <w:rFonts w:ascii="Times New Roman" w:hAnsi="Times New Roman" w:cs="Times New Roman"/>
        </w:rPr>
        <w:t>na  poschodí.</w:t>
      </w:r>
    </w:p>
    <w:p w14:paraId="140D058A" w14:textId="534C32F9" w:rsidR="000A3713" w:rsidRPr="00D454F6" w:rsidRDefault="00D454F6" w:rsidP="000336FF">
      <w:pPr>
        <w:spacing w:after="0" w:line="240" w:lineRule="auto"/>
        <w:jc w:val="both"/>
        <w:rPr>
          <w:rFonts w:ascii="Times New Roman" w:hAnsi="Times New Roman" w:cs="Times New Roman"/>
        </w:rPr>
      </w:pPr>
      <w:r w:rsidRPr="00D454F6">
        <w:rPr>
          <w:rFonts w:ascii="Times New Roman" w:hAnsi="Times New Roman" w:cs="Times New Roman"/>
        </w:rPr>
        <w:t>Od 11:50 h. do 12:10 h. možno prevziať dieťa navštevujúce MŠ na poldenný pobyt po obede</w:t>
      </w:r>
      <w:r w:rsidR="000336FF">
        <w:rPr>
          <w:rFonts w:ascii="Times New Roman" w:hAnsi="Times New Roman" w:cs="Times New Roman"/>
        </w:rPr>
        <w:t xml:space="preserve"> </w:t>
      </w:r>
      <w:r w:rsidRPr="00D454F6">
        <w:rPr>
          <w:rFonts w:ascii="Times New Roman" w:hAnsi="Times New Roman" w:cs="Times New Roman"/>
        </w:rPr>
        <w:t>alebo pre iný dôležitý prípad.</w:t>
      </w:r>
    </w:p>
    <w:p w14:paraId="529A3DEC" w14:textId="77777777" w:rsidR="000A3713" w:rsidRDefault="00D454F6" w:rsidP="000336FF">
      <w:pPr>
        <w:spacing w:after="0" w:line="240" w:lineRule="auto"/>
        <w:jc w:val="both"/>
        <w:rPr>
          <w:rFonts w:ascii="Times New Roman" w:hAnsi="Times New Roman" w:cs="Times New Roman"/>
        </w:rPr>
      </w:pPr>
      <w:r w:rsidRPr="00D454F6">
        <w:rPr>
          <w:rFonts w:ascii="Times New Roman" w:hAnsi="Times New Roman" w:cs="Times New Roman"/>
        </w:rPr>
        <w:t>Od 1</w:t>
      </w:r>
      <w:r w:rsidR="00AA3963">
        <w:rPr>
          <w:rFonts w:ascii="Times New Roman" w:hAnsi="Times New Roman" w:cs="Times New Roman"/>
        </w:rPr>
        <w:t>4</w:t>
      </w:r>
      <w:r w:rsidRPr="00D454F6">
        <w:rPr>
          <w:rFonts w:ascii="Times New Roman" w:hAnsi="Times New Roman" w:cs="Times New Roman"/>
        </w:rPr>
        <w:t>:</w:t>
      </w:r>
      <w:r w:rsidR="00AA3963">
        <w:rPr>
          <w:rFonts w:ascii="Times New Roman" w:hAnsi="Times New Roman" w:cs="Times New Roman"/>
        </w:rPr>
        <w:t>45</w:t>
      </w:r>
      <w:r w:rsidRPr="00D454F6">
        <w:rPr>
          <w:rFonts w:ascii="Times New Roman" w:hAnsi="Times New Roman" w:cs="Times New Roman"/>
        </w:rPr>
        <w:t xml:space="preserve"> do 16:00 sa deti preberajú v triedach na poschodí alebo vonku na školskom dvore.</w:t>
      </w:r>
    </w:p>
    <w:p w14:paraId="024668D2" w14:textId="77777777" w:rsidR="00AA3963" w:rsidRDefault="00AA3963" w:rsidP="00CB7CC1">
      <w:pPr>
        <w:spacing w:after="0" w:line="240" w:lineRule="auto"/>
        <w:rPr>
          <w:rFonts w:ascii="Times New Roman" w:hAnsi="Times New Roman" w:cs="Times New Roman"/>
          <w:b/>
        </w:rPr>
      </w:pPr>
    </w:p>
    <w:p w14:paraId="01356A12" w14:textId="77777777" w:rsidR="003E7471" w:rsidRDefault="003E7471" w:rsidP="00CB7CC1">
      <w:pPr>
        <w:spacing w:after="0" w:line="240" w:lineRule="auto"/>
        <w:rPr>
          <w:rFonts w:ascii="Times New Roman" w:hAnsi="Times New Roman" w:cs="Times New Roman"/>
          <w:b/>
        </w:rPr>
      </w:pPr>
    </w:p>
    <w:p w14:paraId="324C03FF" w14:textId="77777777" w:rsidR="003E7471" w:rsidRDefault="003E7471" w:rsidP="00CB7CC1">
      <w:pPr>
        <w:spacing w:after="0" w:line="240" w:lineRule="auto"/>
        <w:rPr>
          <w:rFonts w:ascii="Times New Roman" w:hAnsi="Times New Roman" w:cs="Times New Roman"/>
          <w:b/>
        </w:rPr>
      </w:pPr>
    </w:p>
    <w:p w14:paraId="6859175B" w14:textId="77777777" w:rsidR="003E7471" w:rsidRDefault="003E7471" w:rsidP="00CB7CC1">
      <w:pPr>
        <w:spacing w:after="0" w:line="240" w:lineRule="auto"/>
        <w:rPr>
          <w:rFonts w:ascii="Times New Roman" w:hAnsi="Times New Roman" w:cs="Times New Roman"/>
          <w:b/>
        </w:rPr>
      </w:pPr>
    </w:p>
    <w:p w14:paraId="622FEAD9" w14:textId="29421CD6" w:rsidR="000A3713" w:rsidRPr="00D454F6" w:rsidRDefault="00D454F6" w:rsidP="00CB7CC1">
      <w:pPr>
        <w:spacing w:after="0" w:line="240" w:lineRule="auto"/>
        <w:rPr>
          <w:rFonts w:ascii="Times New Roman" w:hAnsi="Times New Roman" w:cs="Times New Roman"/>
        </w:rPr>
      </w:pPr>
      <w:r w:rsidRPr="00D454F6">
        <w:rPr>
          <w:rFonts w:ascii="Times New Roman" w:hAnsi="Times New Roman" w:cs="Times New Roman"/>
          <w:b/>
        </w:rPr>
        <w:lastRenderedPageBreak/>
        <w:t>5.4 Denný poriadok jednotlivých tried</w:t>
      </w:r>
    </w:p>
    <w:p w14:paraId="4D134E98" w14:textId="447205C9" w:rsidR="000A3713" w:rsidRPr="00D454F6" w:rsidRDefault="00D454F6" w:rsidP="000336FF">
      <w:pPr>
        <w:spacing w:after="0" w:line="240" w:lineRule="auto"/>
        <w:jc w:val="both"/>
        <w:rPr>
          <w:rFonts w:ascii="Times New Roman" w:hAnsi="Times New Roman" w:cs="Times New Roman"/>
        </w:rPr>
      </w:pPr>
      <w:r w:rsidRPr="00D454F6">
        <w:rPr>
          <w:rFonts w:ascii="Times New Roman" w:hAnsi="Times New Roman" w:cs="Times New Roman"/>
        </w:rPr>
        <w:t>Rozpis pravidelne sa opakujúcich denných činností je rozpracovaný vo forme denných činností</w:t>
      </w:r>
      <w:r w:rsidR="000336FF">
        <w:rPr>
          <w:rFonts w:ascii="Times New Roman" w:hAnsi="Times New Roman" w:cs="Times New Roman"/>
        </w:rPr>
        <w:t xml:space="preserve"> </w:t>
      </w:r>
      <w:r w:rsidRPr="00D454F6">
        <w:rPr>
          <w:rFonts w:ascii="Times New Roman" w:hAnsi="Times New Roman" w:cs="Times New Roman"/>
        </w:rPr>
        <w:t>pre konkrétnu triedu. Sú zverejnené v šatniach na prístupnom mieste pre zákonných zástupcov</w:t>
      </w:r>
      <w:r w:rsidR="003E7471">
        <w:rPr>
          <w:rFonts w:ascii="Times New Roman" w:hAnsi="Times New Roman" w:cs="Times New Roman"/>
        </w:rPr>
        <w:t xml:space="preserve"> </w:t>
      </w:r>
      <w:r w:rsidRPr="00D454F6">
        <w:rPr>
          <w:rFonts w:ascii="Times New Roman" w:hAnsi="Times New Roman" w:cs="Times New Roman"/>
        </w:rPr>
        <w:t>dieťaťa a tvoria prílohu č. 1 školského poriadku.</w:t>
      </w:r>
    </w:p>
    <w:p w14:paraId="49A20A70" w14:textId="4ACAFC3C" w:rsidR="000A3713" w:rsidRPr="00D454F6" w:rsidRDefault="00D454F6" w:rsidP="000336FF">
      <w:pPr>
        <w:spacing w:after="0" w:line="240" w:lineRule="auto"/>
        <w:jc w:val="both"/>
        <w:rPr>
          <w:rFonts w:ascii="Times New Roman" w:hAnsi="Times New Roman" w:cs="Times New Roman"/>
        </w:rPr>
      </w:pPr>
      <w:r w:rsidRPr="00D454F6">
        <w:rPr>
          <w:rFonts w:ascii="Times New Roman" w:hAnsi="Times New Roman" w:cs="Times New Roman"/>
        </w:rPr>
        <w:t>Trvanie učebných a hrových aktivít nie je presne časovo vymedzené. Je určené iba rámcovo.</w:t>
      </w:r>
      <w:r w:rsidR="003E7471">
        <w:rPr>
          <w:rFonts w:ascii="Times New Roman" w:hAnsi="Times New Roman" w:cs="Times New Roman"/>
        </w:rPr>
        <w:t xml:space="preserve"> </w:t>
      </w:r>
      <w:r w:rsidRPr="00D454F6">
        <w:rPr>
          <w:rFonts w:ascii="Times New Roman" w:hAnsi="Times New Roman" w:cs="Times New Roman"/>
        </w:rPr>
        <w:t>Dĺžka trvania vzdelávacích činností rešpektuje potreby dieťaťa, jeho vývinové osobitosti,</w:t>
      </w:r>
      <w:r w:rsidR="003E7471">
        <w:rPr>
          <w:rFonts w:ascii="Times New Roman" w:hAnsi="Times New Roman" w:cs="Times New Roman"/>
        </w:rPr>
        <w:t xml:space="preserve"> </w:t>
      </w:r>
      <w:r w:rsidRPr="00D454F6">
        <w:rPr>
          <w:rFonts w:ascii="Times New Roman" w:hAnsi="Times New Roman" w:cs="Times New Roman"/>
        </w:rPr>
        <w:t>zákonitosti hygieny i prevádzkové potreby materskej školy.</w:t>
      </w:r>
    </w:p>
    <w:p w14:paraId="4244E3F3" w14:textId="2EAE9FBD" w:rsidR="000A3713" w:rsidRPr="00D454F6" w:rsidRDefault="00D454F6" w:rsidP="000336FF">
      <w:pPr>
        <w:spacing w:after="0" w:line="240" w:lineRule="auto"/>
        <w:jc w:val="both"/>
        <w:rPr>
          <w:rFonts w:ascii="Times New Roman" w:hAnsi="Times New Roman" w:cs="Times New Roman"/>
        </w:rPr>
      </w:pPr>
      <w:r w:rsidRPr="00D454F6">
        <w:rPr>
          <w:rFonts w:ascii="Times New Roman" w:hAnsi="Times New Roman" w:cs="Times New Roman"/>
        </w:rPr>
        <w:t xml:space="preserve">Výchova a vzdelávanie sa uskutočňuje prostredníctvom školského vzdelávacieho </w:t>
      </w:r>
      <w:r w:rsidR="003E7471">
        <w:rPr>
          <w:rFonts w:ascii="Times New Roman" w:hAnsi="Times New Roman" w:cs="Times New Roman"/>
        </w:rPr>
        <w:t xml:space="preserve">program </w:t>
      </w:r>
      <w:r w:rsidRPr="00D454F6">
        <w:rPr>
          <w:rFonts w:ascii="Times New Roman" w:hAnsi="Times New Roman" w:cs="Times New Roman"/>
        </w:rPr>
        <w:t>s názvom</w:t>
      </w:r>
      <w:r w:rsidR="00AA3963">
        <w:rPr>
          <w:rFonts w:ascii="Times New Roman" w:hAnsi="Times New Roman" w:cs="Times New Roman"/>
        </w:rPr>
        <w:t xml:space="preserve"> KORENE POZNANIA</w:t>
      </w:r>
      <w:r w:rsidRPr="00D454F6">
        <w:rPr>
          <w:rFonts w:ascii="Times New Roman" w:hAnsi="Times New Roman" w:cs="Times New Roman"/>
        </w:rPr>
        <w:t>.</w:t>
      </w:r>
    </w:p>
    <w:p w14:paraId="72DF0152" w14:textId="1806A087" w:rsidR="000A3713" w:rsidRPr="00D454F6" w:rsidRDefault="00D454F6" w:rsidP="000336FF">
      <w:pPr>
        <w:spacing w:after="0" w:line="240" w:lineRule="auto"/>
        <w:jc w:val="both"/>
        <w:rPr>
          <w:rFonts w:ascii="Times New Roman" w:hAnsi="Times New Roman" w:cs="Times New Roman"/>
        </w:rPr>
      </w:pPr>
      <w:r w:rsidRPr="00D454F6">
        <w:rPr>
          <w:rFonts w:ascii="Times New Roman" w:hAnsi="Times New Roman" w:cs="Times New Roman"/>
        </w:rPr>
        <w:t>Učiteľka počas denných činností odchádza od detí z tried len v krajných prípadoch a na</w:t>
      </w:r>
      <w:r w:rsidR="003E7471">
        <w:rPr>
          <w:rFonts w:ascii="Times New Roman" w:hAnsi="Times New Roman" w:cs="Times New Roman"/>
        </w:rPr>
        <w:t xml:space="preserve"> </w:t>
      </w:r>
      <w:r w:rsidRPr="00D454F6">
        <w:rPr>
          <w:rFonts w:ascii="Times New Roman" w:hAnsi="Times New Roman" w:cs="Times New Roman"/>
        </w:rPr>
        <w:t>nevyhnutný čas, pričom o dozor pri deťoch požiada kolegyňu alebo inú zamestnankyňu MŠ.</w:t>
      </w:r>
      <w:r w:rsidR="003E7471">
        <w:rPr>
          <w:rFonts w:ascii="Times New Roman" w:hAnsi="Times New Roman" w:cs="Times New Roman"/>
        </w:rPr>
        <w:t xml:space="preserve"> </w:t>
      </w:r>
      <w:r w:rsidRPr="00D454F6">
        <w:rPr>
          <w:rFonts w:ascii="Times New Roman" w:hAnsi="Times New Roman" w:cs="Times New Roman"/>
        </w:rPr>
        <w:t>Pri organizácii činnosti spojených s uspokojovaním základných fyziologických potrieb má</w:t>
      </w:r>
      <w:r w:rsidR="003E7471">
        <w:rPr>
          <w:rFonts w:ascii="Times New Roman" w:hAnsi="Times New Roman" w:cs="Times New Roman"/>
        </w:rPr>
        <w:t xml:space="preserve"> </w:t>
      </w:r>
      <w:r w:rsidRPr="00D454F6">
        <w:rPr>
          <w:rFonts w:ascii="Times New Roman" w:hAnsi="Times New Roman" w:cs="Times New Roman"/>
        </w:rPr>
        <w:t>učiteľka vždy na zreteli dodržiavania psychohygieny detí a ochrany ich zdravia.</w:t>
      </w:r>
    </w:p>
    <w:p w14:paraId="7042A591" w14:textId="77777777" w:rsidR="00AA3963" w:rsidRDefault="00AA3963" w:rsidP="000336FF">
      <w:pPr>
        <w:spacing w:after="0" w:line="240" w:lineRule="auto"/>
        <w:jc w:val="both"/>
        <w:rPr>
          <w:rFonts w:ascii="Times New Roman" w:hAnsi="Times New Roman" w:cs="Times New Roman"/>
          <w:b/>
        </w:rPr>
      </w:pPr>
    </w:p>
    <w:p w14:paraId="47D69267" w14:textId="77777777" w:rsidR="000A3713" w:rsidRPr="00D454F6" w:rsidRDefault="00D454F6" w:rsidP="00CB7CC1">
      <w:pPr>
        <w:spacing w:after="0" w:line="240" w:lineRule="auto"/>
        <w:rPr>
          <w:rFonts w:ascii="Times New Roman" w:hAnsi="Times New Roman" w:cs="Times New Roman"/>
        </w:rPr>
      </w:pPr>
      <w:r w:rsidRPr="00D454F6">
        <w:rPr>
          <w:rFonts w:ascii="Times New Roman" w:hAnsi="Times New Roman" w:cs="Times New Roman"/>
          <w:b/>
        </w:rPr>
        <w:t>5.6 Dochádzka detí do materskej školy</w:t>
      </w:r>
    </w:p>
    <w:p w14:paraId="370543F2" w14:textId="501323D0" w:rsidR="000A3713" w:rsidRPr="00D454F6" w:rsidRDefault="00D454F6" w:rsidP="003E7471">
      <w:pPr>
        <w:spacing w:after="0" w:line="240" w:lineRule="auto"/>
        <w:jc w:val="both"/>
        <w:rPr>
          <w:rFonts w:ascii="Times New Roman" w:hAnsi="Times New Roman" w:cs="Times New Roman"/>
        </w:rPr>
      </w:pPr>
      <w:r w:rsidRPr="00D454F6">
        <w:rPr>
          <w:rFonts w:ascii="Times New Roman" w:hAnsi="Times New Roman" w:cs="Times New Roman"/>
        </w:rPr>
        <w:t>Dieťa od zákonného zástupcu preberá najneskôr do 8:00 hodiny učiteľka, ktorá zaň zodpovedá až</w:t>
      </w:r>
      <w:r w:rsidR="003E7471">
        <w:rPr>
          <w:rFonts w:ascii="Times New Roman" w:hAnsi="Times New Roman" w:cs="Times New Roman"/>
        </w:rPr>
        <w:t xml:space="preserve"> </w:t>
      </w:r>
      <w:r w:rsidRPr="00D454F6">
        <w:rPr>
          <w:rFonts w:ascii="Times New Roman" w:hAnsi="Times New Roman" w:cs="Times New Roman"/>
        </w:rPr>
        <w:t>po odovzdanie zákonnému zástupcovi (inej splnomocnenej osobe od 10 rokov) alebo učiteľke,</w:t>
      </w:r>
      <w:r w:rsidR="003E7471">
        <w:rPr>
          <w:rFonts w:ascii="Times New Roman" w:hAnsi="Times New Roman" w:cs="Times New Roman"/>
        </w:rPr>
        <w:t xml:space="preserve"> </w:t>
      </w:r>
      <w:r w:rsidRPr="00D454F6">
        <w:rPr>
          <w:rFonts w:ascii="Times New Roman" w:hAnsi="Times New Roman" w:cs="Times New Roman"/>
        </w:rPr>
        <w:t>ktorá ju v práci strieda. Preberanie detí z iných tried je možné len na základe  aktuálneho oznamu</w:t>
      </w:r>
      <w:r w:rsidR="00AA3963">
        <w:rPr>
          <w:rFonts w:ascii="Times New Roman" w:hAnsi="Times New Roman" w:cs="Times New Roman"/>
        </w:rPr>
        <w:t xml:space="preserve"> </w:t>
      </w:r>
      <w:r w:rsidRPr="00D454F6">
        <w:rPr>
          <w:rFonts w:ascii="Times New Roman" w:hAnsi="Times New Roman" w:cs="Times New Roman"/>
        </w:rPr>
        <w:t>detí s podpisom preberajúcej a odovzdávajúcej učiteľky.</w:t>
      </w:r>
    </w:p>
    <w:p w14:paraId="600C6F22" w14:textId="25EBF529" w:rsidR="000A3713" w:rsidRPr="00AA3963" w:rsidRDefault="00D454F6" w:rsidP="003E7471">
      <w:pPr>
        <w:spacing w:after="0" w:line="240" w:lineRule="auto"/>
        <w:jc w:val="both"/>
        <w:rPr>
          <w:rFonts w:ascii="Times New Roman" w:hAnsi="Times New Roman" w:cs="Times New Roman"/>
          <w:b/>
        </w:rPr>
      </w:pPr>
      <w:r w:rsidRPr="00AA3963">
        <w:rPr>
          <w:rFonts w:ascii="Times New Roman" w:hAnsi="Times New Roman" w:cs="Times New Roman"/>
          <w:b/>
        </w:rPr>
        <w:t>Pri odovzdávaní či preberaní nevstupuje rodič do tried</w:t>
      </w:r>
      <w:r w:rsidR="00AA3963">
        <w:rPr>
          <w:rFonts w:ascii="Times New Roman" w:hAnsi="Times New Roman" w:cs="Times New Roman"/>
          <w:b/>
        </w:rPr>
        <w:t xml:space="preserve"> a priestorov </w:t>
      </w:r>
      <w:r w:rsidR="00851F21">
        <w:rPr>
          <w:rFonts w:ascii="Times New Roman" w:hAnsi="Times New Roman" w:cs="Times New Roman"/>
          <w:b/>
        </w:rPr>
        <w:t>umyvárne</w:t>
      </w:r>
      <w:r w:rsidR="00AA3963">
        <w:rPr>
          <w:rFonts w:ascii="Times New Roman" w:hAnsi="Times New Roman" w:cs="Times New Roman"/>
          <w:b/>
        </w:rPr>
        <w:t xml:space="preserve"> a spálne!</w:t>
      </w:r>
    </w:p>
    <w:p w14:paraId="2CFA2E97" w14:textId="4229388F" w:rsidR="000A3713" w:rsidRPr="00D454F6" w:rsidRDefault="00D454F6" w:rsidP="003E7471">
      <w:pPr>
        <w:spacing w:after="0" w:line="240" w:lineRule="auto"/>
        <w:jc w:val="both"/>
        <w:rPr>
          <w:rFonts w:ascii="Times New Roman" w:hAnsi="Times New Roman" w:cs="Times New Roman"/>
        </w:rPr>
      </w:pPr>
      <w:r w:rsidRPr="00D454F6">
        <w:rPr>
          <w:rFonts w:ascii="Times New Roman" w:hAnsi="Times New Roman" w:cs="Times New Roman"/>
        </w:rPr>
        <w:t>Povinnosťou riaditeľky školy je sledovať plnenie povinného predprimárneho vzdelávania</w:t>
      </w:r>
      <w:r w:rsidR="003E7471">
        <w:rPr>
          <w:rFonts w:ascii="Times New Roman" w:hAnsi="Times New Roman" w:cs="Times New Roman"/>
        </w:rPr>
        <w:t xml:space="preserve"> </w:t>
      </w:r>
      <w:r w:rsidRPr="00D454F6">
        <w:rPr>
          <w:rFonts w:ascii="Times New Roman" w:hAnsi="Times New Roman" w:cs="Times New Roman"/>
        </w:rPr>
        <w:t>a dochádzku dieťaťa do materskej školy (§5 ods. 15 zákona 596/2003 Z. z. ) a konať v prípade</w:t>
      </w:r>
      <w:r w:rsidR="003E7471">
        <w:rPr>
          <w:rFonts w:ascii="Times New Roman" w:hAnsi="Times New Roman" w:cs="Times New Roman"/>
        </w:rPr>
        <w:t xml:space="preserve"> </w:t>
      </w:r>
      <w:r w:rsidRPr="00D454F6">
        <w:rPr>
          <w:rFonts w:ascii="Times New Roman" w:hAnsi="Times New Roman" w:cs="Times New Roman"/>
        </w:rPr>
        <w:t>nedbania zákonného zástupcu o plnenie povinného predprimárneho vzdelávania (§ 12a ods. 1</w:t>
      </w:r>
      <w:r w:rsidR="003E7471">
        <w:rPr>
          <w:rFonts w:ascii="Times New Roman" w:hAnsi="Times New Roman" w:cs="Times New Roman"/>
        </w:rPr>
        <w:t xml:space="preserve"> </w:t>
      </w:r>
      <w:r w:rsidRPr="00D454F6">
        <w:rPr>
          <w:rFonts w:ascii="Times New Roman" w:hAnsi="Times New Roman" w:cs="Times New Roman"/>
        </w:rPr>
        <w:t>písm.</w:t>
      </w:r>
      <w:r w:rsidR="00AA3963">
        <w:rPr>
          <w:rFonts w:ascii="Times New Roman" w:hAnsi="Times New Roman" w:cs="Times New Roman"/>
        </w:rPr>
        <w:t xml:space="preserve"> </w:t>
      </w:r>
      <w:r w:rsidRPr="00D454F6">
        <w:rPr>
          <w:rFonts w:ascii="Times New Roman" w:hAnsi="Times New Roman" w:cs="Times New Roman"/>
        </w:rPr>
        <w:t>a) zákona č. 600/2003 Z. z. o prídavku na dieťa a o zmene a doplnení zákona č. 461/2003 Z.</w:t>
      </w:r>
      <w:r w:rsidR="00AA3963">
        <w:rPr>
          <w:rFonts w:ascii="Times New Roman" w:hAnsi="Times New Roman" w:cs="Times New Roman"/>
        </w:rPr>
        <w:t xml:space="preserve"> </w:t>
      </w:r>
      <w:r w:rsidRPr="00D454F6">
        <w:rPr>
          <w:rFonts w:ascii="Times New Roman" w:hAnsi="Times New Roman" w:cs="Times New Roman"/>
        </w:rPr>
        <w:t>z. o sociálnom poistení).</w:t>
      </w:r>
    </w:p>
    <w:p w14:paraId="5EE5A701" w14:textId="46CD0072" w:rsidR="000A3713" w:rsidRPr="00D454F6" w:rsidRDefault="00D454F6" w:rsidP="003E7471">
      <w:pPr>
        <w:spacing w:after="0" w:line="240" w:lineRule="auto"/>
        <w:jc w:val="both"/>
        <w:rPr>
          <w:rFonts w:ascii="Times New Roman" w:hAnsi="Times New Roman" w:cs="Times New Roman"/>
        </w:rPr>
      </w:pPr>
      <w:r w:rsidRPr="00D454F6">
        <w:rPr>
          <w:rFonts w:ascii="Times New Roman" w:hAnsi="Times New Roman" w:cs="Times New Roman"/>
        </w:rPr>
        <w:t>V prípade, že zákonný zástupca má súdnym rozhodnutím, príp. predbežným opatrením</w:t>
      </w:r>
      <w:r w:rsidR="003E7471">
        <w:rPr>
          <w:rFonts w:ascii="Times New Roman" w:hAnsi="Times New Roman" w:cs="Times New Roman"/>
        </w:rPr>
        <w:t xml:space="preserve"> </w:t>
      </w:r>
      <w:r w:rsidRPr="00D454F6">
        <w:rPr>
          <w:rFonts w:ascii="Times New Roman" w:hAnsi="Times New Roman" w:cs="Times New Roman"/>
        </w:rPr>
        <w:t>obmedzené preberanie detí, treba o tom písomne (fotokópiou úradného rozhodnutia) informovať</w:t>
      </w:r>
      <w:r w:rsidR="003E7471">
        <w:rPr>
          <w:rFonts w:ascii="Times New Roman" w:hAnsi="Times New Roman" w:cs="Times New Roman"/>
        </w:rPr>
        <w:t xml:space="preserve"> </w:t>
      </w:r>
      <w:r w:rsidRPr="00D454F6">
        <w:rPr>
          <w:rFonts w:ascii="Times New Roman" w:hAnsi="Times New Roman" w:cs="Times New Roman"/>
        </w:rPr>
        <w:t>riaditeľku MŠ.</w:t>
      </w:r>
    </w:p>
    <w:p w14:paraId="2B44B6F8" w14:textId="77777777" w:rsidR="00AA3963" w:rsidRDefault="00AA3963" w:rsidP="00CB7CC1">
      <w:pPr>
        <w:spacing w:after="0" w:line="240" w:lineRule="auto"/>
        <w:rPr>
          <w:rFonts w:ascii="Times New Roman" w:hAnsi="Times New Roman" w:cs="Times New Roman"/>
        </w:rPr>
      </w:pPr>
    </w:p>
    <w:p w14:paraId="621F4D89" w14:textId="54C774E8" w:rsidR="000A3713" w:rsidRDefault="00D454F6" w:rsidP="003E7471">
      <w:pPr>
        <w:spacing w:after="0" w:line="240" w:lineRule="auto"/>
        <w:jc w:val="both"/>
        <w:rPr>
          <w:rFonts w:ascii="Times New Roman" w:hAnsi="Times New Roman" w:cs="Times New Roman"/>
        </w:rPr>
      </w:pPr>
      <w:r w:rsidRPr="00D454F6">
        <w:rPr>
          <w:rFonts w:ascii="Times New Roman" w:hAnsi="Times New Roman" w:cs="Times New Roman"/>
        </w:rPr>
        <w:t>Zabezpečenie skutočnosti, aby bolo do materskej školy prijaté iba zdravé dieťa (v zmysle § 24</w:t>
      </w:r>
      <w:r w:rsidR="003E7471">
        <w:rPr>
          <w:rFonts w:ascii="Times New Roman" w:hAnsi="Times New Roman" w:cs="Times New Roman"/>
        </w:rPr>
        <w:t xml:space="preserve"> </w:t>
      </w:r>
      <w:r w:rsidRPr="00D454F6">
        <w:rPr>
          <w:rFonts w:ascii="Times New Roman" w:hAnsi="Times New Roman" w:cs="Times New Roman"/>
        </w:rPr>
        <w:t>ods.9 zákona č. 355/2007 Z. z.)</w:t>
      </w:r>
      <w:r w:rsidR="00C60BA2">
        <w:rPr>
          <w:rFonts w:ascii="Times New Roman" w:hAnsi="Times New Roman" w:cs="Times New Roman"/>
        </w:rPr>
        <w:t xml:space="preserve"> </w:t>
      </w:r>
      <w:r w:rsidRPr="00D454F6">
        <w:rPr>
          <w:rFonts w:ascii="Times New Roman" w:hAnsi="Times New Roman" w:cs="Times New Roman"/>
        </w:rPr>
        <w:t>zabezpečí každý deň zodpovedajúca službukonajúca učiteľka pred prijatím dieťaťa do</w:t>
      </w:r>
      <w:r w:rsidR="00C60BA2">
        <w:rPr>
          <w:rFonts w:ascii="Times New Roman" w:hAnsi="Times New Roman" w:cs="Times New Roman"/>
        </w:rPr>
        <w:t xml:space="preserve"> </w:t>
      </w:r>
      <w:r w:rsidRPr="00D454F6">
        <w:rPr>
          <w:rFonts w:ascii="Times New Roman" w:hAnsi="Times New Roman" w:cs="Times New Roman"/>
        </w:rPr>
        <w:t>triedy</w:t>
      </w:r>
      <w:r w:rsidR="00C60BA2">
        <w:rPr>
          <w:rFonts w:ascii="Times New Roman" w:hAnsi="Times New Roman" w:cs="Times New Roman"/>
        </w:rPr>
        <w:t>.</w:t>
      </w:r>
    </w:p>
    <w:p w14:paraId="65EE6373" w14:textId="77777777" w:rsidR="00C60BA2" w:rsidRPr="00D454F6" w:rsidRDefault="00C60BA2" w:rsidP="003E7471">
      <w:pPr>
        <w:spacing w:after="0" w:line="240" w:lineRule="auto"/>
        <w:jc w:val="both"/>
        <w:rPr>
          <w:rFonts w:ascii="Times New Roman" w:hAnsi="Times New Roman" w:cs="Times New Roman"/>
        </w:rPr>
      </w:pPr>
    </w:p>
    <w:p w14:paraId="056A1516" w14:textId="02DCD3A8" w:rsidR="000A3713" w:rsidRPr="00D454F6" w:rsidRDefault="00C60BA2" w:rsidP="003E7471">
      <w:pPr>
        <w:spacing w:after="0" w:line="240" w:lineRule="auto"/>
        <w:jc w:val="both"/>
        <w:rPr>
          <w:rFonts w:ascii="Times New Roman" w:hAnsi="Times New Roman" w:cs="Times New Roman"/>
        </w:rPr>
      </w:pPr>
      <w:r>
        <w:rPr>
          <w:rFonts w:ascii="Times New Roman" w:hAnsi="Times New Roman" w:cs="Times New Roman"/>
        </w:rPr>
        <w:t xml:space="preserve">Pri príznakoch choroby </w:t>
      </w:r>
      <w:r w:rsidR="00D454F6" w:rsidRPr="00D454F6">
        <w:rPr>
          <w:rFonts w:ascii="Times New Roman" w:hAnsi="Times New Roman" w:cs="Times New Roman"/>
        </w:rPr>
        <w:t xml:space="preserve">zabezpečí </w:t>
      </w:r>
      <w:r>
        <w:rPr>
          <w:rFonts w:ascii="Times New Roman" w:hAnsi="Times New Roman" w:cs="Times New Roman"/>
        </w:rPr>
        <w:t xml:space="preserve">učiteľka </w:t>
      </w:r>
      <w:r w:rsidR="00D454F6" w:rsidRPr="00D454F6">
        <w:rPr>
          <w:rFonts w:ascii="Times New Roman" w:hAnsi="Times New Roman" w:cs="Times New Roman"/>
        </w:rPr>
        <w:t>izoláciu dieťaťa</w:t>
      </w:r>
      <w:r>
        <w:rPr>
          <w:rFonts w:ascii="Times New Roman" w:hAnsi="Times New Roman" w:cs="Times New Roman"/>
        </w:rPr>
        <w:t xml:space="preserve"> </w:t>
      </w:r>
      <w:r w:rsidR="00D454F6" w:rsidRPr="00D454F6">
        <w:rPr>
          <w:rFonts w:ascii="Times New Roman" w:hAnsi="Times New Roman" w:cs="Times New Roman"/>
        </w:rPr>
        <w:t>od ostatných detí, ak počas dňa prejavilo príznaky akútneho</w:t>
      </w:r>
      <w:r>
        <w:rPr>
          <w:rFonts w:ascii="Times New Roman" w:hAnsi="Times New Roman" w:cs="Times New Roman"/>
        </w:rPr>
        <w:t xml:space="preserve"> </w:t>
      </w:r>
      <w:r w:rsidR="00D454F6" w:rsidRPr="00D454F6">
        <w:rPr>
          <w:rFonts w:ascii="Times New Roman" w:hAnsi="Times New Roman" w:cs="Times New Roman"/>
        </w:rPr>
        <w:t>prenosného ochorenia, dočasný dohľad nad ním a informuje zákonného zástupcu, ktorý si</w:t>
      </w:r>
      <w:r>
        <w:rPr>
          <w:rFonts w:ascii="Times New Roman" w:hAnsi="Times New Roman" w:cs="Times New Roman"/>
        </w:rPr>
        <w:t xml:space="preserve"> </w:t>
      </w:r>
      <w:r w:rsidR="00D454F6" w:rsidRPr="00D454F6">
        <w:rPr>
          <w:rFonts w:ascii="Times New Roman" w:hAnsi="Times New Roman" w:cs="Times New Roman"/>
        </w:rPr>
        <w:t>príde dieťa vyzdvihnúť.</w:t>
      </w:r>
    </w:p>
    <w:p w14:paraId="51B7AC75" w14:textId="77777777" w:rsidR="00C60BA2" w:rsidRDefault="00C60BA2" w:rsidP="00CB7CC1">
      <w:pPr>
        <w:spacing w:after="0" w:line="240" w:lineRule="auto"/>
        <w:rPr>
          <w:rFonts w:ascii="Times New Roman" w:hAnsi="Times New Roman" w:cs="Times New Roman"/>
          <w:b/>
        </w:rPr>
      </w:pPr>
    </w:p>
    <w:p w14:paraId="0E5FD894" w14:textId="77777777" w:rsidR="000A3713" w:rsidRPr="00D454F6" w:rsidRDefault="00D454F6" w:rsidP="00CB7CC1">
      <w:pPr>
        <w:spacing w:after="0" w:line="240" w:lineRule="auto"/>
        <w:rPr>
          <w:rFonts w:ascii="Times New Roman" w:hAnsi="Times New Roman" w:cs="Times New Roman"/>
        </w:rPr>
      </w:pPr>
      <w:r w:rsidRPr="00D454F6">
        <w:rPr>
          <w:rFonts w:ascii="Times New Roman" w:hAnsi="Times New Roman" w:cs="Times New Roman"/>
          <w:b/>
        </w:rPr>
        <w:t>5.7 Ranný filter v materskej škole</w:t>
      </w:r>
    </w:p>
    <w:p w14:paraId="0E04519A" w14:textId="77777777" w:rsidR="00C60BA2" w:rsidRDefault="00C60BA2" w:rsidP="00CB7CC1">
      <w:pPr>
        <w:spacing w:after="0" w:line="240" w:lineRule="auto"/>
        <w:rPr>
          <w:rFonts w:ascii="Times New Roman" w:hAnsi="Times New Roman" w:cs="Times New Roman"/>
          <w:b/>
        </w:rPr>
      </w:pPr>
    </w:p>
    <w:p w14:paraId="56BB3E63" w14:textId="77777777" w:rsidR="000A3713" w:rsidRPr="00D454F6" w:rsidRDefault="00D454F6" w:rsidP="003E7471">
      <w:pPr>
        <w:spacing w:after="0" w:line="240" w:lineRule="auto"/>
        <w:jc w:val="both"/>
        <w:rPr>
          <w:rFonts w:ascii="Times New Roman" w:hAnsi="Times New Roman" w:cs="Times New Roman"/>
        </w:rPr>
      </w:pPr>
      <w:r w:rsidRPr="00D454F6">
        <w:rPr>
          <w:rFonts w:ascii="Times New Roman" w:hAnsi="Times New Roman" w:cs="Times New Roman"/>
          <w:b/>
        </w:rPr>
        <w:t>5.7.1 Zákonný zástupca rešpektuje vykonávanie ranného filtra v zmysle § 24 ods.6 zákona č.</w:t>
      </w:r>
    </w:p>
    <w:p w14:paraId="27AD7521" w14:textId="168097A7" w:rsidR="000A3713" w:rsidRPr="00D454F6" w:rsidRDefault="00D454F6" w:rsidP="003E7471">
      <w:pPr>
        <w:spacing w:after="0" w:line="240" w:lineRule="auto"/>
        <w:jc w:val="both"/>
        <w:rPr>
          <w:rFonts w:ascii="Times New Roman" w:hAnsi="Times New Roman" w:cs="Times New Roman"/>
        </w:rPr>
      </w:pPr>
      <w:r w:rsidRPr="00C60BA2">
        <w:rPr>
          <w:rFonts w:ascii="Times New Roman" w:hAnsi="Times New Roman" w:cs="Times New Roman"/>
          <w:b/>
        </w:rPr>
        <w:t>355/2007 Z. z.</w:t>
      </w:r>
      <w:r w:rsidRPr="00D454F6">
        <w:rPr>
          <w:rFonts w:ascii="Times New Roman" w:hAnsi="Times New Roman" w:cs="Times New Roman"/>
        </w:rPr>
        <w:t xml:space="preserve"> o ochrane, podpore  a rozvoji verejného zdravia a o zmene a doplnení niektorých</w:t>
      </w:r>
      <w:r w:rsidR="003E7471">
        <w:rPr>
          <w:rFonts w:ascii="Times New Roman" w:hAnsi="Times New Roman" w:cs="Times New Roman"/>
        </w:rPr>
        <w:t xml:space="preserve"> </w:t>
      </w:r>
      <w:r w:rsidRPr="00D454F6">
        <w:rPr>
          <w:rFonts w:ascii="Times New Roman" w:hAnsi="Times New Roman" w:cs="Times New Roman"/>
        </w:rPr>
        <w:t>zákonov  a to, že v materskej škole môže byť umiestnené dieťa ktoré:</w:t>
      </w:r>
    </w:p>
    <w:p w14:paraId="44734CAD" w14:textId="7FD30E58" w:rsidR="000A3713" w:rsidRPr="003E7471" w:rsidRDefault="00D454F6" w:rsidP="00FE5BF0">
      <w:pPr>
        <w:pStyle w:val="Odsekzoznamu"/>
        <w:numPr>
          <w:ilvl w:val="0"/>
          <w:numId w:val="19"/>
        </w:numPr>
        <w:spacing w:after="0" w:line="240" w:lineRule="auto"/>
        <w:jc w:val="both"/>
        <w:rPr>
          <w:rFonts w:ascii="Times New Roman" w:hAnsi="Times New Roman" w:cs="Times New Roman"/>
        </w:rPr>
      </w:pPr>
      <w:r w:rsidRPr="003E7471">
        <w:rPr>
          <w:rFonts w:ascii="Times New Roman" w:hAnsi="Times New Roman" w:cs="Times New Roman"/>
        </w:rPr>
        <w:t>je zdravotne spôsobilé na pobyt v kolektíve,</w:t>
      </w:r>
    </w:p>
    <w:p w14:paraId="165172F3" w14:textId="2FB3C803" w:rsidR="000A3713" w:rsidRPr="003E7471" w:rsidRDefault="00D454F6" w:rsidP="00FE5BF0">
      <w:pPr>
        <w:pStyle w:val="Odsekzoznamu"/>
        <w:numPr>
          <w:ilvl w:val="0"/>
          <w:numId w:val="19"/>
        </w:numPr>
        <w:spacing w:after="0" w:line="240" w:lineRule="auto"/>
        <w:jc w:val="both"/>
        <w:rPr>
          <w:rFonts w:ascii="Times New Roman" w:hAnsi="Times New Roman" w:cs="Times New Roman"/>
        </w:rPr>
      </w:pPr>
      <w:r w:rsidRPr="003E7471">
        <w:rPr>
          <w:rFonts w:ascii="Times New Roman" w:hAnsi="Times New Roman" w:cs="Times New Roman"/>
        </w:rPr>
        <w:t>neprejavuje príznaky prenosného ochorenia,</w:t>
      </w:r>
    </w:p>
    <w:p w14:paraId="4DB38F8C" w14:textId="64F19D12" w:rsidR="000A3713" w:rsidRPr="003E7471" w:rsidRDefault="00D454F6" w:rsidP="00FE5BF0">
      <w:pPr>
        <w:pStyle w:val="Odsekzoznamu"/>
        <w:numPr>
          <w:ilvl w:val="0"/>
          <w:numId w:val="19"/>
        </w:numPr>
        <w:spacing w:after="0" w:line="240" w:lineRule="auto"/>
        <w:jc w:val="both"/>
        <w:rPr>
          <w:rFonts w:ascii="Times New Roman" w:hAnsi="Times New Roman" w:cs="Times New Roman"/>
        </w:rPr>
      </w:pPr>
      <w:r w:rsidRPr="003E7471">
        <w:rPr>
          <w:rFonts w:ascii="Times New Roman" w:hAnsi="Times New Roman" w:cs="Times New Roman"/>
        </w:rPr>
        <w:t>nemá nariadené karanténne opatrenie.</w:t>
      </w:r>
    </w:p>
    <w:p w14:paraId="4CF7A4A1" w14:textId="77777777" w:rsidR="003E7471" w:rsidRDefault="003E7471" w:rsidP="00CB7CC1">
      <w:pPr>
        <w:spacing w:after="0" w:line="240" w:lineRule="auto"/>
        <w:rPr>
          <w:rFonts w:ascii="Times New Roman" w:hAnsi="Times New Roman" w:cs="Times New Roman"/>
          <w:b/>
        </w:rPr>
      </w:pPr>
    </w:p>
    <w:p w14:paraId="7C96BB55" w14:textId="6CB092AB" w:rsidR="000A3713" w:rsidRPr="00C60BA2" w:rsidRDefault="00D454F6" w:rsidP="00CB7CC1">
      <w:pPr>
        <w:spacing w:after="0" w:line="240" w:lineRule="auto"/>
        <w:rPr>
          <w:rFonts w:ascii="Times New Roman" w:hAnsi="Times New Roman" w:cs="Times New Roman"/>
          <w:b/>
        </w:rPr>
      </w:pPr>
      <w:r w:rsidRPr="00D454F6">
        <w:rPr>
          <w:rFonts w:ascii="Times New Roman" w:hAnsi="Times New Roman" w:cs="Times New Roman"/>
          <w:b/>
        </w:rPr>
        <w:t>5.7.2 Pri vykonávaní ranného filtra učiteľka pohľadom skontroluje oči, uši, nos, viditeľné časti</w:t>
      </w:r>
      <w:r w:rsidR="00C60BA2">
        <w:rPr>
          <w:rFonts w:ascii="Times New Roman" w:hAnsi="Times New Roman" w:cs="Times New Roman"/>
        </w:rPr>
        <w:t xml:space="preserve"> </w:t>
      </w:r>
      <w:r w:rsidRPr="00C60BA2">
        <w:rPr>
          <w:rFonts w:ascii="Times New Roman" w:hAnsi="Times New Roman" w:cs="Times New Roman"/>
          <w:b/>
        </w:rPr>
        <w:t>kože  a vyzve dieťa, aby zakašlalo.</w:t>
      </w:r>
    </w:p>
    <w:p w14:paraId="3D9DA50A" w14:textId="77777777" w:rsidR="000A3713" w:rsidRPr="00D454F6" w:rsidRDefault="00D454F6" w:rsidP="00CB7CC1">
      <w:pPr>
        <w:spacing w:after="0" w:line="240" w:lineRule="auto"/>
        <w:rPr>
          <w:rFonts w:ascii="Times New Roman" w:hAnsi="Times New Roman" w:cs="Times New Roman"/>
        </w:rPr>
      </w:pPr>
      <w:r w:rsidRPr="00D454F6">
        <w:rPr>
          <w:rFonts w:ascii="Times New Roman" w:hAnsi="Times New Roman" w:cs="Times New Roman"/>
        </w:rPr>
        <w:t>Učiteľka môže odmietnuť prevzatie dieťaťa, ak:</w:t>
      </w:r>
    </w:p>
    <w:p w14:paraId="63D13F88" w14:textId="1528EB83" w:rsidR="000A3713" w:rsidRPr="003E7471" w:rsidRDefault="00D454F6" w:rsidP="00FE5BF0">
      <w:pPr>
        <w:pStyle w:val="Odsekzoznamu"/>
        <w:numPr>
          <w:ilvl w:val="0"/>
          <w:numId w:val="19"/>
        </w:numPr>
        <w:spacing w:after="0" w:line="240" w:lineRule="auto"/>
        <w:rPr>
          <w:rFonts w:ascii="Times New Roman" w:hAnsi="Times New Roman" w:cs="Times New Roman"/>
        </w:rPr>
      </w:pPr>
      <w:r w:rsidRPr="003E7471">
        <w:rPr>
          <w:rFonts w:ascii="Times New Roman" w:hAnsi="Times New Roman" w:cs="Times New Roman"/>
        </w:rPr>
        <w:t>má výrazne lesklé a červené oči, s hnisavým výtokom,</w:t>
      </w:r>
    </w:p>
    <w:p w14:paraId="6D7F2882" w14:textId="422BDDFF" w:rsidR="000A3713" w:rsidRPr="003E7471" w:rsidRDefault="00D454F6" w:rsidP="00FE5BF0">
      <w:pPr>
        <w:pStyle w:val="Odsekzoznamu"/>
        <w:numPr>
          <w:ilvl w:val="0"/>
          <w:numId w:val="19"/>
        </w:numPr>
        <w:spacing w:after="0" w:line="240" w:lineRule="auto"/>
        <w:rPr>
          <w:rFonts w:ascii="Times New Roman" w:hAnsi="Times New Roman" w:cs="Times New Roman"/>
        </w:rPr>
      </w:pPr>
      <w:r w:rsidRPr="003E7471">
        <w:rPr>
          <w:rFonts w:ascii="Times New Roman" w:hAnsi="Times New Roman" w:cs="Times New Roman"/>
        </w:rPr>
        <w:t xml:space="preserve">mu z uší vyteká </w:t>
      </w:r>
      <w:r w:rsidR="00C815EB">
        <w:rPr>
          <w:rFonts w:ascii="Times New Roman" w:hAnsi="Times New Roman" w:cs="Times New Roman"/>
        </w:rPr>
        <w:t>sekrét</w:t>
      </w:r>
      <w:r w:rsidRPr="003E7471">
        <w:rPr>
          <w:rFonts w:ascii="Times New Roman" w:hAnsi="Times New Roman" w:cs="Times New Roman"/>
        </w:rPr>
        <w:t xml:space="preserve"> a je zaschnut</w:t>
      </w:r>
      <w:r w:rsidR="00C815EB">
        <w:rPr>
          <w:rFonts w:ascii="Times New Roman" w:hAnsi="Times New Roman" w:cs="Times New Roman"/>
        </w:rPr>
        <w:t>ý</w:t>
      </w:r>
      <w:r w:rsidRPr="003E7471">
        <w:rPr>
          <w:rFonts w:ascii="Times New Roman" w:hAnsi="Times New Roman" w:cs="Times New Roman"/>
        </w:rPr>
        <w:t xml:space="preserve"> aj na ušnici,</w:t>
      </w:r>
    </w:p>
    <w:p w14:paraId="4241F6D7" w14:textId="2EF0254B" w:rsidR="000A3713" w:rsidRPr="003E7471" w:rsidRDefault="00D454F6" w:rsidP="00FE5BF0">
      <w:pPr>
        <w:pStyle w:val="Odsekzoznamu"/>
        <w:numPr>
          <w:ilvl w:val="0"/>
          <w:numId w:val="19"/>
        </w:numPr>
        <w:spacing w:after="0" w:line="240" w:lineRule="auto"/>
        <w:rPr>
          <w:rFonts w:ascii="Times New Roman" w:hAnsi="Times New Roman" w:cs="Times New Roman"/>
        </w:rPr>
      </w:pPr>
      <w:r w:rsidRPr="003E7471">
        <w:rPr>
          <w:rFonts w:ascii="Times New Roman" w:hAnsi="Times New Roman" w:cs="Times New Roman"/>
        </w:rPr>
        <w:lastRenderedPageBreak/>
        <w:t>mu z nosa vyteká hust</w:t>
      </w:r>
      <w:r w:rsidR="00C815EB">
        <w:rPr>
          <w:rFonts w:ascii="Times New Roman" w:hAnsi="Times New Roman" w:cs="Times New Roman"/>
        </w:rPr>
        <w:t>ý</w:t>
      </w:r>
      <w:r w:rsidRPr="003E7471">
        <w:rPr>
          <w:rFonts w:ascii="Times New Roman" w:hAnsi="Times New Roman" w:cs="Times New Roman"/>
        </w:rPr>
        <w:t xml:space="preserve"> </w:t>
      </w:r>
      <w:r w:rsidR="00C815EB">
        <w:rPr>
          <w:rFonts w:ascii="Times New Roman" w:hAnsi="Times New Roman" w:cs="Times New Roman"/>
        </w:rPr>
        <w:t>hlien</w:t>
      </w:r>
      <w:r w:rsidRPr="003E7471">
        <w:rPr>
          <w:rFonts w:ascii="Times New Roman" w:hAnsi="Times New Roman" w:cs="Times New Roman"/>
        </w:rPr>
        <w:t>, okolie nosa je červené a podráždené,</w:t>
      </w:r>
    </w:p>
    <w:p w14:paraId="77A77A6E" w14:textId="2EB09560" w:rsidR="000A3713" w:rsidRPr="003E7471" w:rsidRDefault="00D454F6" w:rsidP="00FE5BF0">
      <w:pPr>
        <w:pStyle w:val="Odsekzoznamu"/>
        <w:numPr>
          <w:ilvl w:val="0"/>
          <w:numId w:val="19"/>
        </w:numPr>
        <w:spacing w:after="0" w:line="240" w:lineRule="auto"/>
        <w:rPr>
          <w:rFonts w:ascii="Times New Roman" w:hAnsi="Times New Roman" w:cs="Times New Roman"/>
        </w:rPr>
      </w:pPr>
      <w:r w:rsidRPr="003E7471">
        <w:rPr>
          <w:rFonts w:ascii="Times New Roman" w:hAnsi="Times New Roman" w:cs="Times New Roman"/>
        </w:rPr>
        <w:t>má na tvári alebo na končatinách zapálené, hnisajúce miesta a miesta s chrastami,</w:t>
      </w:r>
    </w:p>
    <w:p w14:paraId="6F10D67A" w14:textId="377F62E5" w:rsidR="000A3713" w:rsidRPr="003E7471" w:rsidRDefault="00D454F6" w:rsidP="00FE5BF0">
      <w:pPr>
        <w:pStyle w:val="Odsekzoznamu"/>
        <w:numPr>
          <w:ilvl w:val="0"/>
          <w:numId w:val="19"/>
        </w:numPr>
        <w:spacing w:after="0" w:line="240" w:lineRule="auto"/>
        <w:rPr>
          <w:rFonts w:ascii="Times New Roman" w:hAnsi="Times New Roman" w:cs="Times New Roman"/>
        </w:rPr>
      </w:pPr>
      <w:r w:rsidRPr="003E7471">
        <w:rPr>
          <w:rFonts w:ascii="Times New Roman" w:hAnsi="Times New Roman" w:cs="Times New Roman"/>
        </w:rPr>
        <w:t>má intenzívny dusivý kašeľ alebo výrazný vlhký produktívny kašeľ.</w:t>
      </w:r>
    </w:p>
    <w:p w14:paraId="740104B9" w14:textId="77777777" w:rsidR="00C60BA2" w:rsidRDefault="00C60BA2" w:rsidP="00CB7CC1">
      <w:pPr>
        <w:spacing w:after="0" w:line="240" w:lineRule="auto"/>
        <w:rPr>
          <w:rFonts w:ascii="Times New Roman" w:hAnsi="Times New Roman" w:cs="Times New Roman"/>
          <w:b/>
        </w:rPr>
      </w:pPr>
    </w:p>
    <w:p w14:paraId="661F1787" w14:textId="77777777" w:rsidR="000A3713" w:rsidRPr="00D454F6" w:rsidRDefault="00D454F6" w:rsidP="00CB7CC1">
      <w:pPr>
        <w:spacing w:after="0" w:line="240" w:lineRule="auto"/>
        <w:rPr>
          <w:rFonts w:ascii="Times New Roman" w:hAnsi="Times New Roman" w:cs="Times New Roman"/>
        </w:rPr>
      </w:pPr>
      <w:r w:rsidRPr="00D454F6">
        <w:rPr>
          <w:rFonts w:ascii="Times New Roman" w:hAnsi="Times New Roman" w:cs="Times New Roman"/>
          <w:b/>
        </w:rPr>
        <w:t>5.8 Neprítomnosť dieťaťa v materskej škole</w:t>
      </w:r>
    </w:p>
    <w:p w14:paraId="51D68CA7" w14:textId="77777777" w:rsidR="00C60BA2" w:rsidRDefault="00C60BA2" w:rsidP="00CB7CC1">
      <w:pPr>
        <w:spacing w:after="0" w:line="240" w:lineRule="auto"/>
        <w:rPr>
          <w:rFonts w:ascii="Times New Roman" w:hAnsi="Times New Roman" w:cs="Times New Roman"/>
          <w:b/>
        </w:rPr>
      </w:pPr>
    </w:p>
    <w:p w14:paraId="2EDED11D" w14:textId="77777777" w:rsidR="000A3713" w:rsidRPr="00D454F6" w:rsidRDefault="00D454F6" w:rsidP="003E7471">
      <w:pPr>
        <w:spacing w:after="0" w:line="240" w:lineRule="auto"/>
        <w:jc w:val="both"/>
        <w:rPr>
          <w:rFonts w:ascii="Times New Roman" w:hAnsi="Times New Roman" w:cs="Times New Roman"/>
        </w:rPr>
      </w:pPr>
      <w:r w:rsidRPr="00D454F6">
        <w:rPr>
          <w:rFonts w:ascii="Times New Roman" w:hAnsi="Times New Roman" w:cs="Times New Roman"/>
          <w:b/>
        </w:rPr>
        <w:t>5.8.1 Všetky osoby, ktoré zákonný zástupca splnomocní na preberanie dieťaťa z materskej školy,</w:t>
      </w:r>
      <w:r w:rsidR="00C60BA2">
        <w:rPr>
          <w:rFonts w:ascii="Times New Roman" w:hAnsi="Times New Roman" w:cs="Times New Roman"/>
        </w:rPr>
        <w:t xml:space="preserve"> </w:t>
      </w:r>
      <w:r w:rsidRPr="00C60BA2">
        <w:rPr>
          <w:rFonts w:ascii="Times New Roman" w:hAnsi="Times New Roman" w:cs="Times New Roman"/>
          <w:b/>
        </w:rPr>
        <w:t>musia byť uvedené v splnomocnení</w:t>
      </w:r>
      <w:r w:rsidRPr="00D454F6">
        <w:rPr>
          <w:rFonts w:ascii="Times New Roman" w:hAnsi="Times New Roman" w:cs="Times New Roman"/>
        </w:rPr>
        <w:t>, ktoré platí vždy v príslušnom školskom roku.</w:t>
      </w:r>
    </w:p>
    <w:p w14:paraId="35091556" w14:textId="77777777" w:rsidR="00C60BA2" w:rsidRDefault="00C60BA2" w:rsidP="003E7471">
      <w:pPr>
        <w:spacing w:after="0" w:line="240" w:lineRule="auto"/>
        <w:jc w:val="both"/>
        <w:rPr>
          <w:rFonts w:ascii="Times New Roman" w:hAnsi="Times New Roman" w:cs="Times New Roman"/>
          <w:b/>
        </w:rPr>
      </w:pPr>
    </w:p>
    <w:p w14:paraId="388448E1" w14:textId="77777777" w:rsidR="000A3713" w:rsidRPr="00C60BA2" w:rsidRDefault="00D454F6" w:rsidP="003E7471">
      <w:pPr>
        <w:spacing w:after="0" w:line="240" w:lineRule="auto"/>
        <w:jc w:val="both"/>
        <w:rPr>
          <w:rFonts w:ascii="Times New Roman" w:hAnsi="Times New Roman" w:cs="Times New Roman"/>
          <w:b/>
        </w:rPr>
      </w:pPr>
      <w:r w:rsidRPr="00D454F6">
        <w:rPr>
          <w:rFonts w:ascii="Times New Roman" w:hAnsi="Times New Roman" w:cs="Times New Roman"/>
          <w:b/>
        </w:rPr>
        <w:t>5.8.2 Ospravedlnenie neprítomnosti dieťaťa v materskej škole sa uznáva podľa § 144 ods.10</w:t>
      </w:r>
      <w:r w:rsidR="00C60BA2">
        <w:rPr>
          <w:rFonts w:ascii="Times New Roman" w:hAnsi="Times New Roman" w:cs="Times New Roman"/>
        </w:rPr>
        <w:t xml:space="preserve"> </w:t>
      </w:r>
      <w:r w:rsidRPr="00C60BA2">
        <w:rPr>
          <w:rFonts w:ascii="Times New Roman" w:hAnsi="Times New Roman" w:cs="Times New Roman"/>
          <w:b/>
        </w:rPr>
        <w:t>školského zákona najmä:</w:t>
      </w:r>
    </w:p>
    <w:p w14:paraId="45ECA1E6" w14:textId="7F67CEF0" w:rsidR="000A3713" w:rsidRPr="003E7471" w:rsidRDefault="00D454F6" w:rsidP="00FE5BF0">
      <w:pPr>
        <w:pStyle w:val="Odsekzoznamu"/>
        <w:numPr>
          <w:ilvl w:val="0"/>
          <w:numId w:val="19"/>
        </w:numPr>
        <w:spacing w:after="0" w:line="240" w:lineRule="auto"/>
        <w:jc w:val="both"/>
        <w:rPr>
          <w:rFonts w:ascii="Times New Roman" w:hAnsi="Times New Roman" w:cs="Times New Roman"/>
        </w:rPr>
      </w:pPr>
      <w:r w:rsidRPr="003E7471">
        <w:rPr>
          <w:rFonts w:ascii="Times New Roman" w:hAnsi="Times New Roman" w:cs="Times New Roman"/>
        </w:rPr>
        <w:t>choroba,</w:t>
      </w:r>
    </w:p>
    <w:p w14:paraId="220BDD4E" w14:textId="26E9CF9D" w:rsidR="000A3713" w:rsidRPr="003E7471" w:rsidRDefault="00D454F6" w:rsidP="00FE5BF0">
      <w:pPr>
        <w:pStyle w:val="Odsekzoznamu"/>
        <w:numPr>
          <w:ilvl w:val="0"/>
          <w:numId w:val="19"/>
        </w:numPr>
        <w:spacing w:after="0" w:line="240" w:lineRule="auto"/>
        <w:jc w:val="both"/>
        <w:rPr>
          <w:rFonts w:ascii="Times New Roman" w:hAnsi="Times New Roman" w:cs="Times New Roman"/>
        </w:rPr>
      </w:pPr>
      <w:r w:rsidRPr="003E7471">
        <w:rPr>
          <w:rFonts w:ascii="Times New Roman" w:hAnsi="Times New Roman" w:cs="Times New Roman"/>
        </w:rPr>
        <w:t>lekárom nariadený  zákaz dochádzania do MŠ.</w:t>
      </w:r>
    </w:p>
    <w:p w14:paraId="3C35D0A1" w14:textId="73D0DD95" w:rsidR="000A3713" w:rsidRPr="003E7471" w:rsidRDefault="00D454F6" w:rsidP="00FE5BF0">
      <w:pPr>
        <w:pStyle w:val="Odsekzoznamu"/>
        <w:numPr>
          <w:ilvl w:val="0"/>
          <w:numId w:val="19"/>
        </w:numPr>
        <w:spacing w:after="0" w:line="240" w:lineRule="auto"/>
        <w:jc w:val="both"/>
        <w:rPr>
          <w:rFonts w:ascii="Times New Roman" w:hAnsi="Times New Roman" w:cs="Times New Roman"/>
        </w:rPr>
      </w:pPr>
      <w:r w:rsidRPr="003E7471">
        <w:rPr>
          <w:rFonts w:ascii="Times New Roman" w:hAnsi="Times New Roman" w:cs="Times New Roman"/>
        </w:rPr>
        <w:t>rekonvalescencia alebo vyzdvihnutie dieťaťa z MŠ pri príznakoch ochorenia počas dňa,</w:t>
      </w:r>
    </w:p>
    <w:p w14:paraId="77917B6A" w14:textId="6D6DA799" w:rsidR="000A3713" w:rsidRPr="003E7471" w:rsidRDefault="00D454F6" w:rsidP="00FE5BF0">
      <w:pPr>
        <w:pStyle w:val="Odsekzoznamu"/>
        <w:numPr>
          <w:ilvl w:val="0"/>
          <w:numId w:val="19"/>
        </w:numPr>
        <w:spacing w:after="0" w:line="240" w:lineRule="auto"/>
        <w:jc w:val="both"/>
        <w:rPr>
          <w:rFonts w:ascii="Times New Roman" w:hAnsi="Times New Roman" w:cs="Times New Roman"/>
        </w:rPr>
      </w:pPr>
      <w:r w:rsidRPr="003E7471">
        <w:rPr>
          <w:rFonts w:ascii="Times New Roman" w:hAnsi="Times New Roman" w:cs="Times New Roman"/>
        </w:rPr>
        <w:t>mimoriadne udalosti v rodine,</w:t>
      </w:r>
    </w:p>
    <w:p w14:paraId="233883ED" w14:textId="6E2DB079" w:rsidR="000A3713" w:rsidRPr="003E7471" w:rsidRDefault="00D454F6" w:rsidP="00FE5BF0">
      <w:pPr>
        <w:pStyle w:val="Odsekzoznamu"/>
        <w:numPr>
          <w:ilvl w:val="0"/>
          <w:numId w:val="19"/>
        </w:numPr>
        <w:spacing w:after="0" w:line="240" w:lineRule="auto"/>
        <w:jc w:val="both"/>
        <w:rPr>
          <w:rFonts w:ascii="Times New Roman" w:hAnsi="Times New Roman" w:cs="Times New Roman"/>
        </w:rPr>
      </w:pPr>
      <w:r w:rsidRPr="003E7471">
        <w:rPr>
          <w:rFonts w:ascii="Times New Roman" w:hAnsi="Times New Roman" w:cs="Times New Roman"/>
        </w:rPr>
        <w:t>účasť detí na súťažiach.</w:t>
      </w:r>
    </w:p>
    <w:p w14:paraId="4A29DCA9" w14:textId="77777777" w:rsidR="00C60BA2" w:rsidRDefault="00C60BA2" w:rsidP="00CB7CC1">
      <w:pPr>
        <w:spacing w:after="0" w:line="240" w:lineRule="auto"/>
        <w:rPr>
          <w:rFonts w:ascii="Times New Roman" w:hAnsi="Times New Roman" w:cs="Times New Roman"/>
          <w:b/>
        </w:rPr>
      </w:pPr>
    </w:p>
    <w:p w14:paraId="430316C3" w14:textId="77777777" w:rsidR="000A3713" w:rsidRPr="00D454F6" w:rsidRDefault="00D454F6" w:rsidP="00CB7CC1">
      <w:pPr>
        <w:spacing w:after="0" w:line="240" w:lineRule="auto"/>
        <w:rPr>
          <w:rFonts w:ascii="Times New Roman" w:hAnsi="Times New Roman" w:cs="Times New Roman"/>
        </w:rPr>
      </w:pPr>
      <w:r w:rsidRPr="00D454F6">
        <w:rPr>
          <w:rFonts w:ascii="Times New Roman" w:hAnsi="Times New Roman" w:cs="Times New Roman"/>
          <w:b/>
        </w:rPr>
        <w:t>5.8.3 Ospravedlňovanie dieťaťa s povinným predprimárnym vzdelávaním</w:t>
      </w:r>
    </w:p>
    <w:p w14:paraId="05950298" w14:textId="342B3619" w:rsidR="000A3713" w:rsidRPr="005B6D31" w:rsidRDefault="00D454F6" w:rsidP="00FE5BF0">
      <w:pPr>
        <w:pStyle w:val="Odsekzoznamu"/>
        <w:numPr>
          <w:ilvl w:val="0"/>
          <w:numId w:val="19"/>
        </w:numPr>
        <w:spacing w:after="0" w:line="240" w:lineRule="auto"/>
        <w:jc w:val="both"/>
        <w:rPr>
          <w:rFonts w:ascii="Times New Roman" w:hAnsi="Times New Roman" w:cs="Times New Roman"/>
        </w:rPr>
      </w:pPr>
      <w:r w:rsidRPr="005B6D31">
        <w:rPr>
          <w:rFonts w:ascii="Times New Roman" w:hAnsi="Times New Roman" w:cs="Times New Roman"/>
        </w:rPr>
        <w:t>ak dieťa vymešká 1 deň (napr. vyšetrenie a iné), rodič oznámi učiteľke dôvod</w:t>
      </w:r>
      <w:r w:rsidR="005B6D31" w:rsidRPr="005B6D31">
        <w:rPr>
          <w:rFonts w:ascii="Times New Roman" w:hAnsi="Times New Roman" w:cs="Times New Roman"/>
        </w:rPr>
        <w:t xml:space="preserve"> </w:t>
      </w:r>
      <w:r w:rsidRPr="005B6D31">
        <w:rPr>
          <w:rFonts w:ascii="Times New Roman" w:hAnsi="Times New Roman" w:cs="Times New Roman"/>
        </w:rPr>
        <w:t>neprítomnosti telefonicky alebo v skupine,  či ústne, pokiaľ o tom vie vopred,</w:t>
      </w:r>
    </w:p>
    <w:p w14:paraId="4A207A02" w14:textId="63BB1549" w:rsidR="000A3713" w:rsidRPr="005B6D31" w:rsidRDefault="00D454F6" w:rsidP="00FE5BF0">
      <w:pPr>
        <w:pStyle w:val="Odsekzoznamu"/>
        <w:numPr>
          <w:ilvl w:val="0"/>
          <w:numId w:val="19"/>
        </w:numPr>
        <w:spacing w:after="0" w:line="240" w:lineRule="auto"/>
        <w:jc w:val="both"/>
        <w:rPr>
          <w:rFonts w:ascii="Times New Roman" w:hAnsi="Times New Roman" w:cs="Times New Roman"/>
        </w:rPr>
      </w:pPr>
      <w:r w:rsidRPr="005B6D31">
        <w:rPr>
          <w:rFonts w:ascii="Times New Roman" w:hAnsi="Times New Roman" w:cs="Times New Roman"/>
        </w:rPr>
        <w:t>od 2 dní - najviac na 7 vyučovacích dní  ospravedlní rodič dieťa písomne,  ak ide napr.</w:t>
      </w:r>
      <w:r w:rsidR="005B6D31" w:rsidRPr="005B6D31">
        <w:rPr>
          <w:rFonts w:ascii="Times New Roman" w:hAnsi="Times New Roman" w:cs="Times New Roman"/>
        </w:rPr>
        <w:t xml:space="preserve"> </w:t>
      </w:r>
      <w:r w:rsidRPr="005B6D31">
        <w:rPr>
          <w:rFonts w:ascii="Times New Roman" w:hAnsi="Times New Roman" w:cs="Times New Roman"/>
        </w:rPr>
        <w:t>o rôzne vyšetrenia, aj z dôvodu liečenia sa doma či iných rodinných udalostí. Rodič</w:t>
      </w:r>
      <w:r w:rsidR="005B6D31" w:rsidRPr="005B6D31">
        <w:rPr>
          <w:rFonts w:ascii="Times New Roman" w:hAnsi="Times New Roman" w:cs="Times New Roman"/>
        </w:rPr>
        <w:t xml:space="preserve"> </w:t>
      </w:r>
      <w:r w:rsidRPr="005B6D31">
        <w:rPr>
          <w:rFonts w:ascii="Times New Roman" w:hAnsi="Times New Roman" w:cs="Times New Roman"/>
        </w:rPr>
        <w:t>oznámi učiteľke dôvod neprítomnosti telefonicky, do skupiny a po nástupe do MŠ vypíše</w:t>
      </w:r>
      <w:r w:rsidR="005B6D31" w:rsidRPr="005B6D31">
        <w:rPr>
          <w:rFonts w:ascii="Times New Roman" w:hAnsi="Times New Roman" w:cs="Times New Roman"/>
        </w:rPr>
        <w:t xml:space="preserve"> </w:t>
      </w:r>
      <w:r w:rsidRPr="005B6D31">
        <w:rPr>
          <w:rFonts w:ascii="Times New Roman" w:hAnsi="Times New Roman" w:cs="Times New Roman"/>
        </w:rPr>
        <w:t>tlačivo na ospravedlnenie</w:t>
      </w:r>
      <w:r w:rsidR="005B6D31">
        <w:rPr>
          <w:rFonts w:ascii="Times New Roman" w:hAnsi="Times New Roman" w:cs="Times New Roman"/>
        </w:rPr>
        <w:t>,</w:t>
      </w:r>
    </w:p>
    <w:p w14:paraId="7CDBEB48" w14:textId="758CAC59" w:rsidR="000A3713" w:rsidRPr="005B6D31" w:rsidRDefault="00D454F6" w:rsidP="00FE5BF0">
      <w:pPr>
        <w:pStyle w:val="Odsekzoznamu"/>
        <w:numPr>
          <w:ilvl w:val="0"/>
          <w:numId w:val="19"/>
        </w:numPr>
        <w:spacing w:after="0" w:line="240" w:lineRule="auto"/>
        <w:jc w:val="both"/>
        <w:rPr>
          <w:rFonts w:ascii="Times New Roman" w:hAnsi="Times New Roman" w:cs="Times New Roman"/>
        </w:rPr>
      </w:pPr>
      <w:r w:rsidRPr="005B6D31">
        <w:rPr>
          <w:rFonts w:ascii="Times New Roman" w:hAnsi="Times New Roman" w:cs="Times New Roman"/>
        </w:rPr>
        <w:t>ak je neprítomnosť dieťaťa s povinným predprimárnym vzdelávaním dlhšia ako 7 po</w:t>
      </w:r>
      <w:r w:rsidR="005B6D31" w:rsidRPr="005B6D31">
        <w:rPr>
          <w:rFonts w:ascii="Times New Roman" w:hAnsi="Times New Roman" w:cs="Times New Roman"/>
        </w:rPr>
        <w:t xml:space="preserve"> </w:t>
      </w:r>
      <w:r w:rsidRPr="005B6D31">
        <w:rPr>
          <w:rFonts w:ascii="Times New Roman" w:hAnsi="Times New Roman" w:cs="Times New Roman"/>
        </w:rPr>
        <w:t>sebe idúcich vyučovacích dní z dôvodu ochorenia, predloží triednej učiteľke doklad od</w:t>
      </w:r>
      <w:r w:rsidR="005B6D31" w:rsidRPr="005B6D31">
        <w:rPr>
          <w:rFonts w:ascii="Times New Roman" w:hAnsi="Times New Roman" w:cs="Times New Roman"/>
        </w:rPr>
        <w:t xml:space="preserve"> </w:t>
      </w:r>
      <w:r w:rsidRPr="005B6D31">
        <w:rPr>
          <w:rFonts w:ascii="Times New Roman" w:hAnsi="Times New Roman" w:cs="Times New Roman"/>
        </w:rPr>
        <w:t>lekára, ktorý má vedomosť o prebiehajúcom ochorení,</w:t>
      </w:r>
    </w:p>
    <w:p w14:paraId="3361718E" w14:textId="51155B89" w:rsidR="000A3713" w:rsidRPr="005B6D31" w:rsidRDefault="00D454F6" w:rsidP="00FE5BF0">
      <w:pPr>
        <w:pStyle w:val="Odsekzoznamu"/>
        <w:numPr>
          <w:ilvl w:val="0"/>
          <w:numId w:val="19"/>
        </w:numPr>
        <w:spacing w:after="0" w:line="240" w:lineRule="auto"/>
        <w:jc w:val="both"/>
        <w:rPr>
          <w:rFonts w:ascii="Times New Roman" w:hAnsi="Times New Roman" w:cs="Times New Roman"/>
        </w:rPr>
      </w:pPr>
      <w:r w:rsidRPr="005B6D31">
        <w:rPr>
          <w:rFonts w:ascii="Times New Roman" w:hAnsi="Times New Roman" w:cs="Times New Roman"/>
        </w:rPr>
        <w:t>ak nastane prípad, že z iných dôvodov by dieťa  vymeškalo viac ako 7 dní a nie</w:t>
      </w:r>
      <w:r w:rsidR="005B6D31" w:rsidRPr="005B6D31">
        <w:rPr>
          <w:rFonts w:ascii="Times New Roman" w:hAnsi="Times New Roman" w:cs="Times New Roman"/>
        </w:rPr>
        <w:t xml:space="preserve"> </w:t>
      </w:r>
      <w:r w:rsidRPr="005B6D31">
        <w:rPr>
          <w:rFonts w:ascii="Times New Roman" w:hAnsi="Times New Roman" w:cs="Times New Roman"/>
        </w:rPr>
        <w:t>z chorobnosti, oznámi túto skutočnosť písomne riaditeľke a riaditeľka  vydá súhlas</w:t>
      </w:r>
      <w:r w:rsidR="005B6D31">
        <w:rPr>
          <w:rFonts w:ascii="Times New Roman" w:hAnsi="Times New Roman" w:cs="Times New Roman"/>
        </w:rPr>
        <w:t>,</w:t>
      </w:r>
    </w:p>
    <w:p w14:paraId="3C4E1ADF" w14:textId="060AED19" w:rsidR="000A3713" w:rsidRPr="005B6D31" w:rsidRDefault="005B6D31" w:rsidP="00FE5BF0">
      <w:pPr>
        <w:pStyle w:val="Odsekzoznamu"/>
        <w:numPr>
          <w:ilvl w:val="0"/>
          <w:numId w:val="19"/>
        </w:numPr>
        <w:spacing w:after="0" w:line="240" w:lineRule="auto"/>
        <w:jc w:val="both"/>
        <w:rPr>
          <w:rFonts w:ascii="Times New Roman" w:hAnsi="Times New Roman" w:cs="Times New Roman"/>
        </w:rPr>
      </w:pPr>
      <w:r>
        <w:rPr>
          <w:rFonts w:ascii="Times New Roman" w:hAnsi="Times New Roman" w:cs="Times New Roman"/>
        </w:rPr>
        <w:t>p</w:t>
      </w:r>
      <w:r w:rsidR="00D454F6" w:rsidRPr="005B6D31">
        <w:rPr>
          <w:rFonts w:ascii="Times New Roman" w:hAnsi="Times New Roman" w:cs="Times New Roman"/>
        </w:rPr>
        <w:t xml:space="preserve">o príchode do MŠ po viac ako 5 dňoch sa vypisuje aj </w:t>
      </w:r>
      <w:proofErr w:type="spellStart"/>
      <w:r w:rsidR="00D454F6" w:rsidRPr="005B6D31">
        <w:rPr>
          <w:rFonts w:ascii="Times New Roman" w:hAnsi="Times New Roman" w:cs="Times New Roman"/>
        </w:rPr>
        <w:t>bezinfekčnosť</w:t>
      </w:r>
      <w:proofErr w:type="spellEnd"/>
      <w:r w:rsidR="00D454F6" w:rsidRPr="005B6D31">
        <w:rPr>
          <w:rFonts w:ascii="Times New Roman" w:hAnsi="Times New Roman" w:cs="Times New Roman"/>
        </w:rPr>
        <w:t>.</w:t>
      </w:r>
    </w:p>
    <w:p w14:paraId="1B699F07" w14:textId="77777777" w:rsidR="00C60BA2" w:rsidRDefault="00C60BA2" w:rsidP="005B6D31">
      <w:pPr>
        <w:spacing w:after="0" w:line="240" w:lineRule="auto"/>
        <w:jc w:val="both"/>
        <w:rPr>
          <w:rFonts w:ascii="Times New Roman" w:hAnsi="Times New Roman" w:cs="Times New Roman"/>
        </w:rPr>
      </w:pPr>
    </w:p>
    <w:p w14:paraId="3E0683FE" w14:textId="77777777" w:rsidR="000A3713" w:rsidRPr="00D454F6" w:rsidRDefault="00D454F6" w:rsidP="005B6D31">
      <w:pPr>
        <w:spacing w:after="0" w:line="240" w:lineRule="auto"/>
        <w:jc w:val="both"/>
        <w:rPr>
          <w:rFonts w:ascii="Times New Roman" w:hAnsi="Times New Roman" w:cs="Times New Roman"/>
        </w:rPr>
      </w:pPr>
      <w:r w:rsidRPr="00D454F6">
        <w:rPr>
          <w:rFonts w:ascii="Times New Roman" w:hAnsi="Times New Roman" w:cs="Times New Roman"/>
          <w:b/>
        </w:rPr>
        <w:t>5.8.4 Ospravedlňovanie dieťaťa s nepovinným predprimárnym vzdelávaním</w:t>
      </w:r>
    </w:p>
    <w:p w14:paraId="06A8C556" w14:textId="04164F55" w:rsidR="000A3713" w:rsidRPr="005B6D31" w:rsidRDefault="00D454F6" w:rsidP="00FE5BF0">
      <w:pPr>
        <w:pStyle w:val="Odsekzoznamu"/>
        <w:numPr>
          <w:ilvl w:val="0"/>
          <w:numId w:val="19"/>
        </w:numPr>
        <w:spacing w:after="0" w:line="240" w:lineRule="auto"/>
        <w:rPr>
          <w:rFonts w:ascii="Times New Roman" w:hAnsi="Times New Roman" w:cs="Times New Roman"/>
        </w:rPr>
      </w:pPr>
      <w:r w:rsidRPr="005B6D31">
        <w:rPr>
          <w:rFonts w:ascii="Times New Roman" w:hAnsi="Times New Roman" w:cs="Times New Roman"/>
        </w:rPr>
        <w:t>dieťa s nepovinným predprimárnym vzdelávaním potvrdenie od lekára na viac ako 7 dní</w:t>
      </w:r>
      <w:r w:rsidR="005B6D31" w:rsidRPr="005B6D31">
        <w:rPr>
          <w:rFonts w:ascii="Times New Roman" w:hAnsi="Times New Roman" w:cs="Times New Roman"/>
        </w:rPr>
        <w:t xml:space="preserve"> </w:t>
      </w:r>
      <w:r w:rsidRPr="005B6D31">
        <w:rPr>
          <w:rFonts w:ascii="Times New Roman" w:hAnsi="Times New Roman" w:cs="Times New Roman"/>
        </w:rPr>
        <w:t>k ospravedlneniu nepotrebujú, ale lekár ho môže vystaviť z dôvodu zdravia dieťaťa, aby</w:t>
      </w:r>
      <w:r w:rsidR="005B6D31" w:rsidRPr="005B6D31">
        <w:rPr>
          <w:rFonts w:ascii="Times New Roman" w:hAnsi="Times New Roman" w:cs="Times New Roman"/>
        </w:rPr>
        <w:t xml:space="preserve"> </w:t>
      </w:r>
      <w:r w:rsidRPr="005B6D31">
        <w:rPr>
          <w:rFonts w:ascii="Times New Roman" w:hAnsi="Times New Roman" w:cs="Times New Roman"/>
        </w:rPr>
        <w:t>sa nešírilo ochorenie ďalej na iné deti</w:t>
      </w:r>
      <w:r w:rsidR="005B6D31">
        <w:rPr>
          <w:rFonts w:ascii="Times New Roman" w:hAnsi="Times New Roman" w:cs="Times New Roman"/>
        </w:rPr>
        <w:t>,</w:t>
      </w:r>
    </w:p>
    <w:p w14:paraId="13A73894" w14:textId="611EC46E" w:rsidR="000A3713" w:rsidRPr="005B6D31" w:rsidRDefault="00D454F6" w:rsidP="00FE5BF0">
      <w:pPr>
        <w:pStyle w:val="Odsekzoznamu"/>
        <w:numPr>
          <w:ilvl w:val="0"/>
          <w:numId w:val="19"/>
        </w:numPr>
        <w:spacing w:after="0" w:line="240" w:lineRule="auto"/>
        <w:rPr>
          <w:rFonts w:ascii="Times New Roman" w:hAnsi="Times New Roman" w:cs="Times New Roman"/>
        </w:rPr>
      </w:pPr>
      <w:r w:rsidRPr="005B6D31">
        <w:rPr>
          <w:rFonts w:ascii="Times New Roman" w:hAnsi="Times New Roman" w:cs="Times New Roman"/>
        </w:rPr>
        <w:t xml:space="preserve">po príchode do MŠ po viac ako 5 dňoch sa vypisuje aj </w:t>
      </w:r>
      <w:proofErr w:type="spellStart"/>
      <w:r w:rsidRPr="005B6D31">
        <w:rPr>
          <w:rFonts w:ascii="Times New Roman" w:hAnsi="Times New Roman" w:cs="Times New Roman"/>
        </w:rPr>
        <w:t>bezinfekčnosť</w:t>
      </w:r>
      <w:proofErr w:type="spellEnd"/>
      <w:r w:rsidR="005B6D31">
        <w:rPr>
          <w:rFonts w:ascii="Times New Roman" w:hAnsi="Times New Roman" w:cs="Times New Roman"/>
        </w:rPr>
        <w:t>,</w:t>
      </w:r>
    </w:p>
    <w:p w14:paraId="1132526C" w14:textId="2AB2C77B" w:rsidR="00C60BA2" w:rsidRPr="005B6D31" w:rsidRDefault="00D454F6" w:rsidP="00FE5BF0">
      <w:pPr>
        <w:pStyle w:val="Odsekzoznamu"/>
        <w:numPr>
          <w:ilvl w:val="0"/>
          <w:numId w:val="19"/>
        </w:numPr>
        <w:spacing w:after="0" w:line="240" w:lineRule="auto"/>
        <w:rPr>
          <w:rFonts w:ascii="Times New Roman" w:hAnsi="Times New Roman" w:cs="Times New Roman"/>
        </w:rPr>
      </w:pPr>
      <w:r w:rsidRPr="005B6D31">
        <w:rPr>
          <w:rFonts w:ascii="Times New Roman" w:hAnsi="Times New Roman" w:cs="Times New Roman"/>
        </w:rPr>
        <w:t>o prerušenie dochádzky môže požiadať aj z rodinných dôvodov (najviac na 3 mesiace)</w:t>
      </w:r>
      <w:r w:rsidR="00C60BA2" w:rsidRPr="005B6D31">
        <w:rPr>
          <w:rFonts w:ascii="Times New Roman" w:hAnsi="Times New Roman" w:cs="Times New Roman"/>
        </w:rPr>
        <w:t>.</w:t>
      </w:r>
      <w:r w:rsidRPr="005B6D31">
        <w:rPr>
          <w:rFonts w:ascii="Times New Roman" w:hAnsi="Times New Roman" w:cs="Times New Roman"/>
        </w:rPr>
        <w:t xml:space="preserve"> </w:t>
      </w:r>
    </w:p>
    <w:p w14:paraId="5290A5BE" w14:textId="77777777" w:rsidR="000A3713" w:rsidRPr="00D454F6" w:rsidRDefault="00D454F6" w:rsidP="005B6D31">
      <w:pPr>
        <w:spacing w:after="0" w:line="240" w:lineRule="auto"/>
        <w:rPr>
          <w:rFonts w:ascii="Times New Roman" w:hAnsi="Times New Roman" w:cs="Times New Roman"/>
        </w:rPr>
      </w:pPr>
      <w:r w:rsidRPr="00D454F6">
        <w:rPr>
          <w:rFonts w:ascii="Times New Roman" w:hAnsi="Times New Roman" w:cs="Times New Roman"/>
        </w:rPr>
        <w:t xml:space="preserve">Po návrate sa predkladá potvrdenie o </w:t>
      </w:r>
      <w:proofErr w:type="spellStart"/>
      <w:r w:rsidRPr="00D454F6">
        <w:rPr>
          <w:rFonts w:ascii="Times New Roman" w:hAnsi="Times New Roman" w:cs="Times New Roman"/>
        </w:rPr>
        <w:t>bezinfekčnosti</w:t>
      </w:r>
      <w:proofErr w:type="spellEnd"/>
      <w:r w:rsidRPr="00D454F6">
        <w:rPr>
          <w:rFonts w:ascii="Times New Roman" w:hAnsi="Times New Roman" w:cs="Times New Roman"/>
        </w:rPr>
        <w:t xml:space="preserve"> prostredia.</w:t>
      </w:r>
    </w:p>
    <w:p w14:paraId="12333FD2" w14:textId="77777777" w:rsidR="00C60BA2" w:rsidRDefault="00C60BA2" w:rsidP="005B6D31">
      <w:pPr>
        <w:spacing w:after="0" w:line="240" w:lineRule="auto"/>
        <w:rPr>
          <w:rFonts w:ascii="Times New Roman" w:hAnsi="Times New Roman" w:cs="Times New Roman"/>
          <w:b/>
        </w:rPr>
      </w:pPr>
    </w:p>
    <w:p w14:paraId="58AF3332" w14:textId="36D53ED3" w:rsidR="00C60BA2" w:rsidRDefault="00D454F6" w:rsidP="005B6D31">
      <w:pPr>
        <w:spacing w:after="0" w:line="240" w:lineRule="auto"/>
        <w:jc w:val="both"/>
        <w:rPr>
          <w:rFonts w:ascii="Times New Roman" w:hAnsi="Times New Roman" w:cs="Times New Roman"/>
        </w:rPr>
      </w:pPr>
      <w:r w:rsidRPr="00D454F6">
        <w:rPr>
          <w:rFonts w:ascii="Times New Roman" w:hAnsi="Times New Roman" w:cs="Times New Roman"/>
          <w:b/>
        </w:rPr>
        <w:t>5.8.5 Vo výnimočných a osobitných prípadoch škola môže vyžadovať lekárke potvrdenie</w:t>
      </w:r>
      <w:r w:rsidR="005B6D31">
        <w:rPr>
          <w:rFonts w:ascii="Times New Roman" w:hAnsi="Times New Roman" w:cs="Times New Roman"/>
          <w:b/>
        </w:rPr>
        <w:t xml:space="preserve"> </w:t>
      </w:r>
      <w:r w:rsidRPr="00D454F6">
        <w:rPr>
          <w:rFonts w:ascii="Times New Roman" w:hAnsi="Times New Roman" w:cs="Times New Roman"/>
        </w:rPr>
        <w:t>o chorobe dieťaťa alebo iný doklad potvrdzujúci odôvodnenie jeho neprítomnosti, prípadne</w:t>
      </w:r>
      <w:r w:rsidR="005B6D31">
        <w:rPr>
          <w:rFonts w:ascii="Times New Roman" w:hAnsi="Times New Roman" w:cs="Times New Roman"/>
        </w:rPr>
        <w:t xml:space="preserve"> o p</w:t>
      </w:r>
      <w:r w:rsidRPr="00D454F6">
        <w:rPr>
          <w:rFonts w:ascii="Times New Roman" w:hAnsi="Times New Roman" w:cs="Times New Roman"/>
        </w:rPr>
        <w:t>otvrdenie jeho účasti v kolektíve.</w:t>
      </w:r>
    </w:p>
    <w:p w14:paraId="544BF7A7" w14:textId="77777777" w:rsidR="00C60BA2" w:rsidRDefault="00C60BA2" w:rsidP="005B6D31">
      <w:pPr>
        <w:spacing w:after="0" w:line="240" w:lineRule="auto"/>
        <w:jc w:val="both"/>
        <w:rPr>
          <w:rFonts w:ascii="Times New Roman" w:hAnsi="Times New Roman" w:cs="Times New Roman"/>
        </w:rPr>
      </w:pPr>
    </w:p>
    <w:p w14:paraId="0168B07E" w14:textId="77777777" w:rsidR="00C60BA2" w:rsidRDefault="00C60BA2" w:rsidP="00CB7CC1">
      <w:pPr>
        <w:spacing w:after="0" w:line="240" w:lineRule="auto"/>
        <w:rPr>
          <w:rFonts w:ascii="Times New Roman" w:hAnsi="Times New Roman" w:cs="Times New Roman"/>
        </w:rPr>
      </w:pPr>
    </w:p>
    <w:p w14:paraId="284777B0" w14:textId="77777777" w:rsidR="00C60BA2" w:rsidRPr="00D454F6" w:rsidRDefault="00C60BA2" w:rsidP="00CB7CC1">
      <w:pPr>
        <w:spacing w:after="0" w:line="240" w:lineRule="auto"/>
        <w:rPr>
          <w:rFonts w:ascii="Times New Roman" w:hAnsi="Times New Roman" w:cs="Times New Roman"/>
        </w:rPr>
      </w:pPr>
    </w:p>
    <w:p w14:paraId="65077597" w14:textId="77777777" w:rsidR="005B6D31" w:rsidRDefault="005B6D31" w:rsidP="00C60BA2">
      <w:pPr>
        <w:spacing w:after="0" w:line="240" w:lineRule="auto"/>
        <w:jc w:val="center"/>
        <w:rPr>
          <w:rFonts w:ascii="Times New Roman" w:hAnsi="Times New Roman" w:cs="Times New Roman"/>
          <w:b/>
        </w:rPr>
      </w:pPr>
    </w:p>
    <w:p w14:paraId="5D98C859" w14:textId="77777777" w:rsidR="005B6D31" w:rsidRDefault="005B6D31" w:rsidP="00C60BA2">
      <w:pPr>
        <w:spacing w:after="0" w:line="240" w:lineRule="auto"/>
        <w:jc w:val="center"/>
        <w:rPr>
          <w:rFonts w:ascii="Times New Roman" w:hAnsi="Times New Roman" w:cs="Times New Roman"/>
          <w:b/>
        </w:rPr>
      </w:pPr>
    </w:p>
    <w:p w14:paraId="58DAD011" w14:textId="77777777" w:rsidR="005B6D31" w:rsidRDefault="005B6D31" w:rsidP="00C60BA2">
      <w:pPr>
        <w:spacing w:after="0" w:line="240" w:lineRule="auto"/>
        <w:jc w:val="center"/>
        <w:rPr>
          <w:rFonts w:ascii="Times New Roman" w:hAnsi="Times New Roman" w:cs="Times New Roman"/>
          <w:b/>
        </w:rPr>
      </w:pPr>
    </w:p>
    <w:p w14:paraId="3A547009" w14:textId="77777777" w:rsidR="005B6D31" w:rsidRDefault="005B6D31" w:rsidP="00C60BA2">
      <w:pPr>
        <w:spacing w:after="0" w:line="240" w:lineRule="auto"/>
        <w:jc w:val="center"/>
        <w:rPr>
          <w:rFonts w:ascii="Times New Roman" w:hAnsi="Times New Roman" w:cs="Times New Roman"/>
          <w:b/>
        </w:rPr>
      </w:pPr>
    </w:p>
    <w:p w14:paraId="3EA1F104" w14:textId="77777777" w:rsidR="005B6D31" w:rsidRDefault="005B6D31" w:rsidP="00C60BA2">
      <w:pPr>
        <w:spacing w:after="0" w:line="240" w:lineRule="auto"/>
        <w:jc w:val="center"/>
        <w:rPr>
          <w:rFonts w:ascii="Times New Roman" w:hAnsi="Times New Roman" w:cs="Times New Roman"/>
          <w:b/>
        </w:rPr>
      </w:pPr>
    </w:p>
    <w:p w14:paraId="781D5A8E" w14:textId="77777777" w:rsidR="005B6D31" w:rsidRDefault="005B6D31" w:rsidP="00C60BA2">
      <w:pPr>
        <w:spacing w:after="0" w:line="240" w:lineRule="auto"/>
        <w:jc w:val="center"/>
        <w:rPr>
          <w:rFonts w:ascii="Times New Roman" w:hAnsi="Times New Roman" w:cs="Times New Roman"/>
          <w:b/>
        </w:rPr>
      </w:pPr>
    </w:p>
    <w:p w14:paraId="58C77154" w14:textId="65A7F98C" w:rsidR="000A3713" w:rsidRPr="00D454F6" w:rsidRDefault="00D454F6" w:rsidP="00C60BA2">
      <w:pPr>
        <w:spacing w:after="0" w:line="240" w:lineRule="auto"/>
        <w:jc w:val="center"/>
        <w:rPr>
          <w:rFonts w:ascii="Times New Roman" w:hAnsi="Times New Roman" w:cs="Times New Roman"/>
        </w:rPr>
      </w:pPr>
      <w:r w:rsidRPr="00D454F6">
        <w:rPr>
          <w:rFonts w:ascii="Times New Roman" w:hAnsi="Times New Roman" w:cs="Times New Roman"/>
          <w:b/>
        </w:rPr>
        <w:lastRenderedPageBreak/>
        <w:t>Článok 6</w:t>
      </w:r>
    </w:p>
    <w:p w14:paraId="7653996A" w14:textId="77777777" w:rsidR="000A3713" w:rsidRDefault="00D454F6" w:rsidP="00C60BA2">
      <w:pPr>
        <w:spacing w:after="0" w:line="240" w:lineRule="auto"/>
        <w:jc w:val="center"/>
        <w:rPr>
          <w:rFonts w:ascii="Times New Roman" w:hAnsi="Times New Roman" w:cs="Times New Roman"/>
          <w:b/>
        </w:rPr>
      </w:pPr>
      <w:r w:rsidRPr="00C60BA2">
        <w:rPr>
          <w:rFonts w:ascii="Times New Roman" w:hAnsi="Times New Roman" w:cs="Times New Roman"/>
          <w:b/>
        </w:rPr>
        <w:t>Príspevky rodičov</w:t>
      </w:r>
    </w:p>
    <w:p w14:paraId="00315D44" w14:textId="77777777" w:rsidR="00C60BA2" w:rsidRPr="005B6D31" w:rsidRDefault="00C60BA2" w:rsidP="00C60BA2">
      <w:pPr>
        <w:spacing w:after="0" w:line="240" w:lineRule="auto"/>
        <w:jc w:val="center"/>
        <w:rPr>
          <w:rFonts w:ascii="Times New Roman" w:hAnsi="Times New Roman" w:cs="Times New Roman"/>
          <w:b/>
          <w:sz w:val="14"/>
          <w:szCs w:val="14"/>
        </w:rPr>
      </w:pPr>
    </w:p>
    <w:p w14:paraId="00D3A098" w14:textId="77777777" w:rsidR="000A3713" w:rsidRPr="00D454F6" w:rsidRDefault="00D454F6" w:rsidP="00CB7CC1">
      <w:pPr>
        <w:spacing w:after="0" w:line="240" w:lineRule="auto"/>
        <w:rPr>
          <w:rFonts w:ascii="Times New Roman" w:hAnsi="Times New Roman" w:cs="Times New Roman"/>
        </w:rPr>
      </w:pPr>
      <w:r w:rsidRPr="00D454F6">
        <w:rPr>
          <w:rFonts w:ascii="Times New Roman" w:hAnsi="Times New Roman" w:cs="Times New Roman"/>
          <w:b/>
        </w:rPr>
        <w:t>6.1 Príspevok za pobyt dieťaťa v materskej škole</w:t>
      </w:r>
    </w:p>
    <w:p w14:paraId="7698541F" w14:textId="1927EC9B" w:rsidR="000A3713" w:rsidRPr="00D454F6" w:rsidRDefault="00D454F6" w:rsidP="005B6D31">
      <w:pPr>
        <w:spacing w:after="0" w:line="240" w:lineRule="auto"/>
        <w:jc w:val="both"/>
        <w:rPr>
          <w:rFonts w:ascii="Times New Roman" w:hAnsi="Times New Roman" w:cs="Times New Roman"/>
        </w:rPr>
      </w:pPr>
      <w:r w:rsidRPr="00D454F6">
        <w:rPr>
          <w:rFonts w:ascii="Times New Roman" w:hAnsi="Times New Roman" w:cs="Times New Roman"/>
        </w:rPr>
        <w:t>Za pobyt dieťaťa v materskej škole prispieva zákonný zástupca na čiastočnú úhradu mesačne na</w:t>
      </w:r>
      <w:r w:rsidR="005B6D31">
        <w:rPr>
          <w:rFonts w:ascii="Times New Roman" w:hAnsi="Times New Roman" w:cs="Times New Roman"/>
        </w:rPr>
        <w:t xml:space="preserve"> </w:t>
      </w:r>
      <w:r w:rsidRPr="00D454F6">
        <w:rPr>
          <w:rFonts w:ascii="Times New Roman" w:hAnsi="Times New Roman" w:cs="Times New Roman"/>
        </w:rPr>
        <w:t>jedno dieťa do 5 rokov 15,00 € (pätnásť euro) bezhotovostne na účet obce. Výšku mesačného</w:t>
      </w:r>
      <w:r w:rsidR="005B6D31">
        <w:rPr>
          <w:rFonts w:ascii="Times New Roman" w:hAnsi="Times New Roman" w:cs="Times New Roman"/>
        </w:rPr>
        <w:t xml:space="preserve"> </w:t>
      </w:r>
      <w:r w:rsidRPr="00D454F6">
        <w:rPr>
          <w:rFonts w:ascii="Times New Roman" w:hAnsi="Times New Roman" w:cs="Times New Roman"/>
        </w:rPr>
        <w:t>príspevku za pobyt dieťaťa v materskej škole určil zriaďovateľ VZN č.</w:t>
      </w:r>
      <w:r w:rsidR="00C60BA2">
        <w:rPr>
          <w:rFonts w:ascii="Times New Roman" w:hAnsi="Times New Roman" w:cs="Times New Roman"/>
        </w:rPr>
        <w:t>1</w:t>
      </w:r>
      <w:r w:rsidRPr="00D454F6">
        <w:rPr>
          <w:rFonts w:ascii="Times New Roman" w:hAnsi="Times New Roman" w:cs="Times New Roman"/>
        </w:rPr>
        <w:t xml:space="preserve"> /202</w:t>
      </w:r>
      <w:r w:rsidR="00C60BA2">
        <w:rPr>
          <w:rFonts w:ascii="Times New Roman" w:hAnsi="Times New Roman" w:cs="Times New Roman"/>
        </w:rPr>
        <w:t>6</w:t>
      </w:r>
      <w:r w:rsidRPr="00D454F6">
        <w:rPr>
          <w:rFonts w:ascii="Times New Roman" w:hAnsi="Times New Roman" w:cs="Times New Roman"/>
        </w:rPr>
        <w:t xml:space="preserve"> Obce Kovarce.</w:t>
      </w:r>
      <w:r w:rsidR="005B6D31">
        <w:rPr>
          <w:rFonts w:ascii="Times New Roman" w:hAnsi="Times New Roman" w:cs="Times New Roman"/>
        </w:rPr>
        <w:t xml:space="preserve"> </w:t>
      </w:r>
    </w:p>
    <w:p w14:paraId="4CE02292" w14:textId="77777777" w:rsidR="000A3713" w:rsidRPr="00D454F6" w:rsidRDefault="00D454F6" w:rsidP="005B6D31">
      <w:pPr>
        <w:spacing w:after="0" w:line="240" w:lineRule="auto"/>
        <w:jc w:val="both"/>
        <w:rPr>
          <w:rFonts w:ascii="Times New Roman" w:hAnsi="Times New Roman" w:cs="Times New Roman"/>
        </w:rPr>
      </w:pPr>
      <w:r w:rsidRPr="00D454F6">
        <w:rPr>
          <w:rFonts w:ascii="Times New Roman" w:hAnsi="Times New Roman" w:cs="Times New Roman"/>
        </w:rPr>
        <w:t>Príspevok sa neuhrádza za dieťa:</w:t>
      </w:r>
    </w:p>
    <w:p w14:paraId="4D9B17E0" w14:textId="014F97DB" w:rsidR="000A3713" w:rsidRPr="005B6D31" w:rsidRDefault="00D454F6" w:rsidP="00FE5BF0">
      <w:pPr>
        <w:pStyle w:val="Odsekzoznamu"/>
        <w:numPr>
          <w:ilvl w:val="0"/>
          <w:numId w:val="19"/>
        </w:numPr>
        <w:spacing w:after="0" w:line="240" w:lineRule="auto"/>
        <w:jc w:val="both"/>
        <w:rPr>
          <w:rFonts w:ascii="Times New Roman" w:hAnsi="Times New Roman" w:cs="Times New Roman"/>
        </w:rPr>
      </w:pPr>
      <w:r w:rsidRPr="005B6D31">
        <w:rPr>
          <w:rFonts w:ascii="Times New Roman" w:hAnsi="Times New Roman" w:cs="Times New Roman"/>
        </w:rPr>
        <w:t>ktoré navštevuje povinné predprimárne vzdelávanie,</w:t>
      </w:r>
    </w:p>
    <w:p w14:paraId="76E19A28" w14:textId="2A94D0B5" w:rsidR="000A3713" w:rsidRPr="005B6D31" w:rsidRDefault="00D454F6" w:rsidP="00FE5BF0">
      <w:pPr>
        <w:pStyle w:val="Odsekzoznamu"/>
        <w:numPr>
          <w:ilvl w:val="0"/>
          <w:numId w:val="19"/>
        </w:numPr>
        <w:spacing w:after="0" w:line="240" w:lineRule="auto"/>
        <w:jc w:val="both"/>
        <w:rPr>
          <w:rFonts w:ascii="Times New Roman" w:hAnsi="Times New Roman" w:cs="Times New Roman"/>
        </w:rPr>
      </w:pPr>
      <w:r w:rsidRPr="005B6D31">
        <w:rPr>
          <w:rFonts w:ascii="Times New Roman" w:hAnsi="Times New Roman" w:cs="Times New Roman"/>
        </w:rPr>
        <w:t>ktoré pokračuje v povinnom predprimárnom vzdelávaní, lebo nedosiahlo ešte školskú</w:t>
      </w:r>
      <w:r w:rsidR="005B6D31" w:rsidRPr="005B6D31">
        <w:rPr>
          <w:rFonts w:ascii="Times New Roman" w:hAnsi="Times New Roman" w:cs="Times New Roman"/>
        </w:rPr>
        <w:t xml:space="preserve"> </w:t>
      </w:r>
      <w:r w:rsidRPr="005B6D31">
        <w:rPr>
          <w:rFonts w:ascii="Times New Roman" w:hAnsi="Times New Roman" w:cs="Times New Roman"/>
        </w:rPr>
        <w:t>zrelosť,</w:t>
      </w:r>
    </w:p>
    <w:p w14:paraId="0F188827" w14:textId="4BAA1AB7" w:rsidR="000A3713" w:rsidRPr="005B6D31" w:rsidRDefault="00C60BA2" w:rsidP="00FE5BF0">
      <w:pPr>
        <w:pStyle w:val="Odsekzoznamu"/>
        <w:numPr>
          <w:ilvl w:val="0"/>
          <w:numId w:val="19"/>
        </w:numPr>
        <w:spacing w:after="0" w:line="240" w:lineRule="auto"/>
        <w:jc w:val="both"/>
        <w:rPr>
          <w:rFonts w:ascii="Times New Roman" w:hAnsi="Times New Roman" w:cs="Times New Roman"/>
        </w:rPr>
      </w:pPr>
      <w:r w:rsidRPr="005B6D31">
        <w:rPr>
          <w:rFonts w:ascii="Times New Roman" w:hAnsi="Times New Roman" w:cs="Times New Roman"/>
        </w:rPr>
        <w:t xml:space="preserve">rodič </w:t>
      </w:r>
      <w:r w:rsidR="00D454F6" w:rsidRPr="005B6D31">
        <w:rPr>
          <w:rFonts w:ascii="Times New Roman" w:hAnsi="Times New Roman" w:cs="Times New Roman"/>
        </w:rPr>
        <w:t>predloží riaditeľke materskej školy doklad o tom, že je poberateľom dávky hmotnej</w:t>
      </w:r>
      <w:r w:rsidR="005B6D31" w:rsidRPr="005B6D31">
        <w:rPr>
          <w:rFonts w:ascii="Times New Roman" w:hAnsi="Times New Roman" w:cs="Times New Roman"/>
        </w:rPr>
        <w:t xml:space="preserve"> </w:t>
      </w:r>
      <w:r w:rsidR="00D454F6" w:rsidRPr="005B6D31">
        <w:rPr>
          <w:rFonts w:ascii="Times New Roman" w:hAnsi="Times New Roman" w:cs="Times New Roman"/>
        </w:rPr>
        <w:t>núdzi a príspevku k dávke v hmotnej núdzi,</w:t>
      </w:r>
    </w:p>
    <w:p w14:paraId="3B2BF990" w14:textId="77777777" w:rsidR="00C60BA2" w:rsidRDefault="00C60BA2" w:rsidP="005B6D31">
      <w:pPr>
        <w:spacing w:after="0" w:line="240" w:lineRule="auto"/>
        <w:jc w:val="both"/>
        <w:rPr>
          <w:rFonts w:ascii="Times New Roman" w:hAnsi="Times New Roman" w:cs="Times New Roman"/>
        </w:rPr>
      </w:pPr>
    </w:p>
    <w:p w14:paraId="2111E866" w14:textId="77777777" w:rsidR="000A3713" w:rsidRPr="00851F21" w:rsidRDefault="00D454F6" w:rsidP="005B6D31">
      <w:pPr>
        <w:spacing w:after="0" w:line="240" w:lineRule="auto"/>
        <w:jc w:val="both"/>
        <w:rPr>
          <w:rFonts w:ascii="Times New Roman" w:hAnsi="Times New Roman" w:cs="Times New Roman"/>
          <w:b/>
        </w:rPr>
      </w:pPr>
      <w:r w:rsidRPr="00851F21">
        <w:rPr>
          <w:rFonts w:ascii="Times New Roman" w:hAnsi="Times New Roman" w:cs="Times New Roman"/>
          <w:b/>
        </w:rPr>
        <w:t>Povinný príspevok sa na základe rozhodnutia riaditeľky neuhrádza, ak:</w:t>
      </w:r>
    </w:p>
    <w:p w14:paraId="6900118E" w14:textId="5A831F90" w:rsidR="000A3713" w:rsidRPr="005B6D31" w:rsidRDefault="00D454F6" w:rsidP="00FE5BF0">
      <w:pPr>
        <w:pStyle w:val="Odsekzoznamu"/>
        <w:numPr>
          <w:ilvl w:val="0"/>
          <w:numId w:val="19"/>
        </w:numPr>
        <w:spacing w:after="0" w:line="240" w:lineRule="auto"/>
        <w:jc w:val="both"/>
        <w:rPr>
          <w:rFonts w:ascii="Times New Roman" w:hAnsi="Times New Roman" w:cs="Times New Roman"/>
        </w:rPr>
      </w:pPr>
      <w:r w:rsidRPr="005B6D31">
        <w:rPr>
          <w:rFonts w:ascii="Times New Roman" w:hAnsi="Times New Roman" w:cs="Times New Roman"/>
        </w:rPr>
        <w:t>dieťa prerušilo dochádzku do materskej školy na viac ako 30 po sebe nasledujúcich</w:t>
      </w:r>
      <w:r w:rsidR="005B6D31" w:rsidRPr="005B6D31">
        <w:rPr>
          <w:rFonts w:ascii="Times New Roman" w:hAnsi="Times New Roman" w:cs="Times New Roman"/>
        </w:rPr>
        <w:t xml:space="preserve"> </w:t>
      </w:r>
      <w:r w:rsidRPr="005B6D31">
        <w:rPr>
          <w:rFonts w:ascii="Times New Roman" w:hAnsi="Times New Roman" w:cs="Times New Roman"/>
        </w:rPr>
        <w:t>kalendárnych dní preukázateľne z dôvodu choroby alebo rodinných dôvodov</w:t>
      </w:r>
      <w:r w:rsidR="005B6D31" w:rsidRPr="005B6D31">
        <w:rPr>
          <w:rFonts w:ascii="Times New Roman" w:hAnsi="Times New Roman" w:cs="Times New Roman"/>
        </w:rPr>
        <w:t xml:space="preserve"> </w:t>
      </w:r>
      <w:r w:rsidRPr="005B6D31">
        <w:rPr>
          <w:rFonts w:ascii="Times New Roman" w:hAnsi="Times New Roman" w:cs="Times New Roman"/>
        </w:rPr>
        <w:t>preukázateľným spôsobom (doklad od lekára, písomná žiadosť zákonného zástupcu),</w:t>
      </w:r>
    </w:p>
    <w:p w14:paraId="2CE95DCD" w14:textId="36EF228D" w:rsidR="000A3713" w:rsidRPr="005B6D31" w:rsidRDefault="00D454F6" w:rsidP="00FE5BF0">
      <w:pPr>
        <w:pStyle w:val="Odsekzoznamu"/>
        <w:numPr>
          <w:ilvl w:val="0"/>
          <w:numId w:val="19"/>
        </w:numPr>
        <w:spacing w:after="0" w:line="240" w:lineRule="auto"/>
        <w:jc w:val="both"/>
        <w:rPr>
          <w:rFonts w:ascii="Times New Roman" w:hAnsi="Times New Roman" w:cs="Times New Roman"/>
        </w:rPr>
      </w:pPr>
      <w:r w:rsidRPr="005B6D31">
        <w:rPr>
          <w:rFonts w:ascii="Times New Roman" w:hAnsi="Times New Roman" w:cs="Times New Roman"/>
        </w:rPr>
        <w:t>dieťa nedochádzalo do materskej školy v čase školských prázdnin alebo bola prerušená</w:t>
      </w:r>
      <w:r w:rsidR="005B6D31" w:rsidRPr="005B6D31">
        <w:rPr>
          <w:rFonts w:ascii="Times New Roman" w:hAnsi="Times New Roman" w:cs="Times New Roman"/>
        </w:rPr>
        <w:t xml:space="preserve"> </w:t>
      </w:r>
      <w:r w:rsidRPr="005B6D31">
        <w:rPr>
          <w:rFonts w:ascii="Times New Roman" w:hAnsi="Times New Roman" w:cs="Times New Roman"/>
        </w:rPr>
        <w:t>prevádzka materskej školy zapríčinená zriaďovateľom alebo inými závažnými</w:t>
      </w:r>
      <w:r w:rsidR="005B6D31" w:rsidRPr="005B6D31">
        <w:rPr>
          <w:rFonts w:ascii="Times New Roman" w:hAnsi="Times New Roman" w:cs="Times New Roman"/>
        </w:rPr>
        <w:t xml:space="preserve"> </w:t>
      </w:r>
      <w:r w:rsidRPr="005B6D31">
        <w:rPr>
          <w:rFonts w:ascii="Times New Roman" w:hAnsi="Times New Roman" w:cs="Times New Roman"/>
        </w:rPr>
        <w:t>dôvodmi, ktoré ohrozujú zdravie detí, môžu spôsobiť závažné škody na majetku</w:t>
      </w:r>
      <w:r w:rsidR="005B6D31" w:rsidRPr="005B6D31">
        <w:rPr>
          <w:rFonts w:ascii="Times New Roman" w:hAnsi="Times New Roman" w:cs="Times New Roman"/>
        </w:rPr>
        <w:t xml:space="preserve"> </w:t>
      </w:r>
      <w:r w:rsidRPr="005B6D31">
        <w:rPr>
          <w:rFonts w:ascii="Times New Roman" w:hAnsi="Times New Roman" w:cs="Times New Roman"/>
        </w:rPr>
        <w:t>(rekonštrukčné práce, havárie na zariadeniach, na podnet RÚVZ, rozhodnutia starostu</w:t>
      </w:r>
      <w:r w:rsidR="005B6D31" w:rsidRPr="005B6D31">
        <w:rPr>
          <w:rFonts w:ascii="Times New Roman" w:hAnsi="Times New Roman" w:cs="Times New Roman"/>
        </w:rPr>
        <w:t xml:space="preserve"> </w:t>
      </w:r>
      <w:r w:rsidRPr="005B6D31">
        <w:rPr>
          <w:rFonts w:ascii="Times New Roman" w:hAnsi="Times New Roman" w:cs="Times New Roman"/>
        </w:rPr>
        <w:t>a pod.). V týchto prípadoch uhrádza rodič pomernú časť určeného príspevku.</w:t>
      </w:r>
      <w:r w:rsidR="005B6D31">
        <w:rPr>
          <w:rFonts w:ascii="Times New Roman" w:hAnsi="Times New Roman" w:cs="Times New Roman"/>
        </w:rPr>
        <w:t xml:space="preserve"> </w:t>
      </w:r>
    </w:p>
    <w:p w14:paraId="5FCCB122" w14:textId="09B6A454" w:rsidR="000A3713" w:rsidRPr="00D454F6" w:rsidRDefault="00D454F6" w:rsidP="005B6D31">
      <w:pPr>
        <w:spacing w:after="0" w:line="240" w:lineRule="auto"/>
        <w:ind w:left="360"/>
        <w:jc w:val="both"/>
        <w:rPr>
          <w:rFonts w:ascii="Times New Roman" w:hAnsi="Times New Roman" w:cs="Times New Roman"/>
        </w:rPr>
      </w:pPr>
      <w:r w:rsidRPr="00D454F6">
        <w:rPr>
          <w:rFonts w:ascii="Times New Roman" w:hAnsi="Times New Roman" w:cs="Times New Roman"/>
        </w:rPr>
        <w:t>Príspevok za pobyt dieťaťa sa uhrádza vopred do 10. dňa v príslušnom mesiaci na účet</w:t>
      </w:r>
      <w:r w:rsidR="005B6D31">
        <w:rPr>
          <w:rFonts w:ascii="Times New Roman" w:hAnsi="Times New Roman" w:cs="Times New Roman"/>
        </w:rPr>
        <w:t xml:space="preserve"> </w:t>
      </w:r>
      <w:r w:rsidRPr="00D454F6">
        <w:rPr>
          <w:rFonts w:ascii="Times New Roman" w:hAnsi="Times New Roman" w:cs="Times New Roman"/>
        </w:rPr>
        <w:t>zriaďovateľa – Obci Kovarce.</w:t>
      </w:r>
    </w:p>
    <w:p w14:paraId="4AB44316" w14:textId="77777777" w:rsidR="00135483" w:rsidRDefault="00135483" w:rsidP="005B6D31">
      <w:pPr>
        <w:spacing w:after="0" w:line="240" w:lineRule="auto"/>
        <w:jc w:val="both"/>
        <w:rPr>
          <w:rFonts w:ascii="Times New Roman" w:hAnsi="Times New Roman" w:cs="Times New Roman"/>
          <w:b/>
        </w:rPr>
      </w:pPr>
    </w:p>
    <w:p w14:paraId="007E85C0" w14:textId="77777777" w:rsidR="000A3713" w:rsidRPr="00D454F6" w:rsidRDefault="00D454F6" w:rsidP="00CB7CC1">
      <w:pPr>
        <w:spacing w:after="0" w:line="240" w:lineRule="auto"/>
        <w:rPr>
          <w:rFonts w:ascii="Times New Roman" w:hAnsi="Times New Roman" w:cs="Times New Roman"/>
        </w:rPr>
      </w:pPr>
      <w:r w:rsidRPr="00D454F6">
        <w:rPr>
          <w:rFonts w:ascii="Times New Roman" w:hAnsi="Times New Roman" w:cs="Times New Roman"/>
          <w:b/>
        </w:rPr>
        <w:t>6.2 Príspevky za stravovanie</w:t>
      </w:r>
    </w:p>
    <w:p w14:paraId="7F6F44A6" w14:textId="65861AC9" w:rsidR="000A3713" w:rsidRPr="00D454F6" w:rsidRDefault="00D454F6" w:rsidP="005B6D31">
      <w:pPr>
        <w:spacing w:after="0" w:line="240" w:lineRule="auto"/>
        <w:jc w:val="both"/>
        <w:rPr>
          <w:rFonts w:ascii="Times New Roman" w:hAnsi="Times New Roman" w:cs="Times New Roman"/>
        </w:rPr>
      </w:pPr>
      <w:r w:rsidRPr="00D454F6">
        <w:rPr>
          <w:rFonts w:ascii="Times New Roman" w:hAnsi="Times New Roman" w:cs="Times New Roman"/>
        </w:rPr>
        <w:t>Príspevok na úhradu nákladov na nákup potravín podľa vekových kategórií stravníkov</w:t>
      </w:r>
      <w:r w:rsidR="005B6D31">
        <w:rPr>
          <w:rFonts w:ascii="Times New Roman" w:hAnsi="Times New Roman" w:cs="Times New Roman"/>
        </w:rPr>
        <w:t xml:space="preserve"> </w:t>
      </w:r>
      <w:r w:rsidRPr="00D454F6">
        <w:rPr>
          <w:rFonts w:ascii="Times New Roman" w:hAnsi="Times New Roman" w:cs="Times New Roman"/>
        </w:rPr>
        <w:t>v školskej jedálni, na úhradu režijných nákladov uhrádza zákonný zástupca dieťaťa podľa</w:t>
      </w:r>
      <w:r w:rsidR="005B6D31">
        <w:rPr>
          <w:rFonts w:ascii="Times New Roman" w:hAnsi="Times New Roman" w:cs="Times New Roman"/>
        </w:rPr>
        <w:t xml:space="preserve"> </w:t>
      </w:r>
      <w:r w:rsidRPr="00D454F6">
        <w:rPr>
          <w:rFonts w:ascii="Times New Roman" w:hAnsi="Times New Roman" w:cs="Times New Roman"/>
        </w:rPr>
        <w:t>finančných pásiem nákladov na nákup potravín, daných MŠVVaŠ SR a režijných nákladov</w:t>
      </w:r>
      <w:r w:rsidR="005B6D31">
        <w:rPr>
          <w:rFonts w:ascii="Times New Roman" w:hAnsi="Times New Roman" w:cs="Times New Roman"/>
        </w:rPr>
        <w:t xml:space="preserve"> </w:t>
      </w:r>
      <w:r w:rsidRPr="00D454F6">
        <w:rPr>
          <w:rFonts w:ascii="Times New Roman" w:hAnsi="Times New Roman" w:cs="Times New Roman"/>
        </w:rPr>
        <w:t>určených VZN č.</w:t>
      </w:r>
      <w:r w:rsidR="00135483">
        <w:rPr>
          <w:rFonts w:ascii="Times New Roman" w:hAnsi="Times New Roman" w:cs="Times New Roman"/>
        </w:rPr>
        <w:t>1</w:t>
      </w:r>
      <w:r w:rsidRPr="00D454F6">
        <w:rPr>
          <w:rFonts w:ascii="Times New Roman" w:hAnsi="Times New Roman" w:cs="Times New Roman"/>
        </w:rPr>
        <w:t>/202</w:t>
      </w:r>
      <w:r w:rsidR="00135483">
        <w:rPr>
          <w:rFonts w:ascii="Times New Roman" w:hAnsi="Times New Roman" w:cs="Times New Roman"/>
        </w:rPr>
        <w:t>6</w:t>
      </w:r>
      <w:r w:rsidRPr="00D454F6">
        <w:rPr>
          <w:rFonts w:ascii="Times New Roman" w:hAnsi="Times New Roman" w:cs="Times New Roman"/>
        </w:rPr>
        <w:t xml:space="preserve"> Obce Kovarce v 2. pásme od </w:t>
      </w:r>
      <w:r w:rsidR="00135483">
        <w:rPr>
          <w:rFonts w:ascii="Times New Roman" w:hAnsi="Times New Roman" w:cs="Times New Roman"/>
        </w:rPr>
        <w:t>29.7. 2026</w:t>
      </w:r>
    </w:p>
    <w:p w14:paraId="6AA98A47" w14:textId="77777777" w:rsidR="00135483" w:rsidRDefault="00135483" w:rsidP="005B6D31">
      <w:pPr>
        <w:spacing w:after="0" w:line="240" w:lineRule="auto"/>
        <w:jc w:val="both"/>
        <w:rPr>
          <w:rFonts w:ascii="Times New Roman" w:hAnsi="Times New Roman" w:cs="Times New Roman"/>
        </w:rPr>
      </w:pPr>
    </w:p>
    <w:p w14:paraId="052AB2AB" w14:textId="7611E333" w:rsidR="000A3713" w:rsidRPr="005B6D31" w:rsidRDefault="00D454F6" w:rsidP="00FE5BF0">
      <w:pPr>
        <w:pStyle w:val="Odsekzoznamu"/>
        <w:numPr>
          <w:ilvl w:val="0"/>
          <w:numId w:val="20"/>
        </w:numPr>
        <w:spacing w:after="0" w:line="240" w:lineRule="auto"/>
        <w:rPr>
          <w:rFonts w:ascii="Times New Roman" w:hAnsi="Times New Roman" w:cs="Times New Roman"/>
        </w:rPr>
      </w:pPr>
      <w:r w:rsidRPr="005B6D31">
        <w:rPr>
          <w:rFonts w:ascii="Times New Roman" w:hAnsi="Times New Roman" w:cs="Times New Roman"/>
        </w:rPr>
        <w:t>celodenné stravovanie bez poskytnutej dotácie MPSVR SR:</w:t>
      </w:r>
    </w:p>
    <w:p w14:paraId="5214FAAD" w14:textId="77777777" w:rsidR="000A3713" w:rsidRPr="00D454F6" w:rsidRDefault="00D454F6" w:rsidP="005B6D31">
      <w:pPr>
        <w:spacing w:after="0" w:line="240" w:lineRule="auto"/>
        <w:ind w:firstLine="360"/>
        <w:rPr>
          <w:rFonts w:ascii="Times New Roman" w:hAnsi="Times New Roman" w:cs="Times New Roman"/>
        </w:rPr>
      </w:pPr>
      <w:r w:rsidRPr="00D454F6">
        <w:rPr>
          <w:rFonts w:ascii="Times New Roman" w:hAnsi="Times New Roman" w:cs="Times New Roman"/>
        </w:rPr>
        <w:t>2,40 € (desiata 0,45 € + obed 1,10 € + olovrant  0,35€ + RN 0,50 €)</w:t>
      </w:r>
    </w:p>
    <w:p w14:paraId="7E390A95" w14:textId="77777777" w:rsidR="005B6D31" w:rsidRDefault="00D454F6" w:rsidP="00FE5BF0">
      <w:pPr>
        <w:pStyle w:val="Odsekzoznamu"/>
        <w:numPr>
          <w:ilvl w:val="0"/>
          <w:numId w:val="20"/>
        </w:numPr>
        <w:spacing w:after="0" w:line="240" w:lineRule="auto"/>
        <w:rPr>
          <w:rFonts w:ascii="Times New Roman" w:hAnsi="Times New Roman" w:cs="Times New Roman"/>
        </w:rPr>
      </w:pPr>
      <w:r w:rsidRPr="00D454F6">
        <w:rPr>
          <w:rFonts w:ascii="Times New Roman" w:hAnsi="Times New Roman" w:cs="Times New Roman"/>
        </w:rPr>
        <w:t>poldenné stravovanie</w:t>
      </w:r>
      <w:r w:rsidR="005B6D31">
        <w:rPr>
          <w:rFonts w:ascii="Times New Roman" w:hAnsi="Times New Roman" w:cs="Times New Roman"/>
        </w:rPr>
        <w:t>:</w:t>
      </w:r>
    </w:p>
    <w:p w14:paraId="09E18D4D" w14:textId="6965B762" w:rsidR="000A3713" w:rsidRPr="00D454F6" w:rsidRDefault="00D454F6" w:rsidP="005B6D31">
      <w:pPr>
        <w:pStyle w:val="Odsekzoznamu"/>
        <w:spacing w:after="0" w:line="240" w:lineRule="auto"/>
        <w:ind w:left="360"/>
        <w:rPr>
          <w:rFonts w:ascii="Times New Roman" w:hAnsi="Times New Roman" w:cs="Times New Roman"/>
        </w:rPr>
      </w:pPr>
      <w:r w:rsidRPr="00D454F6">
        <w:rPr>
          <w:rFonts w:ascii="Times New Roman" w:hAnsi="Times New Roman" w:cs="Times New Roman"/>
        </w:rPr>
        <w:t>2,05 € (desiata  0,45 € + obed 1,10 € + RN 0,50 €).</w:t>
      </w:r>
    </w:p>
    <w:p w14:paraId="2CF67D45" w14:textId="4A43404B" w:rsidR="000A3713" w:rsidRPr="00D454F6" w:rsidRDefault="00D454F6" w:rsidP="00FE5BF0">
      <w:pPr>
        <w:pStyle w:val="Odsekzoznamu"/>
        <w:numPr>
          <w:ilvl w:val="0"/>
          <w:numId w:val="20"/>
        </w:numPr>
        <w:spacing w:after="0" w:line="240" w:lineRule="auto"/>
        <w:rPr>
          <w:rFonts w:ascii="Times New Roman" w:hAnsi="Times New Roman" w:cs="Times New Roman"/>
        </w:rPr>
      </w:pPr>
      <w:r w:rsidRPr="00D454F6">
        <w:rPr>
          <w:rFonts w:ascii="Times New Roman" w:hAnsi="Times New Roman" w:cs="Times New Roman"/>
        </w:rPr>
        <w:t>stravovanie detí  plniacich povinné predprimárne vzdelávanie</w:t>
      </w:r>
      <w:r w:rsidR="00135483">
        <w:rPr>
          <w:rFonts w:ascii="Times New Roman" w:hAnsi="Times New Roman" w:cs="Times New Roman"/>
        </w:rPr>
        <w:t xml:space="preserve"> </w:t>
      </w:r>
      <w:r w:rsidRPr="00D454F6">
        <w:rPr>
          <w:rFonts w:ascii="Times New Roman" w:hAnsi="Times New Roman" w:cs="Times New Roman"/>
        </w:rPr>
        <w:t>a pokračujúcich v povinnom predprimárnom vzdelávaní je 1,00 € s</w:t>
      </w:r>
      <w:r w:rsidR="00135483">
        <w:rPr>
          <w:rFonts w:ascii="Times New Roman" w:hAnsi="Times New Roman" w:cs="Times New Roman"/>
        </w:rPr>
        <w:t xml:space="preserve"> </w:t>
      </w:r>
      <w:r w:rsidRPr="00D454F6">
        <w:rPr>
          <w:rFonts w:ascii="Times New Roman" w:hAnsi="Times New Roman" w:cs="Times New Roman"/>
        </w:rPr>
        <w:t>poskytnutou dotáciou MPSVR SR v sume 1,40 €.</w:t>
      </w:r>
    </w:p>
    <w:p w14:paraId="07307FAF" w14:textId="77777777" w:rsidR="00135483" w:rsidRDefault="00135483" w:rsidP="00CB7CC1">
      <w:pPr>
        <w:spacing w:after="0" w:line="240" w:lineRule="auto"/>
        <w:rPr>
          <w:rFonts w:ascii="Times New Roman" w:hAnsi="Times New Roman" w:cs="Times New Roman"/>
        </w:rPr>
      </w:pPr>
    </w:p>
    <w:p w14:paraId="7470E64C" w14:textId="3C44AD49" w:rsidR="000A3713" w:rsidRPr="00D454F6" w:rsidRDefault="00D454F6" w:rsidP="00FF62E4">
      <w:pPr>
        <w:spacing w:after="0" w:line="240" w:lineRule="auto"/>
        <w:jc w:val="both"/>
        <w:rPr>
          <w:rFonts w:ascii="Times New Roman" w:hAnsi="Times New Roman" w:cs="Times New Roman"/>
        </w:rPr>
      </w:pPr>
      <w:r w:rsidRPr="00D454F6">
        <w:rPr>
          <w:rFonts w:ascii="Times New Roman" w:hAnsi="Times New Roman" w:cs="Times New Roman"/>
        </w:rPr>
        <w:t>Príspevky na stravovanie podľa pásiem daných MŠVVaŠ SR určuje Obec Kovarce VZN</w:t>
      </w:r>
      <w:r w:rsidR="00FF62E4">
        <w:rPr>
          <w:rFonts w:ascii="Times New Roman" w:hAnsi="Times New Roman" w:cs="Times New Roman"/>
        </w:rPr>
        <w:t xml:space="preserve"> </w:t>
      </w:r>
      <w:r w:rsidRPr="00D454F6">
        <w:rPr>
          <w:rFonts w:ascii="Times New Roman" w:hAnsi="Times New Roman" w:cs="Times New Roman"/>
        </w:rPr>
        <w:t>v nadväznosti na odporúčané  výživové dávky - § 140 ods. 10 školského zákona.</w:t>
      </w:r>
    </w:p>
    <w:p w14:paraId="3E471746" w14:textId="4D19F757" w:rsidR="000A3713" w:rsidRPr="00D454F6" w:rsidRDefault="00D454F6" w:rsidP="00FF62E4">
      <w:pPr>
        <w:spacing w:after="0" w:line="240" w:lineRule="auto"/>
        <w:jc w:val="both"/>
        <w:rPr>
          <w:rFonts w:ascii="Times New Roman" w:hAnsi="Times New Roman" w:cs="Times New Roman"/>
        </w:rPr>
      </w:pPr>
      <w:r w:rsidRPr="00D454F6">
        <w:rPr>
          <w:rFonts w:ascii="Times New Roman" w:hAnsi="Times New Roman" w:cs="Times New Roman"/>
        </w:rPr>
        <w:t>Príspevok na stravovanie  sa uhrádza po odstravovaní do 10. dňa nasledujúceho kalendárneho</w:t>
      </w:r>
      <w:r w:rsidR="00FF62E4">
        <w:rPr>
          <w:rFonts w:ascii="Times New Roman" w:hAnsi="Times New Roman" w:cs="Times New Roman"/>
        </w:rPr>
        <w:t xml:space="preserve"> </w:t>
      </w:r>
      <w:r w:rsidRPr="00D454F6">
        <w:rPr>
          <w:rFonts w:ascii="Times New Roman" w:hAnsi="Times New Roman" w:cs="Times New Roman"/>
        </w:rPr>
        <w:t>mesiaca poštovou poukážkou na osobitný účet na úhradu potravín Obce Kovarce, do 15</w:t>
      </w:r>
      <w:r w:rsidR="00FF62E4">
        <w:rPr>
          <w:rFonts w:ascii="Times New Roman" w:hAnsi="Times New Roman" w:cs="Times New Roman"/>
        </w:rPr>
        <w:t>.</w:t>
      </w:r>
      <w:r w:rsidRPr="00D454F6">
        <w:rPr>
          <w:rFonts w:ascii="Times New Roman" w:hAnsi="Times New Roman" w:cs="Times New Roman"/>
        </w:rPr>
        <w:t xml:space="preserve"> </w:t>
      </w:r>
      <w:r w:rsidR="00FF62E4" w:rsidRPr="00D454F6">
        <w:rPr>
          <w:rFonts w:ascii="Times New Roman" w:hAnsi="Times New Roman" w:cs="Times New Roman"/>
        </w:rPr>
        <w:t>D</w:t>
      </w:r>
      <w:r w:rsidRPr="00D454F6">
        <w:rPr>
          <w:rFonts w:ascii="Times New Roman" w:hAnsi="Times New Roman" w:cs="Times New Roman"/>
        </w:rPr>
        <w:t>ňa</w:t>
      </w:r>
      <w:r w:rsidR="00FF62E4">
        <w:rPr>
          <w:rFonts w:ascii="Times New Roman" w:hAnsi="Times New Roman" w:cs="Times New Roman"/>
        </w:rPr>
        <w:t xml:space="preserve"> </w:t>
      </w:r>
      <w:r w:rsidRPr="00D454F6">
        <w:rPr>
          <w:rFonts w:ascii="Times New Roman" w:hAnsi="Times New Roman" w:cs="Times New Roman"/>
        </w:rPr>
        <w:t>nasledujúceho mesiaca internetbankingom na osobitný účet Obce Kovarce.</w:t>
      </w:r>
    </w:p>
    <w:p w14:paraId="4854ADC6" w14:textId="77777777" w:rsidR="00135483" w:rsidRDefault="00135483" w:rsidP="00CB7CC1">
      <w:pPr>
        <w:spacing w:after="0" w:line="240" w:lineRule="auto"/>
        <w:rPr>
          <w:rFonts w:ascii="Times New Roman" w:hAnsi="Times New Roman" w:cs="Times New Roman"/>
          <w:b/>
        </w:rPr>
      </w:pPr>
    </w:p>
    <w:p w14:paraId="739B5A7F" w14:textId="77777777" w:rsidR="000A3713" w:rsidRPr="00D454F6" w:rsidRDefault="00D454F6" w:rsidP="00CB7CC1">
      <w:pPr>
        <w:spacing w:after="0" w:line="240" w:lineRule="auto"/>
        <w:rPr>
          <w:rFonts w:ascii="Times New Roman" w:hAnsi="Times New Roman" w:cs="Times New Roman"/>
        </w:rPr>
      </w:pPr>
      <w:r w:rsidRPr="00D454F6">
        <w:rPr>
          <w:rFonts w:ascii="Times New Roman" w:hAnsi="Times New Roman" w:cs="Times New Roman"/>
          <w:b/>
        </w:rPr>
        <w:t>6.3. Odhlasovanie – prihlasovanie na stravovanie</w:t>
      </w:r>
    </w:p>
    <w:p w14:paraId="29EBA49D" w14:textId="77777777" w:rsidR="000A3713" w:rsidRPr="00D454F6" w:rsidRDefault="00D454F6" w:rsidP="00FF62E4">
      <w:pPr>
        <w:spacing w:after="0" w:line="240" w:lineRule="auto"/>
        <w:jc w:val="both"/>
        <w:rPr>
          <w:rFonts w:ascii="Times New Roman" w:hAnsi="Times New Roman" w:cs="Times New Roman"/>
        </w:rPr>
      </w:pPr>
      <w:r w:rsidRPr="00D454F6">
        <w:rPr>
          <w:rFonts w:ascii="Times New Roman" w:hAnsi="Times New Roman" w:cs="Times New Roman"/>
        </w:rPr>
        <w:t>Zákonný zástupca v prípade ochorenia dieťaťa odhlási na potrebný čas (podľa odporúčania lekára)</w:t>
      </w:r>
      <w:r w:rsidR="00135483">
        <w:rPr>
          <w:rFonts w:ascii="Times New Roman" w:hAnsi="Times New Roman" w:cs="Times New Roman"/>
        </w:rPr>
        <w:t xml:space="preserve"> </w:t>
      </w:r>
      <w:r w:rsidRPr="00D454F6">
        <w:rPr>
          <w:rFonts w:ascii="Times New Roman" w:hAnsi="Times New Roman" w:cs="Times New Roman"/>
        </w:rPr>
        <w:t>dieťa v deň stravovania najneskôr do 8.00 hodiny, alebo vopred, pokiaľ o tom rodič vedel skôr.</w:t>
      </w:r>
    </w:p>
    <w:p w14:paraId="5016D2DB" w14:textId="77777777" w:rsidR="000A3713" w:rsidRPr="00D454F6" w:rsidRDefault="00D454F6" w:rsidP="00FF62E4">
      <w:pPr>
        <w:spacing w:after="0" w:line="240" w:lineRule="auto"/>
        <w:jc w:val="both"/>
        <w:rPr>
          <w:rFonts w:ascii="Times New Roman" w:hAnsi="Times New Roman" w:cs="Times New Roman"/>
        </w:rPr>
      </w:pPr>
      <w:r w:rsidRPr="00D454F6">
        <w:rPr>
          <w:rFonts w:ascii="Times New Roman" w:hAnsi="Times New Roman" w:cs="Times New Roman"/>
        </w:rPr>
        <w:t>Forma odhlasovania je:</w:t>
      </w:r>
    </w:p>
    <w:p w14:paraId="16A401C3" w14:textId="63737132" w:rsidR="000A3713" w:rsidRPr="00FF62E4" w:rsidRDefault="00D454F6" w:rsidP="00FE5BF0">
      <w:pPr>
        <w:pStyle w:val="Odsekzoznamu"/>
        <w:numPr>
          <w:ilvl w:val="0"/>
          <w:numId w:val="19"/>
        </w:numPr>
        <w:spacing w:after="0" w:line="240" w:lineRule="auto"/>
        <w:jc w:val="both"/>
        <w:rPr>
          <w:rFonts w:ascii="Times New Roman" w:hAnsi="Times New Roman" w:cs="Times New Roman"/>
        </w:rPr>
      </w:pPr>
      <w:r w:rsidRPr="00FF62E4">
        <w:rPr>
          <w:rFonts w:ascii="Times New Roman" w:hAnsi="Times New Roman" w:cs="Times New Roman"/>
        </w:rPr>
        <w:t>do určeného zošita v materskej škole,</w:t>
      </w:r>
    </w:p>
    <w:p w14:paraId="2CE46664" w14:textId="692E6364" w:rsidR="00135483" w:rsidRPr="00FF62E4" w:rsidRDefault="00D454F6" w:rsidP="00FE5BF0">
      <w:pPr>
        <w:pStyle w:val="Odsekzoznamu"/>
        <w:numPr>
          <w:ilvl w:val="0"/>
          <w:numId w:val="19"/>
        </w:numPr>
        <w:spacing w:after="0" w:line="240" w:lineRule="auto"/>
        <w:jc w:val="both"/>
        <w:rPr>
          <w:rFonts w:ascii="Times New Roman" w:hAnsi="Times New Roman" w:cs="Times New Roman"/>
        </w:rPr>
      </w:pPr>
      <w:r w:rsidRPr="00FF62E4">
        <w:rPr>
          <w:rFonts w:ascii="Times New Roman" w:hAnsi="Times New Roman" w:cs="Times New Roman"/>
        </w:rPr>
        <w:t xml:space="preserve">telefonicky na číslo </w:t>
      </w:r>
      <w:r w:rsidR="00135483" w:rsidRPr="00FF62E4">
        <w:rPr>
          <w:rFonts w:ascii="Times New Roman" w:hAnsi="Times New Roman" w:cs="Times New Roman"/>
        </w:rPr>
        <w:t>0911 500 307 alebo 531 61 36</w:t>
      </w:r>
      <w:r w:rsidR="00FF62E4">
        <w:rPr>
          <w:rFonts w:ascii="Times New Roman" w:hAnsi="Times New Roman" w:cs="Times New Roman"/>
        </w:rPr>
        <w:t>,</w:t>
      </w:r>
    </w:p>
    <w:p w14:paraId="5138C7EB" w14:textId="7B731BAB" w:rsidR="000A3713" w:rsidRPr="00FF62E4" w:rsidRDefault="00D454F6" w:rsidP="00FE5BF0">
      <w:pPr>
        <w:pStyle w:val="Odsekzoznamu"/>
        <w:numPr>
          <w:ilvl w:val="0"/>
          <w:numId w:val="19"/>
        </w:numPr>
        <w:spacing w:after="0" w:line="240" w:lineRule="auto"/>
        <w:rPr>
          <w:rFonts w:ascii="Times New Roman" w:hAnsi="Times New Roman" w:cs="Times New Roman"/>
        </w:rPr>
      </w:pPr>
      <w:r w:rsidRPr="00FF62E4">
        <w:rPr>
          <w:rFonts w:ascii="Times New Roman" w:hAnsi="Times New Roman" w:cs="Times New Roman"/>
        </w:rPr>
        <w:lastRenderedPageBreak/>
        <w:t xml:space="preserve">v uzatvorených skupinách jednotlivých tried na </w:t>
      </w:r>
      <w:proofErr w:type="spellStart"/>
      <w:r w:rsidRPr="00FF62E4">
        <w:rPr>
          <w:rFonts w:ascii="Times New Roman" w:hAnsi="Times New Roman" w:cs="Times New Roman"/>
        </w:rPr>
        <w:t>messengeri</w:t>
      </w:r>
      <w:proofErr w:type="spellEnd"/>
      <w:r w:rsidRPr="00FF62E4">
        <w:rPr>
          <w:rFonts w:ascii="Times New Roman" w:hAnsi="Times New Roman" w:cs="Times New Roman"/>
        </w:rPr>
        <w:t>.</w:t>
      </w:r>
    </w:p>
    <w:p w14:paraId="0A5A680D" w14:textId="77777777" w:rsidR="000A3713" w:rsidRPr="00FF62E4" w:rsidRDefault="00D454F6" w:rsidP="00CB7CC1">
      <w:pPr>
        <w:spacing w:after="0" w:line="240" w:lineRule="auto"/>
        <w:rPr>
          <w:rFonts w:ascii="Times New Roman" w:hAnsi="Times New Roman" w:cs="Times New Roman"/>
          <w:b/>
          <w:bCs/>
        </w:rPr>
      </w:pPr>
      <w:r w:rsidRPr="00FF62E4">
        <w:rPr>
          <w:rFonts w:ascii="Times New Roman" w:hAnsi="Times New Roman" w:cs="Times New Roman"/>
          <w:b/>
          <w:bCs/>
        </w:rPr>
        <w:t>Za včas neodhlásenú a neodobratú stravu sa finančná ani vecná náhrada neposkytuje.</w:t>
      </w:r>
    </w:p>
    <w:p w14:paraId="495680DB" w14:textId="77777777" w:rsidR="00135483" w:rsidRDefault="00135483" w:rsidP="00CB7CC1">
      <w:pPr>
        <w:spacing w:after="0" w:line="240" w:lineRule="auto"/>
        <w:rPr>
          <w:rFonts w:ascii="Times New Roman" w:hAnsi="Times New Roman" w:cs="Times New Roman"/>
          <w:b/>
        </w:rPr>
      </w:pPr>
    </w:p>
    <w:p w14:paraId="169A2C00" w14:textId="77777777" w:rsidR="000A3713" w:rsidRPr="00135483" w:rsidRDefault="00D454F6" w:rsidP="00135483">
      <w:pPr>
        <w:spacing w:after="0" w:line="240" w:lineRule="auto"/>
        <w:jc w:val="center"/>
        <w:rPr>
          <w:rFonts w:ascii="Times New Roman" w:hAnsi="Times New Roman" w:cs="Times New Roman"/>
          <w:b/>
        </w:rPr>
      </w:pPr>
      <w:r w:rsidRPr="00135483">
        <w:rPr>
          <w:rFonts w:ascii="Times New Roman" w:hAnsi="Times New Roman" w:cs="Times New Roman"/>
          <w:b/>
        </w:rPr>
        <w:t>Článok 7</w:t>
      </w:r>
    </w:p>
    <w:p w14:paraId="3396B8B1" w14:textId="77777777" w:rsidR="000A3713" w:rsidRPr="00135483" w:rsidRDefault="00D454F6" w:rsidP="00135483">
      <w:pPr>
        <w:spacing w:after="0" w:line="240" w:lineRule="auto"/>
        <w:jc w:val="center"/>
        <w:rPr>
          <w:rFonts w:ascii="Times New Roman" w:hAnsi="Times New Roman" w:cs="Times New Roman"/>
          <w:b/>
        </w:rPr>
      </w:pPr>
      <w:r w:rsidRPr="00135483">
        <w:rPr>
          <w:rFonts w:ascii="Times New Roman" w:hAnsi="Times New Roman" w:cs="Times New Roman"/>
          <w:b/>
        </w:rPr>
        <w:t>Organizácia v šatni</w:t>
      </w:r>
    </w:p>
    <w:p w14:paraId="608C4636" w14:textId="49DF6926" w:rsidR="000A3713" w:rsidRPr="00D454F6" w:rsidRDefault="00D454F6" w:rsidP="00FF62E4">
      <w:pPr>
        <w:spacing w:after="0" w:line="240" w:lineRule="auto"/>
        <w:jc w:val="both"/>
        <w:rPr>
          <w:rFonts w:ascii="Times New Roman" w:hAnsi="Times New Roman" w:cs="Times New Roman"/>
        </w:rPr>
      </w:pPr>
      <w:r w:rsidRPr="00D454F6">
        <w:rPr>
          <w:rFonts w:ascii="Times New Roman" w:hAnsi="Times New Roman" w:cs="Times New Roman"/>
        </w:rPr>
        <w:t>Každá trieda má svoju vyhradenú šatňu a skrinky na osobné veci pre deti. Do šatní majú prístup</w:t>
      </w:r>
      <w:r w:rsidR="00FF62E4">
        <w:rPr>
          <w:rFonts w:ascii="Times New Roman" w:hAnsi="Times New Roman" w:cs="Times New Roman"/>
        </w:rPr>
        <w:t xml:space="preserve"> </w:t>
      </w:r>
      <w:r w:rsidRPr="00D454F6">
        <w:rPr>
          <w:rFonts w:ascii="Times New Roman" w:hAnsi="Times New Roman" w:cs="Times New Roman"/>
        </w:rPr>
        <w:t>rodičia a splnomocnené osoby, ktoré si očistia po vstupe do budovy obuv.</w:t>
      </w:r>
    </w:p>
    <w:p w14:paraId="50C82671" w14:textId="5141E31A" w:rsidR="000A3713" w:rsidRPr="00D454F6" w:rsidRDefault="00D454F6" w:rsidP="00FF62E4">
      <w:pPr>
        <w:spacing w:after="0" w:line="240" w:lineRule="auto"/>
        <w:jc w:val="both"/>
        <w:rPr>
          <w:rFonts w:ascii="Times New Roman" w:hAnsi="Times New Roman" w:cs="Times New Roman"/>
        </w:rPr>
      </w:pPr>
      <w:r w:rsidRPr="00D454F6">
        <w:rPr>
          <w:rFonts w:ascii="Times New Roman" w:hAnsi="Times New Roman" w:cs="Times New Roman"/>
        </w:rPr>
        <w:t>Pri odovzdávaní detí do tried na poschodí použijú rodičia v prípade nepriaznivého počasia</w:t>
      </w:r>
      <w:r w:rsidR="00FF62E4">
        <w:rPr>
          <w:rFonts w:ascii="Times New Roman" w:hAnsi="Times New Roman" w:cs="Times New Roman"/>
        </w:rPr>
        <w:t xml:space="preserve"> </w:t>
      </w:r>
      <w:r w:rsidRPr="00D454F6">
        <w:rPr>
          <w:rFonts w:ascii="Times New Roman" w:hAnsi="Times New Roman" w:cs="Times New Roman"/>
        </w:rPr>
        <w:t xml:space="preserve">ochranné návleky na obuv, nakoľko tadiaľ prechádzajú aj deti v </w:t>
      </w:r>
      <w:proofErr w:type="spellStart"/>
      <w:r w:rsidRPr="00D454F6">
        <w:rPr>
          <w:rFonts w:ascii="Times New Roman" w:hAnsi="Times New Roman" w:cs="Times New Roman"/>
        </w:rPr>
        <w:t>prezúvkach</w:t>
      </w:r>
      <w:proofErr w:type="spellEnd"/>
      <w:r w:rsidRPr="00D454F6">
        <w:rPr>
          <w:rFonts w:ascii="Times New Roman" w:hAnsi="Times New Roman" w:cs="Times New Roman"/>
        </w:rPr>
        <w:t xml:space="preserve"> a nosia nečistoty na</w:t>
      </w:r>
      <w:r w:rsidR="00FF62E4">
        <w:rPr>
          <w:rFonts w:ascii="Times New Roman" w:hAnsi="Times New Roman" w:cs="Times New Roman"/>
        </w:rPr>
        <w:t xml:space="preserve"> </w:t>
      </w:r>
      <w:r w:rsidRPr="00D454F6">
        <w:rPr>
          <w:rFonts w:ascii="Times New Roman" w:hAnsi="Times New Roman" w:cs="Times New Roman"/>
        </w:rPr>
        <w:t>koberec v triedach.</w:t>
      </w:r>
    </w:p>
    <w:p w14:paraId="6EB48A10" w14:textId="39B70D41" w:rsidR="000A3713" w:rsidRPr="00D454F6" w:rsidRDefault="00D454F6" w:rsidP="00FF62E4">
      <w:pPr>
        <w:spacing w:after="0" w:line="240" w:lineRule="auto"/>
        <w:jc w:val="both"/>
        <w:rPr>
          <w:rFonts w:ascii="Times New Roman" w:hAnsi="Times New Roman" w:cs="Times New Roman"/>
        </w:rPr>
      </w:pPr>
      <w:r w:rsidRPr="00D454F6">
        <w:rPr>
          <w:rFonts w:ascii="Times New Roman" w:hAnsi="Times New Roman" w:cs="Times New Roman"/>
        </w:rPr>
        <w:t>Pri prezliekaní  a odkladaní  vecí  do  skriniek  vedú  rodičia  v spolupráci  s učiteľkami  deti  k</w:t>
      </w:r>
      <w:r w:rsidR="00FF62E4">
        <w:rPr>
          <w:rFonts w:ascii="Times New Roman" w:hAnsi="Times New Roman" w:cs="Times New Roman"/>
        </w:rPr>
        <w:t xml:space="preserve"> </w:t>
      </w:r>
      <w:r w:rsidRPr="00D454F6">
        <w:rPr>
          <w:rFonts w:ascii="Times New Roman" w:hAnsi="Times New Roman" w:cs="Times New Roman"/>
        </w:rPr>
        <w:t>udržiavaniu poriadku a k samostatnosti pri niektorých činnostiach v sebaobsluhe.</w:t>
      </w:r>
    </w:p>
    <w:p w14:paraId="01EBB08C" w14:textId="1B7B6D30" w:rsidR="000A3713" w:rsidRPr="00D454F6" w:rsidRDefault="00D454F6" w:rsidP="00FF62E4">
      <w:pPr>
        <w:spacing w:after="0" w:line="240" w:lineRule="auto"/>
        <w:jc w:val="both"/>
        <w:rPr>
          <w:rFonts w:ascii="Times New Roman" w:hAnsi="Times New Roman" w:cs="Times New Roman"/>
        </w:rPr>
      </w:pPr>
      <w:r w:rsidRPr="00D454F6">
        <w:rPr>
          <w:rFonts w:ascii="Times New Roman" w:hAnsi="Times New Roman" w:cs="Times New Roman"/>
        </w:rPr>
        <w:t>Za poriadok v skrinkách a vlastné hračky zodpovedá rodič. V skrinke je potrebné nechať</w:t>
      </w:r>
      <w:r w:rsidR="00FF62E4">
        <w:rPr>
          <w:rFonts w:ascii="Times New Roman" w:hAnsi="Times New Roman" w:cs="Times New Roman"/>
        </w:rPr>
        <w:t xml:space="preserve"> </w:t>
      </w:r>
      <w:r w:rsidRPr="00D454F6">
        <w:rPr>
          <w:rFonts w:ascii="Times New Roman" w:hAnsi="Times New Roman" w:cs="Times New Roman"/>
        </w:rPr>
        <w:t>odložené náhradné oblečenie pre prípad znečistenia a premočenia sa detí, papierové vreckovky,</w:t>
      </w:r>
      <w:r w:rsidR="00FF62E4">
        <w:rPr>
          <w:rFonts w:ascii="Times New Roman" w:hAnsi="Times New Roman" w:cs="Times New Roman"/>
        </w:rPr>
        <w:t xml:space="preserve"> </w:t>
      </w:r>
      <w:r w:rsidRPr="00D454F6">
        <w:rPr>
          <w:rFonts w:ascii="Times New Roman" w:hAnsi="Times New Roman" w:cs="Times New Roman"/>
        </w:rPr>
        <w:t>príp. náhradnú staršiu obuv a oblečenie na pobyt vonku.</w:t>
      </w:r>
    </w:p>
    <w:p w14:paraId="467539F4" w14:textId="233F7729" w:rsidR="000A3713" w:rsidRPr="00D454F6" w:rsidRDefault="00D454F6" w:rsidP="00FF62E4">
      <w:pPr>
        <w:spacing w:after="0" w:line="240" w:lineRule="auto"/>
        <w:jc w:val="both"/>
        <w:rPr>
          <w:rFonts w:ascii="Times New Roman" w:hAnsi="Times New Roman" w:cs="Times New Roman"/>
        </w:rPr>
      </w:pPr>
      <w:r w:rsidRPr="00D454F6">
        <w:rPr>
          <w:rFonts w:ascii="Times New Roman" w:hAnsi="Times New Roman" w:cs="Times New Roman"/>
        </w:rPr>
        <w:t>V triede mladších detí pomáha pri prezliekaní detí na pobyt vonku i po jeho ukončení učiteľka</w:t>
      </w:r>
      <w:r w:rsidR="00FF62E4">
        <w:rPr>
          <w:rFonts w:ascii="Times New Roman" w:hAnsi="Times New Roman" w:cs="Times New Roman"/>
        </w:rPr>
        <w:t xml:space="preserve"> </w:t>
      </w:r>
      <w:r w:rsidRPr="00D454F6">
        <w:rPr>
          <w:rFonts w:ascii="Times New Roman" w:hAnsi="Times New Roman" w:cs="Times New Roman"/>
        </w:rPr>
        <w:t>spolu so školníčkou. V triede starších detí pomáha deťom učiteľka podľa potreby.</w:t>
      </w:r>
      <w:r w:rsidR="00FF62E4">
        <w:rPr>
          <w:rFonts w:ascii="Times New Roman" w:hAnsi="Times New Roman" w:cs="Times New Roman"/>
        </w:rPr>
        <w:t xml:space="preserve"> </w:t>
      </w:r>
    </w:p>
    <w:p w14:paraId="1A3D2DA5" w14:textId="77777777" w:rsidR="000A3713" w:rsidRPr="00D454F6" w:rsidRDefault="00D454F6" w:rsidP="00FF62E4">
      <w:pPr>
        <w:spacing w:after="0" w:line="240" w:lineRule="auto"/>
        <w:jc w:val="both"/>
        <w:rPr>
          <w:rFonts w:ascii="Times New Roman" w:hAnsi="Times New Roman" w:cs="Times New Roman"/>
        </w:rPr>
      </w:pPr>
      <w:r w:rsidRPr="00D454F6">
        <w:rPr>
          <w:rFonts w:ascii="Times New Roman" w:hAnsi="Times New Roman" w:cs="Times New Roman"/>
        </w:rPr>
        <w:t>Za estetickú úroveň šatne zodpovedá učiteľka príslušnej triedy, za hygienu školníčka.</w:t>
      </w:r>
    </w:p>
    <w:p w14:paraId="380CCAEA" w14:textId="77777777" w:rsidR="00135483" w:rsidRDefault="00135483" w:rsidP="00135483">
      <w:pPr>
        <w:spacing w:after="0" w:line="240" w:lineRule="auto"/>
        <w:jc w:val="center"/>
        <w:rPr>
          <w:rFonts w:ascii="Times New Roman" w:hAnsi="Times New Roman" w:cs="Times New Roman"/>
          <w:b/>
        </w:rPr>
      </w:pPr>
    </w:p>
    <w:p w14:paraId="5DD140C8" w14:textId="77777777" w:rsidR="000A3713" w:rsidRDefault="00D454F6" w:rsidP="00135483">
      <w:pPr>
        <w:spacing w:after="0" w:line="240" w:lineRule="auto"/>
        <w:jc w:val="center"/>
        <w:rPr>
          <w:rFonts w:ascii="Times New Roman" w:hAnsi="Times New Roman" w:cs="Times New Roman"/>
          <w:b/>
        </w:rPr>
      </w:pPr>
      <w:r w:rsidRPr="00135483">
        <w:rPr>
          <w:rFonts w:ascii="Times New Roman" w:hAnsi="Times New Roman" w:cs="Times New Roman"/>
          <w:b/>
        </w:rPr>
        <w:t>Článok 8</w:t>
      </w:r>
    </w:p>
    <w:p w14:paraId="122541F9" w14:textId="77777777" w:rsidR="00FF62E4" w:rsidRPr="00FF62E4" w:rsidRDefault="00FF62E4" w:rsidP="00135483">
      <w:pPr>
        <w:spacing w:after="0" w:line="240" w:lineRule="auto"/>
        <w:jc w:val="center"/>
        <w:rPr>
          <w:rFonts w:ascii="Times New Roman" w:hAnsi="Times New Roman" w:cs="Times New Roman"/>
          <w:b/>
          <w:sz w:val="14"/>
          <w:szCs w:val="14"/>
        </w:rPr>
      </w:pPr>
    </w:p>
    <w:p w14:paraId="3FAF2753" w14:textId="77777777" w:rsidR="000A3713" w:rsidRPr="00135483" w:rsidRDefault="00D454F6" w:rsidP="00135483">
      <w:pPr>
        <w:spacing w:after="0" w:line="240" w:lineRule="auto"/>
        <w:jc w:val="center"/>
        <w:rPr>
          <w:rFonts w:ascii="Times New Roman" w:hAnsi="Times New Roman" w:cs="Times New Roman"/>
          <w:b/>
        </w:rPr>
      </w:pPr>
      <w:r w:rsidRPr="00135483">
        <w:rPr>
          <w:rFonts w:ascii="Times New Roman" w:hAnsi="Times New Roman" w:cs="Times New Roman"/>
          <w:b/>
        </w:rPr>
        <w:t>Organizácia v umyvárni</w:t>
      </w:r>
    </w:p>
    <w:p w14:paraId="3D847FDB" w14:textId="77777777" w:rsidR="000A3713" w:rsidRPr="00D454F6" w:rsidRDefault="00D454F6" w:rsidP="00851F21">
      <w:pPr>
        <w:spacing w:after="0" w:line="240" w:lineRule="auto"/>
        <w:rPr>
          <w:rFonts w:ascii="Times New Roman" w:hAnsi="Times New Roman" w:cs="Times New Roman"/>
        </w:rPr>
      </w:pPr>
      <w:r w:rsidRPr="00FF62E4">
        <w:rPr>
          <w:rFonts w:ascii="Times New Roman" w:hAnsi="Times New Roman" w:cs="Times New Roman"/>
          <w:b/>
          <w:bCs/>
        </w:rPr>
        <w:t>8.1</w:t>
      </w:r>
      <w:r w:rsidRPr="00D454F6">
        <w:rPr>
          <w:rFonts w:ascii="Times New Roman" w:hAnsi="Times New Roman" w:cs="Times New Roman"/>
        </w:rPr>
        <w:t xml:space="preserve"> Obe triedy majú samostatnú umyváreň, ale umyváreň na poschodí využívajú:</w:t>
      </w:r>
    </w:p>
    <w:p w14:paraId="1F29D332" w14:textId="4B31AC88" w:rsidR="000A3713" w:rsidRPr="00851F21" w:rsidRDefault="00D454F6" w:rsidP="00FE5BF0">
      <w:pPr>
        <w:pStyle w:val="Odsekzoznamu"/>
        <w:numPr>
          <w:ilvl w:val="0"/>
          <w:numId w:val="28"/>
        </w:numPr>
        <w:spacing w:after="0" w:line="240" w:lineRule="auto"/>
        <w:rPr>
          <w:rFonts w:ascii="Times New Roman" w:hAnsi="Times New Roman" w:cs="Times New Roman"/>
        </w:rPr>
      </w:pPr>
      <w:r w:rsidRPr="00851F21">
        <w:rPr>
          <w:rFonts w:ascii="Times New Roman" w:hAnsi="Times New Roman" w:cs="Times New Roman"/>
        </w:rPr>
        <w:t>pri ranných hrách a dopoludňajších cielených vzdelávacích aktivitách všetky deti,</w:t>
      </w:r>
    </w:p>
    <w:p w14:paraId="2297E874" w14:textId="7EEFF852" w:rsidR="000A3713" w:rsidRPr="00851F21" w:rsidRDefault="00D454F6" w:rsidP="00FE5BF0">
      <w:pPr>
        <w:pStyle w:val="Odsekzoznamu"/>
        <w:numPr>
          <w:ilvl w:val="0"/>
          <w:numId w:val="28"/>
        </w:numPr>
        <w:spacing w:after="0" w:line="240" w:lineRule="auto"/>
        <w:rPr>
          <w:rFonts w:ascii="Times New Roman" w:hAnsi="Times New Roman" w:cs="Times New Roman"/>
        </w:rPr>
      </w:pPr>
      <w:r w:rsidRPr="00851F21">
        <w:rPr>
          <w:rFonts w:ascii="Times New Roman" w:hAnsi="Times New Roman" w:cs="Times New Roman"/>
        </w:rPr>
        <w:t>pred desiatou a pobytom vonku, pred a po obede i po spánku staršie deti.</w:t>
      </w:r>
    </w:p>
    <w:p w14:paraId="54640092" w14:textId="0FD00F5A" w:rsidR="000A3713" w:rsidRPr="00D454F6" w:rsidRDefault="00D454F6" w:rsidP="00851F21">
      <w:pPr>
        <w:spacing w:after="0" w:line="240" w:lineRule="auto"/>
        <w:jc w:val="both"/>
        <w:rPr>
          <w:rFonts w:ascii="Times New Roman" w:hAnsi="Times New Roman" w:cs="Times New Roman"/>
        </w:rPr>
      </w:pPr>
      <w:r w:rsidRPr="00D454F6">
        <w:rPr>
          <w:rFonts w:ascii="Times New Roman" w:hAnsi="Times New Roman" w:cs="Times New Roman"/>
        </w:rPr>
        <w:t>V umyvárni na poschodí majú deti obidvoch tried uteráky označené pridelenou značkou, na</w:t>
      </w:r>
      <w:r w:rsidR="00FF62E4">
        <w:rPr>
          <w:rFonts w:ascii="Times New Roman" w:hAnsi="Times New Roman" w:cs="Times New Roman"/>
        </w:rPr>
        <w:t xml:space="preserve"> </w:t>
      </w:r>
      <w:r w:rsidRPr="00D454F6">
        <w:rPr>
          <w:rFonts w:ascii="Times New Roman" w:hAnsi="Times New Roman" w:cs="Times New Roman"/>
        </w:rPr>
        <w:t>prízemí sú zavesené uteráky iba pre triedu mladších deti.</w:t>
      </w:r>
    </w:p>
    <w:p w14:paraId="76C91A17" w14:textId="0A5FC1CE" w:rsidR="000A3713" w:rsidRPr="00D454F6" w:rsidRDefault="00D454F6" w:rsidP="00851F21">
      <w:pPr>
        <w:spacing w:after="0" w:line="240" w:lineRule="auto"/>
        <w:jc w:val="both"/>
        <w:rPr>
          <w:rFonts w:ascii="Times New Roman" w:hAnsi="Times New Roman" w:cs="Times New Roman"/>
        </w:rPr>
      </w:pPr>
      <w:r w:rsidRPr="00D454F6">
        <w:rPr>
          <w:rFonts w:ascii="Times New Roman" w:hAnsi="Times New Roman" w:cs="Times New Roman"/>
        </w:rPr>
        <w:t>Umyváreň na prízemí využívajú pred desiatou a pobytom vonku, pred a po obede i po spánku</w:t>
      </w:r>
      <w:r w:rsidR="00FF62E4">
        <w:rPr>
          <w:rFonts w:ascii="Times New Roman" w:hAnsi="Times New Roman" w:cs="Times New Roman"/>
        </w:rPr>
        <w:t xml:space="preserve"> </w:t>
      </w:r>
      <w:r w:rsidRPr="00D454F6">
        <w:rPr>
          <w:rFonts w:ascii="Times New Roman" w:hAnsi="Times New Roman" w:cs="Times New Roman"/>
        </w:rPr>
        <w:t>mladšie deti.</w:t>
      </w:r>
      <w:r w:rsidR="00FF62E4">
        <w:rPr>
          <w:rFonts w:ascii="Times New Roman" w:hAnsi="Times New Roman" w:cs="Times New Roman"/>
        </w:rPr>
        <w:t xml:space="preserve"> </w:t>
      </w:r>
      <w:r w:rsidRPr="00D454F6">
        <w:rPr>
          <w:rFonts w:ascii="Times New Roman" w:hAnsi="Times New Roman" w:cs="Times New Roman"/>
        </w:rPr>
        <w:t>Dievčence majú svoj vlastný hrebeň na česanie dlhších vlasov vo vlastnom obale.</w:t>
      </w:r>
    </w:p>
    <w:p w14:paraId="1BFAD0DB" w14:textId="77777777" w:rsidR="00135483" w:rsidRDefault="00135483" w:rsidP="00CB7CC1">
      <w:pPr>
        <w:spacing w:after="0" w:line="240" w:lineRule="auto"/>
        <w:rPr>
          <w:rFonts w:ascii="Times New Roman" w:hAnsi="Times New Roman" w:cs="Times New Roman"/>
        </w:rPr>
      </w:pPr>
    </w:p>
    <w:p w14:paraId="5C413CC4" w14:textId="62133092" w:rsidR="000A3713" w:rsidRPr="00D454F6" w:rsidRDefault="00D454F6" w:rsidP="00FF62E4">
      <w:pPr>
        <w:spacing w:after="0" w:line="240" w:lineRule="auto"/>
        <w:jc w:val="both"/>
        <w:rPr>
          <w:rFonts w:ascii="Times New Roman" w:hAnsi="Times New Roman" w:cs="Times New Roman"/>
        </w:rPr>
      </w:pPr>
      <w:r w:rsidRPr="00FF62E4">
        <w:rPr>
          <w:rFonts w:ascii="Times New Roman" w:hAnsi="Times New Roman" w:cs="Times New Roman"/>
          <w:b/>
          <w:bCs/>
        </w:rPr>
        <w:t>8.2</w:t>
      </w:r>
      <w:r w:rsidRPr="00D454F6">
        <w:rPr>
          <w:rFonts w:ascii="Times New Roman" w:hAnsi="Times New Roman" w:cs="Times New Roman"/>
        </w:rPr>
        <w:t xml:space="preserve"> Za pravidelnú týždennú výmenu uterákov, suchú podlahu a hygienu umyvárne a WC</w:t>
      </w:r>
      <w:r w:rsidR="00FF62E4">
        <w:rPr>
          <w:rFonts w:ascii="Times New Roman" w:hAnsi="Times New Roman" w:cs="Times New Roman"/>
        </w:rPr>
        <w:t xml:space="preserve"> </w:t>
      </w:r>
      <w:r w:rsidRPr="00D454F6">
        <w:rPr>
          <w:rFonts w:ascii="Times New Roman" w:hAnsi="Times New Roman" w:cs="Times New Roman"/>
        </w:rPr>
        <w:t>zodpovedá školníčka.</w:t>
      </w:r>
      <w:r w:rsidR="00FF62E4">
        <w:rPr>
          <w:rFonts w:ascii="Times New Roman" w:hAnsi="Times New Roman" w:cs="Times New Roman"/>
        </w:rPr>
        <w:t xml:space="preserve"> </w:t>
      </w:r>
      <w:r w:rsidRPr="00D454F6">
        <w:rPr>
          <w:rFonts w:ascii="Times New Roman" w:hAnsi="Times New Roman" w:cs="Times New Roman"/>
        </w:rPr>
        <w:t>Deti sa v umyvárni spravidla zdržiavajú len v prítomnosti učiteľky, ktorá ich učí základným</w:t>
      </w:r>
      <w:r w:rsidR="00FF62E4">
        <w:rPr>
          <w:rFonts w:ascii="Times New Roman" w:hAnsi="Times New Roman" w:cs="Times New Roman"/>
        </w:rPr>
        <w:t xml:space="preserve"> </w:t>
      </w:r>
      <w:r w:rsidRPr="00D454F6">
        <w:rPr>
          <w:rFonts w:ascii="Times New Roman" w:hAnsi="Times New Roman" w:cs="Times New Roman"/>
        </w:rPr>
        <w:t>hygienickým návykom a sebaobsluhe.</w:t>
      </w:r>
    </w:p>
    <w:p w14:paraId="7BDC3234" w14:textId="275D2EFE" w:rsidR="000A3713" w:rsidRPr="00D454F6" w:rsidRDefault="00D454F6" w:rsidP="00FF62E4">
      <w:pPr>
        <w:spacing w:after="0" w:line="240" w:lineRule="auto"/>
        <w:jc w:val="both"/>
        <w:rPr>
          <w:rFonts w:ascii="Times New Roman" w:hAnsi="Times New Roman" w:cs="Times New Roman"/>
        </w:rPr>
      </w:pPr>
      <w:r w:rsidRPr="00D454F6">
        <w:rPr>
          <w:rFonts w:ascii="Times New Roman" w:hAnsi="Times New Roman" w:cs="Times New Roman"/>
        </w:rPr>
        <w:t>Za  celkovú   organizáciu   pobytu   detí   v umyvárni,   uzatvorenie   vody,   spláchnutie  WC</w:t>
      </w:r>
      <w:r w:rsidR="00FF62E4">
        <w:rPr>
          <w:rFonts w:ascii="Times New Roman" w:hAnsi="Times New Roman" w:cs="Times New Roman"/>
        </w:rPr>
        <w:t xml:space="preserve"> </w:t>
      </w:r>
      <w:r w:rsidRPr="00D454F6">
        <w:rPr>
          <w:rFonts w:ascii="Times New Roman" w:hAnsi="Times New Roman" w:cs="Times New Roman"/>
        </w:rPr>
        <w:t>a dodržiavanie  príslušných</w:t>
      </w:r>
      <w:r w:rsidR="00135483">
        <w:rPr>
          <w:rFonts w:ascii="Times New Roman" w:hAnsi="Times New Roman" w:cs="Times New Roman"/>
        </w:rPr>
        <w:t xml:space="preserve"> </w:t>
      </w:r>
      <w:r w:rsidRPr="00D454F6">
        <w:rPr>
          <w:rFonts w:ascii="Times New Roman" w:hAnsi="Times New Roman" w:cs="Times New Roman"/>
        </w:rPr>
        <w:t>hygienických, zdravotných a bezpečnostných</w:t>
      </w:r>
      <w:r w:rsidR="00FF62E4">
        <w:rPr>
          <w:rFonts w:ascii="Times New Roman" w:hAnsi="Times New Roman" w:cs="Times New Roman"/>
        </w:rPr>
        <w:t xml:space="preserve"> </w:t>
      </w:r>
      <w:r w:rsidRPr="00D454F6">
        <w:rPr>
          <w:rFonts w:ascii="Times New Roman" w:hAnsi="Times New Roman" w:cs="Times New Roman"/>
        </w:rPr>
        <w:t>predpisov</w:t>
      </w:r>
      <w:r w:rsidR="00135483">
        <w:rPr>
          <w:rFonts w:ascii="Times New Roman" w:hAnsi="Times New Roman" w:cs="Times New Roman"/>
        </w:rPr>
        <w:t xml:space="preserve"> </w:t>
      </w:r>
      <w:r w:rsidRPr="00D454F6">
        <w:rPr>
          <w:rFonts w:ascii="Times New Roman" w:hAnsi="Times New Roman" w:cs="Times New Roman"/>
        </w:rPr>
        <w:t>zodpovedá  učiteľka  príslušnej  triedy.</w:t>
      </w:r>
    </w:p>
    <w:p w14:paraId="181F3914" w14:textId="77777777" w:rsidR="00135483" w:rsidRPr="00D454F6" w:rsidRDefault="00135483" w:rsidP="00FF62E4">
      <w:pPr>
        <w:spacing w:after="0" w:line="240" w:lineRule="auto"/>
        <w:jc w:val="both"/>
        <w:rPr>
          <w:rFonts w:ascii="Times New Roman" w:hAnsi="Times New Roman" w:cs="Times New Roman"/>
        </w:rPr>
      </w:pPr>
    </w:p>
    <w:p w14:paraId="00DD6918" w14:textId="77777777" w:rsidR="000A3713" w:rsidRPr="00135483" w:rsidRDefault="00D454F6" w:rsidP="00135483">
      <w:pPr>
        <w:spacing w:after="0" w:line="240" w:lineRule="auto"/>
        <w:jc w:val="center"/>
        <w:rPr>
          <w:rFonts w:ascii="Times New Roman" w:hAnsi="Times New Roman" w:cs="Times New Roman"/>
          <w:b/>
        </w:rPr>
      </w:pPr>
      <w:r w:rsidRPr="00135483">
        <w:rPr>
          <w:rFonts w:ascii="Times New Roman" w:hAnsi="Times New Roman" w:cs="Times New Roman"/>
          <w:b/>
        </w:rPr>
        <w:t>Článok 9</w:t>
      </w:r>
    </w:p>
    <w:p w14:paraId="4915735E" w14:textId="77777777" w:rsidR="000A3713" w:rsidRPr="00135483" w:rsidRDefault="00D454F6" w:rsidP="00135483">
      <w:pPr>
        <w:spacing w:after="0" w:line="240" w:lineRule="auto"/>
        <w:jc w:val="center"/>
        <w:rPr>
          <w:rFonts w:ascii="Times New Roman" w:hAnsi="Times New Roman" w:cs="Times New Roman"/>
          <w:b/>
        </w:rPr>
      </w:pPr>
      <w:r w:rsidRPr="00135483">
        <w:rPr>
          <w:rFonts w:ascii="Times New Roman" w:hAnsi="Times New Roman" w:cs="Times New Roman"/>
          <w:b/>
        </w:rPr>
        <w:t>Pobyt vonku</w:t>
      </w:r>
    </w:p>
    <w:p w14:paraId="470C2BAC" w14:textId="5142190A" w:rsidR="000A3713" w:rsidRPr="00D454F6" w:rsidRDefault="00D454F6" w:rsidP="00FF62E4">
      <w:pPr>
        <w:spacing w:after="0" w:line="240" w:lineRule="auto"/>
        <w:jc w:val="both"/>
        <w:rPr>
          <w:rFonts w:ascii="Times New Roman" w:hAnsi="Times New Roman" w:cs="Times New Roman"/>
        </w:rPr>
      </w:pPr>
      <w:r w:rsidRPr="00135483">
        <w:rPr>
          <w:rFonts w:ascii="Times New Roman" w:hAnsi="Times New Roman" w:cs="Times New Roman"/>
          <w:b/>
        </w:rPr>
        <w:t>9.1</w:t>
      </w:r>
      <w:r w:rsidRPr="0036313D">
        <w:rPr>
          <w:rFonts w:ascii="Times New Roman" w:hAnsi="Times New Roman" w:cs="Times New Roman"/>
          <w:b/>
        </w:rPr>
        <w:t>. Pobyt vonku obsahuje pohybové aktivity detí</w:t>
      </w:r>
      <w:r w:rsidRPr="00D454F6">
        <w:rPr>
          <w:rFonts w:ascii="Times New Roman" w:hAnsi="Times New Roman" w:cs="Times New Roman"/>
        </w:rPr>
        <w:t xml:space="preserve"> v rámci školského dvora alebo vychádzky.</w:t>
      </w:r>
      <w:r w:rsidR="00FF62E4">
        <w:rPr>
          <w:rFonts w:ascii="Times New Roman" w:hAnsi="Times New Roman" w:cs="Times New Roman"/>
        </w:rPr>
        <w:t xml:space="preserve"> </w:t>
      </w:r>
      <w:r w:rsidRPr="00D454F6">
        <w:rPr>
          <w:rFonts w:ascii="Times New Roman" w:hAnsi="Times New Roman" w:cs="Times New Roman"/>
        </w:rPr>
        <w:t>Počas pobytu vonku je učiteľka povinná zabezpečiť deťom plnohodnotnú, organizovanú</w:t>
      </w:r>
      <w:r w:rsidR="00FF62E4">
        <w:rPr>
          <w:rFonts w:ascii="Times New Roman" w:hAnsi="Times New Roman" w:cs="Times New Roman"/>
        </w:rPr>
        <w:t xml:space="preserve"> </w:t>
      </w:r>
      <w:r w:rsidRPr="00D454F6">
        <w:rPr>
          <w:rFonts w:ascii="Times New Roman" w:hAnsi="Times New Roman" w:cs="Times New Roman"/>
        </w:rPr>
        <w:t>činnosť, venuje deťom zvýšenú pozornosť, dodržiava požiadavky bezpečnosti a ochrany ich</w:t>
      </w:r>
      <w:r w:rsidR="00FF62E4">
        <w:rPr>
          <w:rFonts w:ascii="Times New Roman" w:hAnsi="Times New Roman" w:cs="Times New Roman"/>
        </w:rPr>
        <w:t xml:space="preserve"> </w:t>
      </w:r>
      <w:r w:rsidRPr="00D454F6">
        <w:rPr>
          <w:rFonts w:ascii="Times New Roman" w:hAnsi="Times New Roman" w:cs="Times New Roman"/>
        </w:rPr>
        <w:t>zdravia v zmysle príslušných všeobecne záväzných právnych predpisov a pokynov riaditeľky.</w:t>
      </w:r>
      <w:r w:rsidR="00FF62E4">
        <w:rPr>
          <w:rFonts w:ascii="Times New Roman" w:hAnsi="Times New Roman" w:cs="Times New Roman"/>
        </w:rPr>
        <w:t xml:space="preserve"> </w:t>
      </w:r>
      <w:r w:rsidRPr="00D454F6">
        <w:rPr>
          <w:rFonts w:ascii="Times New Roman" w:hAnsi="Times New Roman" w:cs="Times New Roman"/>
        </w:rPr>
        <w:t>Jednotlivé triedy podľa možností využívajú rôzne plochy určené na pobyt vonku, a tým</w:t>
      </w:r>
      <w:r w:rsidR="00FF62E4">
        <w:rPr>
          <w:rFonts w:ascii="Times New Roman" w:hAnsi="Times New Roman" w:cs="Times New Roman"/>
        </w:rPr>
        <w:t xml:space="preserve"> </w:t>
      </w:r>
      <w:r w:rsidRPr="00D454F6">
        <w:rPr>
          <w:rFonts w:ascii="Times New Roman" w:hAnsi="Times New Roman" w:cs="Times New Roman"/>
        </w:rPr>
        <w:t>predchádzajú veľkému počtu detí na jednej ploche. Trieda mladších detí využíva priestor</w:t>
      </w:r>
      <w:r w:rsidR="00FF62E4">
        <w:rPr>
          <w:rFonts w:ascii="Times New Roman" w:hAnsi="Times New Roman" w:cs="Times New Roman"/>
        </w:rPr>
        <w:t xml:space="preserve"> </w:t>
      </w:r>
      <w:r w:rsidRPr="00D454F6">
        <w:rPr>
          <w:rFonts w:ascii="Times New Roman" w:hAnsi="Times New Roman" w:cs="Times New Roman"/>
        </w:rPr>
        <w:t>školského dvora od základnej školy, trieda starších detí priestor školského dvora od poľa. Po</w:t>
      </w:r>
      <w:r w:rsidR="00FF62E4">
        <w:rPr>
          <w:rFonts w:ascii="Times New Roman" w:hAnsi="Times New Roman" w:cs="Times New Roman"/>
        </w:rPr>
        <w:t xml:space="preserve"> </w:t>
      </w:r>
      <w:r w:rsidRPr="00D454F6">
        <w:rPr>
          <w:rFonts w:ascii="Times New Roman" w:hAnsi="Times New Roman" w:cs="Times New Roman"/>
        </w:rPr>
        <w:t>dohode sa môžu niekedy priestory vystriedať pre zmenu záhradného náradia a atraktivitu u detí.</w:t>
      </w:r>
    </w:p>
    <w:p w14:paraId="4B8A6F93" w14:textId="18301325" w:rsidR="000A3713" w:rsidRPr="00D454F6" w:rsidRDefault="00D454F6" w:rsidP="00FF62E4">
      <w:pPr>
        <w:spacing w:after="0" w:line="240" w:lineRule="auto"/>
        <w:jc w:val="both"/>
        <w:rPr>
          <w:rFonts w:ascii="Times New Roman" w:hAnsi="Times New Roman" w:cs="Times New Roman"/>
        </w:rPr>
      </w:pPr>
      <w:r w:rsidRPr="00D454F6">
        <w:rPr>
          <w:rFonts w:ascii="Times New Roman" w:hAnsi="Times New Roman" w:cs="Times New Roman"/>
        </w:rPr>
        <w:t>Pobyt vonku učiteľka premyslí a plánuje tak, aby bol pre deti zaujímavý a príťažlivý.</w:t>
      </w:r>
      <w:r w:rsidR="00FF62E4">
        <w:rPr>
          <w:rFonts w:ascii="Times New Roman" w:hAnsi="Times New Roman" w:cs="Times New Roman"/>
        </w:rPr>
        <w:t xml:space="preserve"> N</w:t>
      </w:r>
      <w:r w:rsidRPr="00D454F6">
        <w:rPr>
          <w:rFonts w:ascii="Times New Roman" w:hAnsi="Times New Roman" w:cs="Times New Roman"/>
        </w:rPr>
        <w:t>eodmysliteľnými činnosťami počas pobytu vonku sú tvorivé hry s pieskom a s náradím do</w:t>
      </w:r>
      <w:r w:rsidR="00FF62E4">
        <w:rPr>
          <w:rFonts w:ascii="Times New Roman" w:hAnsi="Times New Roman" w:cs="Times New Roman"/>
        </w:rPr>
        <w:t xml:space="preserve"> </w:t>
      </w:r>
      <w:r w:rsidRPr="00D454F6">
        <w:rPr>
          <w:rFonts w:ascii="Times New Roman" w:hAnsi="Times New Roman" w:cs="Times New Roman"/>
        </w:rPr>
        <w:t>piesku,   pohybové   hry   s loptami,   využívanie   drevených   a železných   preliezačiek a</w:t>
      </w:r>
      <w:r w:rsidR="00FF62E4">
        <w:rPr>
          <w:rFonts w:ascii="Times New Roman" w:hAnsi="Times New Roman" w:cs="Times New Roman"/>
        </w:rPr>
        <w:t xml:space="preserve"> </w:t>
      </w:r>
      <w:r w:rsidRPr="00D454F6">
        <w:rPr>
          <w:rFonts w:ascii="Times New Roman" w:hAnsi="Times New Roman" w:cs="Times New Roman"/>
        </w:rPr>
        <w:lastRenderedPageBreak/>
        <w:t>šmýkačky, kolotoča a hojdačiek, pohybové, športové a hudobno-pohybové hry, kreslenie</w:t>
      </w:r>
      <w:r w:rsidR="00FF62E4">
        <w:rPr>
          <w:rFonts w:ascii="Times New Roman" w:hAnsi="Times New Roman" w:cs="Times New Roman"/>
        </w:rPr>
        <w:t xml:space="preserve"> </w:t>
      </w:r>
      <w:r w:rsidRPr="00D454F6">
        <w:rPr>
          <w:rFonts w:ascii="Times New Roman" w:hAnsi="Times New Roman" w:cs="Times New Roman"/>
        </w:rPr>
        <w:t>kriedovým pastelom na betón a podobne.</w:t>
      </w:r>
    </w:p>
    <w:p w14:paraId="50D96719" w14:textId="240D379E" w:rsidR="000A3713" w:rsidRPr="00D454F6" w:rsidRDefault="00D454F6" w:rsidP="00FF62E4">
      <w:pPr>
        <w:spacing w:after="0" w:line="240" w:lineRule="auto"/>
        <w:jc w:val="both"/>
        <w:rPr>
          <w:rFonts w:ascii="Times New Roman" w:hAnsi="Times New Roman" w:cs="Times New Roman"/>
        </w:rPr>
      </w:pPr>
      <w:r w:rsidRPr="00D454F6">
        <w:rPr>
          <w:rFonts w:ascii="Times New Roman" w:hAnsi="Times New Roman" w:cs="Times New Roman"/>
        </w:rPr>
        <w:t>Pobyt vonku sa uskutočňuje aj za menej priaznivého počasia, je preto potrebné deti v každom</w:t>
      </w:r>
      <w:r w:rsidR="00FF62E4">
        <w:rPr>
          <w:rFonts w:ascii="Times New Roman" w:hAnsi="Times New Roman" w:cs="Times New Roman"/>
        </w:rPr>
        <w:t xml:space="preserve"> </w:t>
      </w:r>
      <w:r w:rsidRPr="00D454F6">
        <w:rPr>
          <w:rFonts w:ascii="Times New Roman" w:hAnsi="Times New Roman" w:cs="Times New Roman"/>
        </w:rPr>
        <w:t>počasí primerane obliekať a obúvať (v skrinke môže byť oblečenie pre rôzny prípad).</w:t>
      </w:r>
      <w:r w:rsidR="00FF62E4">
        <w:rPr>
          <w:rFonts w:ascii="Times New Roman" w:hAnsi="Times New Roman" w:cs="Times New Roman"/>
        </w:rPr>
        <w:t xml:space="preserve"> </w:t>
      </w:r>
      <w:r w:rsidRPr="00D454F6">
        <w:rPr>
          <w:rFonts w:ascii="Times New Roman" w:hAnsi="Times New Roman" w:cs="Times New Roman"/>
        </w:rPr>
        <w:t>Pred vstupom na dvor školníčka skontroluje areál školského dvora, podľa potreby odstráni</w:t>
      </w:r>
      <w:r w:rsidR="00FF62E4">
        <w:rPr>
          <w:rFonts w:ascii="Times New Roman" w:hAnsi="Times New Roman" w:cs="Times New Roman"/>
        </w:rPr>
        <w:t xml:space="preserve"> </w:t>
      </w:r>
      <w:r w:rsidRPr="00D454F6">
        <w:rPr>
          <w:rFonts w:ascii="Times New Roman" w:hAnsi="Times New Roman" w:cs="Times New Roman"/>
        </w:rPr>
        <w:t>všetky nebezpečné predmety a odpadky.</w:t>
      </w:r>
    </w:p>
    <w:p w14:paraId="3A4AF481" w14:textId="7BC7D6AF" w:rsidR="000A3713" w:rsidRPr="00D454F6" w:rsidRDefault="00D454F6" w:rsidP="00FF62E4">
      <w:pPr>
        <w:spacing w:after="0" w:line="240" w:lineRule="auto"/>
        <w:jc w:val="both"/>
        <w:rPr>
          <w:rFonts w:ascii="Times New Roman" w:hAnsi="Times New Roman" w:cs="Times New Roman"/>
        </w:rPr>
      </w:pPr>
      <w:r w:rsidRPr="00D454F6">
        <w:rPr>
          <w:rFonts w:ascii="Times New Roman" w:hAnsi="Times New Roman" w:cs="Times New Roman"/>
        </w:rPr>
        <w:t>Pri výstupe na poschodie i  zostupe dolu učiteľka zoradí deti do jedného zástupu. Deti sa pri</w:t>
      </w:r>
      <w:r w:rsidR="00FF62E4">
        <w:rPr>
          <w:rFonts w:ascii="Times New Roman" w:hAnsi="Times New Roman" w:cs="Times New Roman"/>
        </w:rPr>
        <w:t xml:space="preserve"> </w:t>
      </w:r>
      <w:r w:rsidRPr="00D454F6">
        <w:rPr>
          <w:rFonts w:ascii="Times New Roman" w:hAnsi="Times New Roman" w:cs="Times New Roman"/>
        </w:rPr>
        <w:t>chôdzi pridŕžajú zábradlia.</w:t>
      </w:r>
    </w:p>
    <w:p w14:paraId="6892C716" w14:textId="77777777" w:rsidR="00135483" w:rsidRDefault="00135483" w:rsidP="00CB7CC1">
      <w:pPr>
        <w:spacing w:after="0" w:line="240" w:lineRule="auto"/>
        <w:rPr>
          <w:rFonts w:ascii="Times New Roman" w:hAnsi="Times New Roman" w:cs="Times New Roman"/>
          <w:b/>
        </w:rPr>
      </w:pPr>
    </w:p>
    <w:p w14:paraId="61EC891B" w14:textId="77777777" w:rsidR="000A3713" w:rsidRPr="0036313D" w:rsidRDefault="00D454F6" w:rsidP="00CB7CC1">
      <w:pPr>
        <w:spacing w:after="0" w:line="240" w:lineRule="auto"/>
        <w:rPr>
          <w:rFonts w:ascii="Times New Roman" w:hAnsi="Times New Roman" w:cs="Times New Roman"/>
          <w:b/>
        </w:rPr>
      </w:pPr>
      <w:r w:rsidRPr="00135483">
        <w:rPr>
          <w:rFonts w:ascii="Times New Roman" w:hAnsi="Times New Roman" w:cs="Times New Roman"/>
          <w:b/>
        </w:rPr>
        <w:t>9.2.</w:t>
      </w:r>
      <w:r w:rsidRPr="00D454F6">
        <w:rPr>
          <w:rFonts w:ascii="Times New Roman" w:hAnsi="Times New Roman" w:cs="Times New Roman"/>
        </w:rPr>
        <w:t xml:space="preserve"> </w:t>
      </w:r>
      <w:r w:rsidRPr="0036313D">
        <w:rPr>
          <w:rFonts w:ascii="Times New Roman" w:hAnsi="Times New Roman" w:cs="Times New Roman"/>
          <w:b/>
        </w:rPr>
        <w:t>Pobyt vonku počas letných mesiacov</w:t>
      </w:r>
    </w:p>
    <w:p w14:paraId="1472B326" w14:textId="39AF2AA4" w:rsidR="000A3713" w:rsidRPr="00D454F6" w:rsidRDefault="00D454F6" w:rsidP="00872019">
      <w:pPr>
        <w:spacing w:after="0" w:line="240" w:lineRule="auto"/>
        <w:jc w:val="both"/>
        <w:rPr>
          <w:rFonts w:ascii="Times New Roman" w:hAnsi="Times New Roman" w:cs="Times New Roman"/>
        </w:rPr>
      </w:pPr>
      <w:r w:rsidRPr="00D454F6">
        <w:rPr>
          <w:rFonts w:ascii="Times New Roman" w:hAnsi="Times New Roman" w:cs="Times New Roman"/>
        </w:rPr>
        <w:t>V jarných a letných mesiacoch sa pobyt vonku na priamom slnečnom žiarení upravuje</w:t>
      </w:r>
      <w:r w:rsidR="00872019">
        <w:rPr>
          <w:rFonts w:ascii="Times New Roman" w:hAnsi="Times New Roman" w:cs="Times New Roman"/>
        </w:rPr>
        <w:t xml:space="preserve"> </w:t>
      </w:r>
      <w:r w:rsidRPr="00D454F6">
        <w:rPr>
          <w:rFonts w:ascii="Times New Roman" w:hAnsi="Times New Roman" w:cs="Times New Roman"/>
        </w:rPr>
        <w:t>vzhľadom na intenzitu slnečného žiarenia a zaraďuje sa 2 krát počas dňa, dopoludnia do 11.00</w:t>
      </w:r>
      <w:r w:rsidR="00872019">
        <w:rPr>
          <w:rFonts w:ascii="Times New Roman" w:hAnsi="Times New Roman" w:cs="Times New Roman"/>
        </w:rPr>
        <w:t xml:space="preserve"> </w:t>
      </w:r>
      <w:r w:rsidRPr="00D454F6">
        <w:rPr>
          <w:rFonts w:ascii="Times New Roman" w:hAnsi="Times New Roman" w:cs="Times New Roman"/>
        </w:rPr>
        <w:t>hodiny a odpoludnia po 15.00 hodine. Od 11. Hodiny do 15.00 hodín sa v tomto prípade</w:t>
      </w:r>
      <w:r w:rsidR="00872019">
        <w:rPr>
          <w:rFonts w:ascii="Times New Roman" w:hAnsi="Times New Roman" w:cs="Times New Roman"/>
        </w:rPr>
        <w:t xml:space="preserve"> </w:t>
      </w:r>
      <w:r w:rsidRPr="00D454F6">
        <w:rPr>
          <w:rFonts w:ascii="Times New Roman" w:hAnsi="Times New Roman" w:cs="Times New Roman"/>
        </w:rPr>
        <w:t>obmedzuje na minimum.</w:t>
      </w:r>
    </w:p>
    <w:p w14:paraId="467F8BEE" w14:textId="73568F95" w:rsidR="000A3713" w:rsidRPr="00D454F6" w:rsidRDefault="00D454F6" w:rsidP="00872019">
      <w:pPr>
        <w:spacing w:after="0" w:line="240" w:lineRule="auto"/>
        <w:jc w:val="both"/>
        <w:rPr>
          <w:rFonts w:ascii="Times New Roman" w:hAnsi="Times New Roman" w:cs="Times New Roman"/>
        </w:rPr>
      </w:pPr>
      <w:r w:rsidRPr="00D454F6">
        <w:rPr>
          <w:rFonts w:ascii="Times New Roman" w:hAnsi="Times New Roman" w:cs="Times New Roman"/>
        </w:rPr>
        <w:t>V čase letných mesiacov s vysokými dennými teplotami musia mať deti pri pobyte vonku</w:t>
      </w:r>
      <w:r w:rsidR="00872019">
        <w:rPr>
          <w:rFonts w:ascii="Times New Roman" w:hAnsi="Times New Roman" w:cs="Times New Roman"/>
        </w:rPr>
        <w:t xml:space="preserve"> </w:t>
      </w:r>
      <w:r w:rsidRPr="00D454F6">
        <w:rPr>
          <w:rFonts w:ascii="Times New Roman" w:hAnsi="Times New Roman" w:cs="Times New Roman"/>
        </w:rPr>
        <w:t>hlavu krytú vhodným doplnkom (šiltovkou, klobúkom a pod.), aby sa predišlo úpalu.</w:t>
      </w:r>
      <w:r w:rsidR="00872019">
        <w:rPr>
          <w:rFonts w:ascii="Times New Roman" w:hAnsi="Times New Roman" w:cs="Times New Roman"/>
        </w:rPr>
        <w:t xml:space="preserve"> </w:t>
      </w:r>
      <w:r w:rsidRPr="00D454F6">
        <w:rPr>
          <w:rFonts w:ascii="Times New Roman" w:hAnsi="Times New Roman" w:cs="Times New Roman"/>
        </w:rPr>
        <w:t>Oblečenie majú mať vzdušné, z prírodných materiálov. Ak majú v skrinke ochranný opaľovací</w:t>
      </w:r>
      <w:r w:rsidR="00872019">
        <w:rPr>
          <w:rFonts w:ascii="Times New Roman" w:hAnsi="Times New Roman" w:cs="Times New Roman"/>
        </w:rPr>
        <w:t xml:space="preserve"> </w:t>
      </w:r>
      <w:r w:rsidRPr="00D454F6">
        <w:rPr>
          <w:rFonts w:ascii="Times New Roman" w:hAnsi="Times New Roman" w:cs="Times New Roman"/>
        </w:rPr>
        <w:t>krém a učiteľka je o tom informovaná, pred odchodom von ho dieťaťu pomôže použiť. Deky sa</w:t>
      </w:r>
      <w:r w:rsidR="00872019">
        <w:rPr>
          <w:rFonts w:ascii="Times New Roman" w:hAnsi="Times New Roman" w:cs="Times New Roman"/>
        </w:rPr>
        <w:t xml:space="preserve"> </w:t>
      </w:r>
      <w:r w:rsidRPr="00D454F6">
        <w:rPr>
          <w:rFonts w:ascii="Times New Roman" w:hAnsi="Times New Roman" w:cs="Times New Roman"/>
        </w:rPr>
        <w:t>deťom umiestňujú do chládku a pieskoviská sa tienia tiež slnečníkmi.</w:t>
      </w:r>
      <w:r w:rsidR="00872019">
        <w:rPr>
          <w:rFonts w:ascii="Times New Roman" w:hAnsi="Times New Roman" w:cs="Times New Roman"/>
        </w:rPr>
        <w:t xml:space="preserve"> </w:t>
      </w:r>
      <w:r w:rsidRPr="00D454F6">
        <w:rPr>
          <w:rFonts w:ascii="Times New Roman" w:hAnsi="Times New Roman" w:cs="Times New Roman"/>
        </w:rPr>
        <w:t>Deti majú v plnej miere zabezpečený pitný režim aj vonku za teplého počasia pohármi</w:t>
      </w:r>
      <w:r w:rsidR="00872019">
        <w:rPr>
          <w:rFonts w:ascii="Times New Roman" w:hAnsi="Times New Roman" w:cs="Times New Roman"/>
        </w:rPr>
        <w:t xml:space="preserve"> </w:t>
      </w:r>
      <w:r w:rsidRPr="00D454F6">
        <w:rPr>
          <w:rFonts w:ascii="Times New Roman" w:hAnsi="Times New Roman" w:cs="Times New Roman"/>
        </w:rPr>
        <w:t>s vlastnou značkou.</w:t>
      </w:r>
    </w:p>
    <w:p w14:paraId="26280E17" w14:textId="77777777" w:rsidR="0036313D" w:rsidRDefault="0036313D" w:rsidP="00CB7CC1">
      <w:pPr>
        <w:spacing w:after="0" w:line="240" w:lineRule="auto"/>
        <w:rPr>
          <w:rFonts w:ascii="Times New Roman" w:hAnsi="Times New Roman" w:cs="Times New Roman"/>
          <w:b/>
        </w:rPr>
      </w:pPr>
    </w:p>
    <w:p w14:paraId="69B16005" w14:textId="77777777" w:rsidR="000A3713" w:rsidRPr="00D454F6" w:rsidRDefault="00D454F6" w:rsidP="00CB7CC1">
      <w:pPr>
        <w:spacing w:after="0" w:line="240" w:lineRule="auto"/>
        <w:rPr>
          <w:rFonts w:ascii="Times New Roman" w:hAnsi="Times New Roman" w:cs="Times New Roman"/>
        </w:rPr>
      </w:pPr>
      <w:r w:rsidRPr="0036313D">
        <w:rPr>
          <w:rFonts w:ascii="Times New Roman" w:hAnsi="Times New Roman" w:cs="Times New Roman"/>
          <w:b/>
        </w:rPr>
        <w:t>9.3</w:t>
      </w:r>
      <w:r w:rsidRPr="00D454F6">
        <w:rPr>
          <w:rFonts w:ascii="Times New Roman" w:hAnsi="Times New Roman" w:cs="Times New Roman"/>
        </w:rPr>
        <w:t xml:space="preserve"> </w:t>
      </w:r>
      <w:r w:rsidRPr="0036313D">
        <w:rPr>
          <w:rFonts w:ascii="Times New Roman" w:hAnsi="Times New Roman" w:cs="Times New Roman"/>
          <w:b/>
        </w:rPr>
        <w:t>Vychádzky</w:t>
      </w:r>
    </w:p>
    <w:p w14:paraId="62EC20B2" w14:textId="683799B0" w:rsidR="000A3713" w:rsidRPr="00D454F6" w:rsidRDefault="00D454F6" w:rsidP="00482178">
      <w:pPr>
        <w:spacing w:after="0" w:line="240" w:lineRule="auto"/>
        <w:jc w:val="both"/>
        <w:rPr>
          <w:rFonts w:ascii="Times New Roman" w:hAnsi="Times New Roman" w:cs="Times New Roman"/>
        </w:rPr>
      </w:pPr>
      <w:r w:rsidRPr="00D454F6">
        <w:rPr>
          <w:rFonts w:ascii="Times New Roman" w:hAnsi="Times New Roman" w:cs="Times New Roman"/>
        </w:rPr>
        <w:t>Na vychádzke ide učiteľka obyčajne posledná za deťmi. Pri prechádzaní cez komunikáciu sa</w:t>
      </w:r>
      <w:r w:rsidR="00482178">
        <w:rPr>
          <w:rFonts w:ascii="Times New Roman" w:hAnsi="Times New Roman" w:cs="Times New Roman"/>
        </w:rPr>
        <w:t xml:space="preserve"> </w:t>
      </w:r>
      <w:r w:rsidRPr="00D454F6">
        <w:rPr>
          <w:rFonts w:ascii="Times New Roman" w:hAnsi="Times New Roman" w:cs="Times New Roman"/>
        </w:rPr>
        <w:t>učiteľka dôsledne riadi zásadami ochrany zdravia a bezpečnosti detí. Dáva znamenie terčíkom</w:t>
      </w:r>
      <w:r w:rsidR="00482178">
        <w:rPr>
          <w:rFonts w:ascii="Times New Roman" w:hAnsi="Times New Roman" w:cs="Times New Roman"/>
        </w:rPr>
        <w:t xml:space="preserve"> </w:t>
      </w:r>
      <w:r w:rsidRPr="00D454F6">
        <w:rPr>
          <w:rFonts w:ascii="Times New Roman" w:hAnsi="Times New Roman" w:cs="Times New Roman"/>
        </w:rPr>
        <w:t>na zastavenie premávky, na vozovku vchádza prvá a odchádza posledná.</w:t>
      </w:r>
    </w:p>
    <w:p w14:paraId="5D0412BC" w14:textId="4070D862" w:rsidR="000A3713" w:rsidRPr="00D454F6" w:rsidRDefault="00D454F6" w:rsidP="00482178">
      <w:pPr>
        <w:spacing w:after="0" w:line="240" w:lineRule="auto"/>
        <w:jc w:val="both"/>
        <w:rPr>
          <w:rFonts w:ascii="Times New Roman" w:hAnsi="Times New Roman" w:cs="Times New Roman"/>
        </w:rPr>
      </w:pPr>
      <w:r w:rsidRPr="00D454F6">
        <w:rPr>
          <w:rFonts w:ascii="Times New Roman" w:hAnsi="Times New Roman" w:cs="Times New Roman"/>
        </w:rPr>
        <w:t xml:space="preserve">Na vychádzke nemôže mať pedagogický zamestnanec viac ako </w:t>
      </w:r>
      <w:r w:rsidRPr="0036313D">
        <w:rPr>
          <w:rFonts w:ascii="Times New Roman" w:hAnsi="Times New Roman" w:cs="Times New Roman"/>
          <w:b/>
        </w:rPr>
        <w:t>21 detí od štyroch do piatich</w:t>
      </w:r>
      <w:r w:rsidR="00482178">
        <w:rPr>
          <w:rFonts w:ascii="Times New Roman" w:hAnsi="Times New Roman" w:cs="Times New Roman"/>
          <w:b/>
        </w:rPr>
        <w:t xml:space="preserve"> </w:t>
      </w:r>
      <w:r w:rsidRPr="0036313D">
        <w:rPr>
          <w:rFonts w:ascii="Times New Roman" w:hAnsi="Times New Roman" w:cs="Times New Roman"/>
          <w:b/>
        </w:rPr>
        <w:t>rokov alebo 22 detí starších ako päť rokov.</w:t>
      </w:r>
      <w:r w:rsidRPr="00D454F6">
        <w:rPr>
          <w:rFonts w:ascii="Times New Roman" w:hAnsi="Times New Roman" w:cs="Times New Roman"/>
        </w:rPr>
        <w:t xml:space="preserve"> Pri vyššom počte detí alebo pri činnostiach, ktoré</w:t>
      </w:r>
      <w:r w:rsidR="00482178">
        <w:rPr>
          <w:rFonts w:ascii="Times New Roman" w:hAnsi="Times New Roman" w:cs="Times New Roman"/>
        </w:rPr>
        <w:t xml:space="preserve"> </w:t>
      </w:r>
      <w:r w:rsidRPr="00D454F6">
        <w:rPr>
          <w:rFonts w:ascii="Times New Roman" w:hAnsi="Times New Roman" w:cs="Times New Roman"/>
        </w:rPr>
        <w:t>vyžadujú zvýšený dozor, riaditeľka zabezpečí ďalšieho zamestnanca materskej školy, napr.</w:t>
      </w:r>
      <w:r w:rsidR="00482178">
        <w:rPr>
          <w:rFonts w:ascii="Times New Roman" w:hAnsi="Times New Roman" w:cs="Times New Roman"/>
        </w:rPr>
        <w:t xml:space="preserve"> </w:t>
      </w:r>
      <w:r w:rsidRPr="00D454F6">
        <w:rPr>
          <w:rFonts w:ascii="Times New Roman" w:hAnsi="Times New Roman" w:cs="Times New Roman"/>
        </w:rPr>
        <w:t>(školníčku), ktorý pod vedením učiteľky dbá na bezpečnosť detí.</w:t>
      </w:r>
    </w:p>
    <w:p w14:paraId="0BC8CD4E" w14:textId="0CBAD821" w:rsidR="000A3713" w:rsidRPr="00D454F6" w:rsidRDefault="00D454F6" w:rsidP="00482178">
      <w:pPr>
        <w:spacing w:after="0" w:line="240" w:lineRule="auto"/>
        <w:jc w:val="both"/>
        <w:rPr>
          <w:rFonts w:ascii="Times New Roman" w:hAnsi="Times New Roman" w:cs="Times New Roman"/>
        </w:rPr>
      </w:pPr>
      <w:r w:rsidRPr="00D454F6">
        <w:rPr>
          <w:rFonts w:ascii="Times New Roman" w:hAnsi="Times New Roman" w:cs="Times New Roman"/>
        </w:rPr>
        <w:t>S triedou detí vo veku od troch do štyroch rokov a s deťmi so zdravotným znevýhodnením  sa</w:t>
      </w:r>
      <w:r w:rsidR="00482178">
        <w:rPr>
          <w:rFonts w:ascii="Times New Roman" w:hAnsi="Times New Roman" w:cs="Times New Roman"/>
        </w:rPr>
        <w:t xml:space="preserve"> </w:t>
      </w:r>
      <w:r w:rsidRPr="00D454F6">
        <w:rPr>
          <w:rFonts w:ascii="Times New Roman" w:hAnsi="Times New Roman" w:cs="Times New Roman"/>
        </w:rPr>
        <w:t>uskutočňuje vychádzka vždy za prítomnosti dvoch zamestnancov.</w:t>
      </w:r>
      <w:r w:rsidR="00482178">
        <w:rPr>
          <w:rFonts w:ascii="Times New Roman" w:hAnsi="Times New Roman" w:cs="Times New Roman"/>
        </w:rPr>
        <w:t xml:space="preserve"> </w:t>
      </w:r>
    </w:p>
    <w:p w14:paraId="07EF32C2" w14:textId="26D2542C" w:rsidR="000A3713" w:rsidRPr="00D454F6" w:rsidRDefault="00D454F6" w:rsidP="00482178">
      <w:pPr>
        <w:spacing w:after="0" w:line="240" w:lineRule="auto"/>
        <w:jc w:val="both"/>
        <w:rPr>
          <w:rFonts w:ascii="Times New Roman" w:hAnsi="Times New Roman" w:cs="Times New Roman"/>
        </w:rPr>
      </w:pPr>
      <w:r w:rsidRPr="00D454F6">
        <w:rPr>
          <w:rFonts w:ascii="Times New Roman" w:hAnsi="Times New Roman" w:cs="Times New Roman"/>
        </w:rPr>
        <w:t>Pri dlhších vychádzkach do prírody či do okolia si deti berú so sebou ruksak s nerozbitnou</w:t>
      </w:r>
      <w:r w:rsidR="00482178">
        <w:rPr>
          <w:rFonts w:ascii="Times New Roman" w:hAnsi="Times New Roman" w:cs="Times New Roman"/>
        </w:rPr>
        <w:t xml:space="preserve"> </w:t>
      </w:r>
      <w:r w:rsidRPr="00D454F6">
        <w:rPr>
          <w:rFonts w:ascii="Times New Roman" w:hAnsi="Times New Roman" w:cs="Times New Roman"/>
        </w:rPr>
        <w:t>fľašou s vodou, hygienické vreckovky, príp. spray proti bodavému, či lezúcemu hmyzu.</w:t>
      </w:r>
    </w:p>
    <w:p w14:paraId="7E7AEA38" w14:textId="77777777" w:rsidR="0036313D" w:rsidRDefault="0036313D" w:rsidP="00CB7CC1">
      <w:pPr>
        <w:spacing w:after="0" w:line="240" w:lineRule="auto"/>
        <w:rPr>
          <w:rFonts w:ascii="Times New Roman" w:hAnsi="Times New Roman" w:cs="Times New Roman"/>
          <w:b/>
        </w:rPr>
      </w:pPr>
    </w:p>
    <w:p w14:paraId="4C784F35" w14:textId="77777777" w:rsidR="000A3713" w:rsidRPr="00D454F6" w:rsidRDefault="00D454F6" w:rsidP="00CB7CC1">
      <w:pPr>
        <w:spacing w:after="0" w:line="240" w:lineRule="auto"/>
        <w:rPr>
          <w:rFonts w:ascii="Times New Roman" w:hAnsi="Times New Roman" w:cs="Times New Roman"/>
        </w:rPr>
      </w:pPr>
      <w:r w:rsidRPr="0036313D">
        <w:rPr>
          <w:rFonts w:ascii="Times New Roman" w:hAnsi="Times New Roman" w:cs="Times New Roman"/>
          <w:b/>
        </w:rPr>
        <w:t>9.4. Organizácia ostatných aktivít</w:t>
      </w:r>
      <w:r w:rsidRPr="00D454F6">
        <w:rPr>
          <w:rFonts w:ascii="Times New Roman" w:hAnsi="Times New Roman" w:cs="Times New Roman"/>
        </w:rPr>
        <w:t xml:space="preserve"> a ďalších doplnkových činností</w:t>
      </w:r>
    </w:p>
    <w:p w14:paraId="3E8372DB" w14:textId="77777777" w:rsidR="0036313D" w:rsidRDefault="0036313D" w:rsidP="00CB7CC1">
      <w:pPr>
        <w:spacing w:after="0" w:line="240" w:lineRule="auto"/>
        <w:rPr>
          <w:rFonts w:ascii="Times New Roman" w:hAnsi="Times New Roman" w:cs="Times New Roman"/>
          <w:b/>
        </w:rPr>
      </w:pPr>
    </w:p>
    <w:p w14:paraId="685273A7" w14:textId="4EBFAB23" w:rsidR="000A3713" w:rsidRPr="00D454F6" w:rsidRDefault="00D454F6" w:rsidP="00482178">
      <w:pPr>
        <w:spacing w:after="0" w:line="240" w:lineRule="auto"/>
        <w:jc w:val="both"/>
        <w:rPr>
          <w:rFonts w:ascii="Times New Roman" w:hAnsi="Times New Roman" w:cs="Times New Roman"/>
        </w:rPr>
      </w:pPr>
      <w:r w:rsidRPr="0036313D">
        <w:rPr>
          <w:rFonts w:ascii="Times New Roman" w:hAnsi="Times New Roman" w:cs="Times New Roman"/>
          <w:b/>
        </w:rPr>
        <w:t xml:space="preserve">9.4.1 </w:t>
      </w:r>
      <w:r w:rsidRPr="0036313D">
        <w:rPr>
          <w:rFonts w:ascii="Times New Roman" w:hAnsi="Times New Roman" w:cs="Times New Roman"/>
        </w:rPr>
        <w:t>Každá aktivita sa organizuje</w:t>
      </w:r>
      <w:r w:rsidRPr="00D454F6">
        <w:rPr>
          <w:rFonts w:ascii="Times New Roman" w:hAnsi="Times New Roman" w:cs="Times New Roman"/>
        </w:rPr>
        <w:t xml:space="preserve"> na základe plánu práce školy, mimoriadnych akcií a</w:t>
      </w:r>
      <w:r w:rsidR="00482178">
        <w:rPr>
          <w:rFonts w:ascii="Times New Roman" w:hAnsi="Times New Roman" w:cs="Times New Roman"/>
        </w:rPr>
        <w:t xml:space="preserve"> </w:t>
      </w:r>
      <w:r w:rsidRPr="00D454F6">
        <w:rPr>
          <w:rFonts w:ascii="Times New Roman" w:hAnsi="Times New Roman" w:cs="Times New Roman"/>
        </w:rPr>
        <w:t>informovaného súhlasu zákonného zástupcu, najviac na jeden deň s prihliadnutím na bezpečné,</w:t>
      </w:r>
      <w:r w:rsidR="00482178">
        <w:rPr>
          <w:rFonts w:ascii="Times New Roman" w:hAnsi="Times New Roman" w:cs="Times New Roman"/>
        </w:rPr>
        <w:t xml:space="preserve"> </w:t>
      </w:r>
      <w:r w:rsidRPr="00D454F6">
        <w:rPr>
          <w:rFonts w:ascii="Times New Roman" w:hAnsi="Times New Roman" w:cs="Times New Roman"/>
        </w:rPr>
        <w:t>hygienické a fyziologické potreby detí a so zabezpečením teplého obeda pre deti.</w:t>
      </w:r>
      <w:r w:rsidR="00482178">
        <w:rPr>
          <w:rFonts w:ascii="Times New Roman" w:hAnsi="Times New Roman" w:cs="Times New Roman"/>
        </w:rPr>
        <w:t xml:space="preserve"> </w:t>
      </w:r>
    </w:p>
    <w:p w14:paraId="3E2BB718" w14:textId="77777777" w:rsidR="0036313D" w:rsidRDefault="0036313D" w:rsidP="00CB7CC1">
      <w:pPr>
        <w:spacing w:after="0" w:line="240" w:lineRule="auto"/>
        <w:rPr>
          <w:rFonts w:ascii="Times New Roman" w:hAnsi="Times New Roman" w:cs="Times New Roman"/>
          <w:b/>
        </w:rPr>
      </w:pPr>
    </w:p>
    <w:p w14:paraId="7DFA1533" w14:textId="48DFC23D" w:rsidR="000A3713" w:rsidRPr="00D454F6" w:rsidRDefault="00D454F6" w:rsidP="00482178">
      <w:pPr>
        <w:spacing w:after="0" w:line="240" w:lineRule="auto"/>
        <w:jc w:val="both"/>
        <w:rPr>
          <w:rFonts w:ascii="Times New Roman" w:hAnsi="Times New Roman" w:cs="Times New Roman"/>
        </w:rPr>
      </w:pPr>
      <w:r w:rsidRPr="0036313D">
        <w:rPr>
          <w:rFonts w:ascii="Times New Roman" w:hAnsi="Times New Roman" w:cs="Times New Roman"/>
          <w:b/>
        </w:rPr>
        <w:t xml:space="preserve">9.4.2 </w:t>
      </w:r>
      <w:r w:rsidRPr="0036313D">
        <w:rPr>
          <w:rFonts w:ascii="Times New Roman" w:hAnsi="Times New Roman" w:cs="Times New Roman"/>
        </w:rPr>
        <w:t>Pred uskutočnením výletu alebo exkurzie</w:t>
      </w:r>
      <w:r w:rsidRPr="00D454F6">
        <w:rPr>
          <w:rFonts w:ascii="Times New Roman" w:hAnsi="Times New Roman" w:cs="Times New Roman"/>
        </w:rPr>
        <w:t xml:space="preserve"> pedagogický zamestnanec poverený riaditeľkou</w:t>
      </w:r>
      <w:r w:rsidR="00482178">
        <w:rPr>
          <w:rFonts w:ascii="Times New Roman" w:hAnsi="Times New Roman" w:cs="Times New Roman"/>
        </w:rPr>
        <w:t xml:space="preserve"> </w:t>
      </w:r>
      <w:r w:rsidRPr="00D454F6">
        <w:rPr>
          <w:rFonts w:ascii="Times New Roman" w:hAnsi="Times New Roman" w:cs="Times New Roman"/>
        </w:rPr>
        <w:t>organizačne zabezpečí prípravu a priebeh týchto aktivít vrátane poučenia zúčastnených osôb a detí</w:t>
      </w:r>
      <w:r w:rsidR="0036313D">
        <w:rPr>
          <w:rFonts w:ascii="Times New Roman" w:hAnsi="Times New Roman" w:cs="Times New Roman"/>
        </w:rPr>
        <w:t xml:space="preserve"> </w:t>
      </w:r>
      <w:r w:rsidRPr="00D454F6">
        <w:rPr>
          <w:rFonts w:ascii="Times New Roman" w:hAnsi="Times New Roman" w:cs="Times New Roman"/>
        </w:rPr>
        <w:t>o bezpečnosti a ochrane zdravia. O tom vyhotoví písomný záznam, ktorý potvrdia všetky dospelé</w:t>
      </w:r>
      <w:r w:rsidR="0036313D">
        <w:rPr>
          <w:rFonts w:ascii="Times New Roman" w:hAnsi="Times New Roman" w:cs="Times New Roman"/>
        </w:rPr>
        <w:t xml:space="preserve"> </w:t>
      </w:r>
      <w:r w:rsidRPr="00D454F6">
        <w:rPr>
          <w:rFonts w:ascii="Times New Roman" w:hAnsi="Times New Roman" w:cs="Times New Roman"/>
        </w:rPr>
        <w:t>zúčastnené osoby svojím podpisom.</w:t>
      </w:r>
    </w:p>
    <w:p w14:paraId="364C5A95" w14:textId="6095A7EB" w:rsidR="000A3713" w:rsidRPr="00D454F6" w:rsidRDefault="00D454F6" w:rsidP="00482178">
      <w:pPr>
        <w:spacing w:after="0" w:line="240" w:lineRule="auto"/>
        <w:jc w:val="both"/>
        <w:rPr>
          <w:rFonts w:ascii="Times New Roman" w:hAnsi="Times New Roman" w:cs="Times New Roman"/>
        </w:rPr>
      </w:pPr>
      <w:r w:rsidRPr="00D454F6">
        <w:rPr>
          <w:rFonts w:ascii="Times New Roman" w:hAnsi="Times New Roman" w:cs="Times New Roman"/>
        </w:rPr>
        <w:t>Na výlety a exkurzie s deťmi predškolského veku sa môžu použiť aj hromadné dopravné</w:t>
      </w:r>
      <w:r w:rsidR="00482178">
        <w:rPr>
          <w:rFonts w:ascii="Times New Roman" w:hAnsi="Times New Roman" w:cs="Times New Roman"/>
        </w:rPr>
        <w:t xml:space="preserve"> </w:t>
      </w:r>
      <w:r w:rsidRPr="00D454F6">
        <w:rPr>
          <w:rFonts w:ascii="Times New Roman" w:hAnsi="Times New Roman" w:cs="Times New Roman"/>
        </w:rPr>
        <w:t>prostriedky. Riaditeľka písomne oznámi zriaďovateľovi organizovanie podujatia.</w:t>
      </w:r>
    </w:p>
    <w:p w14:paraId="2A3BDCF9" w14:textId="6857BA56" w:rsidR="000A3713" w:rsidRPr="00D454F6" w:rsidRDefault="00D454F6" w:rsidP="00482178">
      <w:pPr>
        <w:spacing w:after="0" w:line="240" w:lineRule="auto"/>
        <w:jc w:val="both"/>
        <w:rPr>
          <w:rFonts w:ascii="Times New Roman" w:hAnsi="Times New Roman" w:cs="Times New Roman"/>
        </w:rPr>
      </w:pPr>
      <w:r w:rsidRPr="00D454F6">
        <w:rPr>
          <w:rFonts w:ascii="Times New Roman" w:hAnsi="Times New Roman" w:cs="Times New Roman"/>
        </w:rPr>
        <w:t>Pri činnostiach, ktoré si vyžadujú zvýšený dozor, riaditeľka školy zabezpečí počet pedagogických</w:t>
      </w:r>
      <w:r w:rsidR="0036313D">
        <w:rPr>
          <w:rFonts w:ascii="Times New Roman" w:hAnsi="Times New Roman" w:cs="Times New Roman"/>
        </w:rPr>
        <w:t xml:space="preserve"> </w:t>
      </w:r>
      <w:r w:rsidRPr="00D454F6">
        <w:rPr>
          <w:rFonts w:ascii="Times New Roman" w:hAnsi="Times New Roman" w:cs="Times New Roman"/>
        </w:rPr>
        <w:t>zamestnancov a iného povereného zamestnanca materskej školy.</w:t>
      </w:r>
    </w:p>
    <w:p w14:paraId="0DB5D518" w14:textId="77777777" w:rsidR="00482178" w:rsidRDefault="00482178" w:rsidP="00CB7CC1">
      <w:pPr>
        <w:spacing w:after="0" w:line="240" w:lineRule="auto"/>
        <w:rPr>
          <w:rFonts w:ascii="Times New Roman" w:hAnsi="Times New Roman" w:cs="Times New Roman"/>
          <w:b/>
        </w:rPr>
      </w:pPr>
    </w:p>
    <w:p w14:paraId="51D9F957" w14:textId="2BB94184" w:rsidR="000A3713" w:rsidRPr="00D454F6" w:rsidRDefault="00D454F6" w:rsidP="00482178">
      <w:pPr>
        <w:spacing w:after="0" w:line="240" w:lineRule="auto"/>
        <w:jc w:val="both"/>
        <w:rPr>
          <w:rFonts w:ascii="Times New Roman" w:hAnsi="Times New Roman" w:cs="Times New Roman"/>
        </w:rPr>
      </w:pPr>
      <w:r w:rsidRPr="0036313D">
        <w:rPr>
          <w:rFonts w:ascii="Times New Roman" w:hAnsi="Times New Roman" w:cs="Times New Roman"/>
          <w:b/>
        </w:rPr>
        <w:t xml:space="preserve">9.4.3 </w:t>
      </w:r>
      <w:r w:rsidRPr="00D454F6">
        <w:rPr>
          <w:rFonts w:ascii="Times New Roman" w:hAnsi="Times New Roman" w:cs="Times New Roman"/>
        </w:rPr>
        <w:t>Všetky aktivity sa uskutočňujú s informovaným súhlasom zákonného zástupcu. V prípade</w:t>
      </w:r>
      <w:r w:rsidR="00482178">
        <w:rPr>
          <w:rFonts w:ascii="Times New Roman" w:hAnsi="Times New Roman" w:cs="Times New Roman"/>
        </w:rPr>
        <w:t xml:space="preserve"> </w:t>
      </w:r>
      <w:r w:rsidRPr="00D454F6">
        <w:rPr>
          <w:rFonts w:ascii="Times New Roman" w:hAnsi="Times New Roman" w:cs="Times New Roman"/>
        </w:rPr>
        <w:t>rozvedených zákonných zástupcov je pre materskú školu dostačujúce, ak získa súhlas od toho</w:t>
      </w:r>
      <w:r w:rsidR="00482178">
        <w:rPr>
          <w:rFonts w:ascii="Times New Roman" w:hAnsi="Times New Roman" w:cs="Times New Roman"/>
        </w:rPr>
        <w:t xml:space="preserve"> </w:t>
      </w:r>
      <w:r w:rsidRPr="00D454F6">
        <w:rPr>
          <w:rFonts w:ascii="Times New Roman" w:hAnsi="Times New Roman" w:cs="Times New Roman"/>
        </w:rPr>
        <w:lastRenderedPageBreak/>
        <w:t>zákonného zástupcu, ktorému je dieťa súdom zverené do výlučnej osobnej starostlivosti, keďže v</w:t>
      </w:r>
      <w:r w:rsidR="00482178">
        <w:rPr>
          <w:rFonts w:ascii="Times New Roman" w:hAnsi="Times New Roman" w:cs="Times New Roman"/>
        </w:rPr>
        <w:t xml:space="preserve"> </w:t>
      </w:r>
      <w:r w:rsidRPr="00D454F6">
        <w:rPr>
          <w:rFonts w:ascii="Times New Roman" w:hAnsi="Times New Roman" w:cs="Times New Roman"/>
        </w:rPr>
        <w:t>uvedených aktivitách nejde o podstatné otázky výchovy dieťaťa, a teda nie je nevyhnutný súhlas</w:t>
      </w:r>
      <w:r w:rsidR="00482178">
        <w:rPr>
          <w:rFonts w:ascii="Times New Roman" w:hAnsi="Times New Roman" w:cs="Times New Roman"/>
        </w:rPr>
        <w:t xml:space="preserve"> </w:t>
      </w:r>
      <w:r w:rsidRPr="00D454F6">
        <w:rPr>
          <w:rFonts w:ascii="Times New Roman" w:hAnsi="Times New Roman" w:cs="Times New Roman"/>
        </w:rPr>
        <w:t>druhého zákonného zástupcu.</w:t>
      </w:r>
    </w:p>
    <w:p w14:paraId="649977B8" w14:textId="77777777" w:rsidR="00482178" w:rsidRDefault="00482178" w:rsidP="0036313D">
      <w:pPr>
        <w:spacing w:after="0" w:line="240" w:lineRule="auto"/>
        <w:jc w:val="center"/>
        <w:rPr>
          <w:rFonts w:ascii="Times New Roman" w:hAnsi="Times New Roman" w:cs="Times New Roman"/>
          <w:b/>
        </w:rPr>
      </w:pPr>
    </w:p>
    <w:p w14:paraId="323F614A" w14:textId="7D133306" w:rsidR="000A3713" w:rsidRPr="0036313D" w:rsidRDefault="00D454F6" w:rsidP="0036313D">
      <w:pPr>
        <w:spacing w:after="0" w:line="240" w:lineRule="auto"/>
        <w:jc w:val="center"/>
        <w:rPr>
          <w:rFonts w:ascii="Times New Roman" w:hAnsi="Times New Roman" w:cs="Times New Roman"/>
          <w:b/>
        </w:rPr>
      </w:pPr>
      <w:r w:rsidRPr="0036313D">
        <w:rPr>
          <w:rFonts w:ascii="Times New Roman" w:hAnsi="Times New Roman" w:cs="Times New Roman"/>
          <w:b/>
        </w:rPr>
        <w:t>Článok 10</w:t>
      </w:r>
    </w:p>
    <w:p w14:paraId="1022BD9B" w14:textId="77777777" w:rsidR="00482178" w:rsidRPr="00482178" w:rsidRDefault="00482178" w:rsidP="0036313D">
      <w:pPr>
        <w:spacing w:after="0" w:line="240" w:lineRule="auto"/>
        <w:jc w:val="center"/>
        <w:rPr>
          <w:rFonts w:ascii="Times New Roman" w:hAnsi="Times New Roman" w:cs="Times New Roman"/>
          <w:b/>
          <w:sz w:val="14"/>
          <w:szCs w:val="14"/>
        </w:rPr>
      </w:pPr>
    </w:p>
    <w:p w14:paraId="44840FD3" w14:textId="6E92C880" w:rsidR="000A3713" w:rsidRPr="0036313D" w:rsidRDefault="00D454F6" w:rsidP="0036313D">
      <w:pPr>
        <w:spacing w:after="0" w:line="240" w:lineRule="auto"/>
        <w:jc w:val="center"/>
        <w:rPr>
          <w:rFonts w:ascii="Times New Roman" w:hAnsi="Times New Roman" w:cs="Times New Roman"/>
          <w:b/>
        </w:rPr>
      </w:pPr>
      <w:r w:rsidRPr="0036313D">
        <w:rPr>
          <w:rFonts w:ascii="Times New Roman" w:hAnsi="Times New Roman" w:cs="Times New Roman"/>
          <w:b/>
        </w:rPr>
        <w:t>Odpočinok</w:t>
      </w:r>
    </w:p>
    <w:p w14:paraId="19A751B0" w14:textId="55AF277F" w:rsidR="000A3713" w:rsidRPr="00D454F6" w:rsidRDefault="00D454F6" w:rsidP="00482178">
      <w:pPr>
        <w:spacing w:after="0" w:line="240" w:lineRule="auto"/>
        <w:jc w:val="both"/>
        <w:rPr>
          <w:rFonts w:ascii="Times New Roman" w:hAnsi="Times New Roman" w:cs="Times New Roman"/>
        </w:rPr>
      </w:pPr>
      <w:r w:rsidRPr="0036313D">
        <w:rPr>
          <w:rFonts w:ascii="Times New Roman" w:hAnsi="Times New Roman" w:cs="Times New Roman"/>
          <w:b/>
        </w:rPr>
        <w:t>10.1</w:t>
      </w:r>
      <w:r w:rsidRPr="00D454F6">
        <w:rPr>
          <w:rFonts w:ascii="Times New Roman" w:hAnsi="Times New Roman" w:cs="Times New Roman"/>
        </w:rPr>
        <w:t xml:space="preserve"> Počas popoludňajšieho oddychu v spálni oddychujú deti v primeranom oblečení – pyžame.</w:t>
      </w:r>
      <w:r w:rsidR="00482178">
        <w:rPr>
          <w:rFonts w:ascii="Times New Roman" w:hAnsi="Times New Roman" w:cs="Times New Roman"/>
        </w:rPr>
        <w:t xml:space="preserve"> </w:t>
      </w:r>
      <w:r w:rsidRPr="00D454F6">
        <w:rPr>
          <w:rFonts w:ascii="Times New Roman" w:hAnsi="Times New Roman" w:cs="Times New Roman"/>
        </w:rPr>
        <w:t>Za čistotu a hygienu prineseného pyžama zodpovedajú rodičia.</w:t>
      </w:r>
      <w:r w:rsidR="00482178">
        <w:rPr>
          <w:rFonts w:ascii="Times New Roman" w:hAnsi="Times New Roman" w:cs="Times New Roman"/>
        </w:rPr>
        <w:t xml:space="preserve"> </w:t>
      </w:r>
      <w:r w:rsidRPr="00D454F6">
        <w:rPr>
          <w:rFonts w:ascii="Times New Roman" w:hAnsi="Times New Roman" w:cs="Times New Roman"/>
        </w:rPr>
        <w:t>Každé dieťa má počas roka určené ležadlo, na ktorom sa dvojtýždenne  vymieňa posteľná</w:t>
      </w:r>
      <w:r w:rsidR="00482178">
        <w:rPr>
          <w:rFonts w:ascii="Times New Roman" w:hAnsi="Times New Roman" w:cs="Times New Roman"/>
        </w:rPr>
        <w:t xml:space="preserve"> </w:t>
      </w:r>
      <w:r w:rsidRPr="00D454F6">
        <w:rPr>
          <w:rFonts w:ascii="Times New Roman" w:hAnsi="Times New Roman" w:cs="Times New Roman"/>
        </w:rPr>
        <w:t>bielizeň. (v čase chorobnosti týždenne).</w:t>
      </w:r>
      <w:r w:rsidR="00482178">
        <w:rPr>
          <w:rFonts w:ascii="Times New Roman" w:hAnsi="Times New Roman" w:cs="Times New Roman"/>
        </w:rPr>
        <w:t xml:space="preserve"> </w:t>
      </w:r>
      <w:r w:rsidRPr="00D454F6">
        <w:rPr>
          <w:rFonts w:ascii="Times New Roman" w:hAnsi="Times New Roman" w:cs="Times New Roman"/>
        </w:rPr>
        <w:t>Za výmenu posteľných obliečok je zodpovedná  školníčka. Taktiež zodpovedá za umývanie</w:t>
      </w:r>
      <w:r w:rsidR="00482178">
        <w:rPr>
          <w:rFonts w:ascii="Times New Roman" w:hAnsi="Times New Roman" w:cs="Times New Roman"/>
        </w:rPr>
        <w:t xml:space="preserve"> </w:t>
      </w:r>
      <w:r w:rsidRPr="00D454F6">
        <w:rPr>
          <w:rFonts w:ascii="Times New Roman" w:hAnsi="Times New Roman" w:cs="Times New Roman"/>
        </w:rPr>
        <w:t>podlahy, ukladanie posteľnej bielizne a utieranie prachu.</w:t>
      </w:r>
    </w:p>
    <w:p w14:paraId="42F58043" w14:textId="77777777" w:rsidR="0036313D" w:rsidRDefault="0036313D" w:rsidP="00CB7CC1">
      <w:pPr>
        <w:spacing w:after="0" w:line="240" w:lineRule="auto"/>
        <w:rPr>
          <w:rFonts w:ascii="Times New Roman" w:hAnsi="Times New Roman" w:cs="Times New Roman"/>
          <w:b/>
        </w:rPr>
      </w:pPr>
    </w:p>
    <w:p w14:paraId="366B1C80" w14:textId="677E6D26" w:rsidR="000A3713" w:rsidRPr="00D454F6" w:rsidRDefault="00D454F6" w:rsidP="00482178">
      <w:pPr>
        <w:spacing w:after="0" w:line="240" w:lineRule="auto"/>
        <w:jc w:val="both"/>
        <w:rPr>
          <w:rFonts w:ascii="Times New Roman" w:hAnsi="Times New Roman" w:cs="Times New Roman"/>
        </w:rPr>
      </w:pPr>
      <w:r w:rsidRPr="0036313D">
        <w:rPr>
          <w:rFonts w:ascii="Times New Roman" w:hAnsi="Times New Roman" w:cs="Times New Roman"/>
          <w:b/>
        </w:rPr>
        <w:t>10.2</w:t>
      </w:r>
      <w:r w:rsidRPr="00D454F6">
        <w:rPr>
          <w:rFonts w:ascii="Times New Roman" w:hAnsi="Times New Roman" w:cs="Times New Roman"/>
        </w:rPr>
        <w:t xml:space="preserve"> Pri prezliekaní učiteľka motivuje deti podľa ich schopností k sebaobsluhe a dôslednosti pri</w:t>
      </w:r>
      <w:r w:rsidR="00482178">
        <w:rPr>
          <w:rFonts w:ascii="Times New Roman" w:hAnsi="Times New Roman" w:cs="Times New Roman"/>
        </w:rPr>
        <w:t xml:space="preserve"> </w:t>
      </w:r>
      <w:r w:rsidRPr="00D454F6">
        <w:rPr>
          <w:rFonts w:ascii="Times New Roman" w:hAnsi="Times New Roman" w:cs="Times New Roman"/>
        </w:rPr>
        <w:t>odkladaní zvrškov odevu. Zabezpečí pravidelné vetranie spálne, ktoré neohrozí zdravie detí.</w:t>
      </w:r>
      <w:r w:rsidR="00482178">
        <w:rPr>
          <w:rFonts w:ascii="Times New Roman" w:hAnsi="Times New Roman" w:cs="Times New Roman"/>
        </w:rPr>
        <w:t xml:space="preserve"> </w:t>
      </w:r>
      <w:r w:rsidRPr="00D454F6">
        <w:rPr>
          <w:rFonts w:ascii="Times New Roman" w:hAnsi="Times New Roman" w:cs="Times New Roman"/>
        </w:rPr>
        <w:t>Od odpočívajúcich detí neodchádza, individuálne pristupuje k deťom, ktoré nepociťujú potrebu</w:t>
      </w:r>
      <w:r w:rsidR="00482178">
        <w:rPr>
          <w:rFonts w:ascii="Times New Roman" w:hAnsi="Times New Roman" w:cs="Times New Roman"/>
        </w:rPr>
        <w:t xml:space="preserve"> </w:t>
      </w:r>
      <w:r w:rsidRPr="00D454F6">
        <w:rPr>
          <w:rFonts w:ascii="Times New Roman" w:hAnsi="Times New Roman" w:cs="Times New Roman"/>
        </w:rPr>
        <w:t>spánku.</w:t>
      </w:r>
      <w:r w:rsidR="00482178">
        <w:rPr>
          <w:rFonts w:ascii="Times New Roman" w:hAnsi="Times New Roman" w:cs="Times New Roman"/>
        </w:rPr>
        <w:t xml:space="preserve"> </w:t>
      </w:r>
    </w:p>
    <w:p w14:paraId="670B3249" w14:textId="204E7C70" w:rsidR="000A3713" w:rsidRPr="00D454F6" w:rsidRDefault="00D454F6" w:rsidP="00482178">
      <w:pPr>
        <w:spacing w:after="0" w:line="240" w:lineRule="auto"/>
        <w:jc w:val="both"/>
        <w:rPr>
          <w:rFonts w:ascii="Times New Roman" w:hAnsi="Times New Roman" w:cs="Times New Roman"/>
        </w:rPr>
      </w:pPr>
      <w:r w:rsidRPr="00D454F6">
        <w:rPr>
          <w:rFonts w:ascii="Times New Roman" w:hAnsi="Times New Roman" w:cs="Times New Roman"/>
        </w:rPr>
        <w:t>Počas odpočinku detí si učiteľka doplňuje triedne písomnosti, pripravuje si pomôcky na ďalšie</w:t>
      </w:r>
      <w:r w:rsidR="00482178">
        <w:rPr>
          <w:rFonts w:ascii="Times New Roman" w:hAnsi="Times New Roman" w:cs="Times New Roman"/>
        </w:rPr>
        <w:t xml:space="preserve"> </w:t>
      </w:r>
      <w:r w:rsidRPr="00D454F6">
        <w:rPr>
          <w:rFonts w:ascii="Times New Roman" w:hAnsi="Times New Roman" w:cs="Times New Roman"/>
        </w:rPr>
        <w:t>aktivity s deťmi, študuje odbornú literatúru a robí iné potrebné činnosti.</w:t>
      </w:r>
    </w:p>
    <w:p w14:paraId="33951242" w14:textId="77777777" w:rsidR="0036313D" w:rsidRDefault="0036313D" w:rsidP="00482178">
      <w:pPr>
        <w:spacing w:after="0" w:line="240" w:lineRule="auto"/>
        <w:jc w:val="both"/>
        <w:rPr>
          <w:rFonts w:ascii="Times New Roman" w:hAnsi="Times New Roman" w:cs="Times New Roman"/>
          <w:b/>
        </w:rPr>
      </w:pPr>
    </w:p>
    <w:p w14:paraId="4BA005D9" w14:textId="4EB45236" w:rsidR="000A3713" w:rsidRPr="00D454F6" w:rsidRDefault="00D454F6" w:rsidP="00482178">
      <w:pPr>
        <w:spacing w:after="0" w:line="240" w:lineRule="auto"/>
        <w:jc w:val="both"/>
        <w:rPr>
          <w:rFonts w:ascii="Times New Roman" w:hAnsi="Times New Roman" w:cs="Times New Roman"/>
        </w:rPr>
      </w:pPr>
      <w:r w:rsidRPr="0036313D">
        <w:rPr>
          <w:rFonts w:ascii="Times New Roman" w:hAnsi="Times New Roman" w:cs="Times New Roman"/>
          <w:b/>
        </w:rPr>
        <w:t>10.3</w:t>
      </w:r>
      <w:r w:rsidRPr="00D454F6">
        <w:rPr>
          <w:rFonts w:ascii="Times New Roman" w:hAnsi="Times New Roman" w:cs="Times New Roman"/>
        </w:rPr>
        <w:t xml:space="preserve"> So staršími 5 – 6 ročnými deťmi sa odpočinok realizuje v závislosti od potrieb detí</w:t>
      </w:r>
      <w:r w:rsidR="00482178">
        <w:rPr>
          <w:rFonts w:ascii="Times New Roman" w:hAnsi="Times New Roman" w:cs="Times New Roman"/>
        </w:rPr>
        <w:t xml:space="preserve"> </w:t>
      </w:r>
      <w:r w:rsidRPr="00D454F6">
        <w:rPr>
          <w:rFonts w:ascii="Times New Roman" w:hAnsi="Times New Roman" w:cs="Times New Roman"/>
        </w:rPr>
        <w:t>s minimálnym  trvaním  45  minút,  zvyšná   časť   odpočinku   sa   venuje   pokojnejším hrám,</w:t>
      </w:r>
      <w:r w:rsidR="00482178">
        <w:rPr>
          <w:rFonts w:ascii="Times New Roman" w:hAnsi="Times New Roman" w:cs="Times New Roman"/>
        </w:rPr>
        <w:t xml:space="preserve"> </w:t>
      </w:r>
      <w:r w:rsidRPr="00D454F6">
        <w:rPr>
          <w:rFonts w:ascii="Times New Roman" w:hAnsi="Times New Roman" w:cs="Times New Roman"/>
        </w:rPr>
        <w:t xml:space="preserve">výchove a vzdelávaniu, čítaniu rozprávok, </w:t>
      </w:r>
      <w:proofErr w:type="spellStart"/>
      <w:r w:rsidRPr="00D454F6">
        <w:rPr>
          <w:rFonts w:ascii="Times New Roman" w:hAnsi="Times New Roman" w:cs="Times New Roman"/>
        </w:rPr>
        <w:t>grafomotorickým</w:t>
      </w:r>
      <w:proofErr w:type="spellEnd"/>
      <w:r w:rsidRPr="00D454F6">
        <w:rPr>
          <w:rFonts w:ascii="Times New Roman" w:hAnsi="Times New Roman" w:cs="Times New Roman"/>
        </w:rPr>
        <w:t xml:space="preserve"> cvičeniam, občasnému pozeraniu</w:t>
      </w:r>
      <w:r w:rsidR="00482178">
        <w:rPr>
          <w:rFonts w:ascii="Times New Roman" w:hAnsi="Times New Roman" w:cs="Times New Roman"/>
        </w:rPr>
        <w:t xml:space="preserve"> </w:t>
      </w:r>
      <w:r w:rsidRPr="00D454F6">
        <w:rPr>
          <w:rFonts w:ascii="Times New Roman" w:hAnsi="Times New Roman" w:cs="Times New Roman"/>
        </w:rPr>
        <w:t>detských filmov, individuálnej práci s deťmi v pracovných zošitoch, dokončovaniu pracovných</w:t>
      </w:r>
      <w:r w:rsidR="00482178">
        <w:rPr>
          <w:rFonts w:ascii="Times New Roman" w:hAnsi="Times New Roman" w:cs="Times New Roman"/>
        </w:rPr>
        <w:t xml:space="preserve"> </w:t>
      </w:r>
      <w:r w:rsidRPr="00D454F6">
        <w:rPr>
          <w:rFonts w:ascii="Times New Roman" w:hAnsi="Times New Roman" w:cs="Times New Roman"/>
        </w:rPr>
        <w:t>a výtvarných prác atď.</w:t>
      </w:r>
    </w:p>
    <w:p w14:paraId="2A8F674B" w14:textId="77777777" w:rsidR="00482178" w:rsidRDefault="00482178" w:rsidP="0036313D">
      <w:pPr>
        <w:spacing w:after="0" w:line="240" w:lineRule="auto"/>
        <w:jc w:val="center"/>
        <w:rPr>
          <w:rFonts w:ascii="Times New Roman" w:hAnsi="Times New Roman" w:cs="Times New Roman"/>
          <w:b/>
        </w:rPr>
      </w:pPr>
    </w:p>
    <w:p w14:paraId="550D22DB" w14:textId="76C2CF16" w:rsidR="000A3713" w:rsidRPr="0036313D" w:rsidRDefault="00D454F6" w:rsidP="0036313D">
      <w:pPr>
        <w:spacing w:after="0" w:line="240" w:lineRule="auto"/>
        <w:jc w:val="center"/>
        <w:rPr>
          <w:rFonts w:ascii="Times New Roman" w:hAnsi="Times New Roman" w:cs="Times New Roman"/>
          <w:b/>
        </w:rPr>
      </w:pPr>
      <w:r w:rsidRPr="0036313D">
        <w:rPr>
          <w:rFonts w:ascii="Times New Roman" w:hAnsi="Times New Roman" w:cs="Times New Roman"/>
          <w:b/>
        </w:rPr>
        <w:t>Článok 11</w:t>
      </w:r>
    </w:p>
    <w:p w14:paraId="27F76203" w14:textId="77777777" w:rsidR="00482178" w:rsidRPr="00482178" w:rsidRDefault="00482178" w:rsidP="0036313D">
      <w:pPr>
        <w:spacing w:after="0" w:line="240" w:lineRule="auto"/>
        <w:jc w:val="center"/>
        <w:rPr>
          <w:rFonts w:ascii="Times New Roman" w:hAnsi="Times New Roman" w:cs="Times New Roman"/>
          <w:b/>
          <w:sz w:val="14"/>
          <w:szCs w:val="14"/>
        </w:rPr>
      </w:pPr>
    </w:p>
    <w:p w14:paraId="73FF2145" w14:textId="5A7A7C17" w:rsidR="000A3713" w:rsidRPr="0036313D" w:rsidRDefault="00D454F6" w:rsidP="0036313D">
      <w:pPr>
        <w:spacing w:after="0" w:line="240" w:lineRule="auto"/>
        <w:jc w:val="center"/>
        <w:rPr>
          <w:rFonts w:ascii="Times New Roman" w:hAnsi="Times New Roman" w:cs="Times New Roman"/>
          <w:b/>
        </w:rPr>
      </w:pPr>
      <w:r w:rsidRPr="0036313D">
        <w:rPr>
          <w:rFonts w:ascii="Times New Roman" w:hAnsi="Times New Roman" w:cs="Times New Roman"/>
          <w:b/>
        </w:rPr>
        <w:t>Stravovanie detí</w:t>
      </w:r>
    </w:p>
    <w:p w14:paraId="5C5C51C3" w14:textId="2B7EFABC" w:rsidR="000A3713" w:rsidRPr="00D454F6" w:rsidRDefault="00D454F6" w:rsidP="00482178">
      <w:pPr>
        <w:spacing w:after="0" w:line="240" w:lineRule="auto"/>
        <w:jc w:val="both"/>
        <w:rPr>
          <w:rFonts w:ascii="Times New Roman" w:hAnsi="Times New Roman" w:cs="Times New Roman"/>
        </w:rPr>
      </w:pPr>
      <w:r w:rsidRPr="0036313D">
        <w:rPr>
          <w:rFonts w:ascii="Times New Roman" w:hAnsi="Times New Roman" w:cs="Times New Roman"/>
          <w:b/>
        </w:rPr>
        <w:t>11.1</w:t>
      </w:r>
      <w:r w:rsidRPr="00D454F6">
        <w:rPr>
          <w:rFonts w:ascii="Times New Roman" w:hAnsi="Times New Roman" w:cs="Times New Roman"/>
        </w:rPr>
        <w:t xml:space="preserve"> Za kvalitu a predpísané množstvo stravy, hygienu a kultúru stravovania zodpoved</w:t>
      </w:r>
      <w:r w:rsidR="00A9156E">
        <w:rPr>
          <w:rFonts w:ascii="Times New Roman" w:hAnsi="Times New Roman" w:cs="Times New Roman"/>
        </w:rPr>
        <w:t>ajú</w:t>
      </w:r>
      <w:r w:rsidRPr="00D454F6">
        <w:rPr>
          <w:rFonts w:ascii="Times New Roman" w:hAnsi="Times New Roman" w:cs="Times New Roman"/>
        </w:rPr>
        <w:t xml:space="preserve"> vedúca</w:t>
      </w:r>
      <w:r w:rsidR="00482178">
        <w:rPr>
          <w:rFonts w:ascii="Times New Roman" w:hAnsi="Times New Roman" w:cs="Times New Roman"/>
        </w:rPr>
        <w:t xml:space="preserve"> </w:t>
      </w:r>
      <w:r w:rsidRPr="00D454F6">
        <w:rPr>
          <w:rFonts w:ascii="Times New Roman" w:hAnsi="Times New Roman" w:cs="Times New Roman"/>
        </w:rPr>
        <w:t>školskej  jedálne a zamestnanci kuchyne. Zabezpečuje  tiež   zisťovanie   počtu  stravníkov</w:t>
      </w:r>
      <w:r w:rsidR="00482178">
        <w:rPr>
          <w:rFonts w:ascii="Times New Roman" w:hAnsi="Times New Roman" w:cs="Times New Roman"/>
        </w:rPr>
        <w:t xml:space="preserve"> </w:t>
      </w:r>
      <w:r w:rsidRPr="00D454F6">
        <w:rPr>
          <w:rFonts w:ascii="Times New Roman" w:hAnsi="Times New Roman" w:cs="Times New Roman"/>
        </w:rPr>
        <w:t>v spolupráci s učiteľkami v triede.</w:t>
      </w:r>
    </w:p>
    <w:p w14:paraId="5CB98A2B" w14:textId="77777777" w:rsidR="0036313D" w:rsidRDefault="0036313D" w:rsidP="00482178">
      <w:pPr>
        <w:spacing w:after="0" w:line="240" w:lineRule="auto"/>
        <w:jc w:val="both"/>
        <w:rPr>
          <w:rFonts w:ascii="Times New Roman" w:hAnsi="Times New Roman" w:cs="Times New Roman"/>
          <w:b/>
        </w:rPr>
      </w:pPr>
    </w:p>
    <w:p w14:paraId="7D0B87FD" w14:textId="732F53F3" w:rsidR="000A3713" w:rsidRPr="00D454F6" w:rsidRDefault="00D454F6" w:rsidP="00482178">
      <w:pPr>
        <w:spacing w:after="0" w:line="240" w:lineRule="auto"/>
        <w:jc w:val="both"/>
        <w:rPr>
          <w:rFonts w:ascii="Times New Roman" w:hAnsi="Times New Roman" w:cs="Times New Roman"/>
        </w:rPr>
      </w:pPr>
      <w:r w:rsidRPr="0036313D">
        <w:rPr>
          <w:rFonts w:ascii="Times New Roman" w:hAnsi="Times New Roman" w:cs="Times New Roman"/>
          <w:b/>
        </w:rPr>
        <w:t>11.2</w:t>
      </w:r>
      <w:r w:rsidRPr="00D454F6">
        <w:rPr>
          <w:rFonts w:ascii="Times New Roman" w:hAnsi="Times New Roman" w:cs="Times New Roman"/>
        </w:rPr>
        <w:t xml:space="preserve"> V školskej jedálni sa výroba jedál uskutočňuje podľa materiálno-spotrebných noriem pre</w:t>
      </w:r>
      <w:r w:rsidR="00482178">
        <w:rPr>
          <w:rFonts w:ascii="Times New Roman" w:hAnsi="Times New Roman" w:cs="Times New Roman"/>
        </w:rPr>
        <w:t xml:space="preserve"> </w:t>
      </w:r>
      <w:r w:rsidRPr="00D454F6">
        <w:rPr>
          <w:rFonts w:ascii="Times New Roman" w:hAnsi="Times New Roman" w:cs="Times New Roman"/>
        </w:rPr>
        <w:t>školské stravovanie vydaných MŠVVaŠ SR, odporúčaných výživových dávok podľa vekových</w:t>
      </w:r>
      <w:r w:rsidR="00482178">
        <w:rPr>
          <w:rFonts w:ascii="Times New Roman" w:hAnsi="Times New Roman" w:cs="Times New Roman"/>
        </w:rPr>
        <w:t xml:space="preserve"> </w:t>
      </w:r>
      <w:r w:rsidRPr="00D454F6">
        <w:rPr>
          <w:rFonts w:ascii="Times New Roman" w:hAnsi="Times New Roman" w:cs="Times New Roman"/>
        </w:rPr>
        <w:t>kategórií stravníkov, zásad na zostavovanie jedálnych lístkov, hygienických požiadaviek, zásad</w:t>
      </w:r>
      <w:r w:rsidR="00482178">
        <w:rPr>
          <w:rFonts w:ascii="Times New Roman" w:hAnsi="Times New Roman" w:cs="Times New Roman"/>
        </w:rPr>
        <w:t xml:space="preserve"> </w:t>
      </w:r>
      <w:r w:rsidRPr="00D454F6">
        <w:rPr>
          <w:rFonts w:ascii="Times New Roman" w:hAnsi="Times New Roman" w:cs="Times New Roman"/>
        </w:rPr>
        <w:t>správnej výrobnej praxe a  finančného príspevku od zákonného zástupcu dieťaťa na nákup</w:t>
      </w:r>
      <w:r w:rsidR="00482178">
        <w:rPr>
          <w:rFonts w:ascii="Times New Roman" w:hAnsi="Times New Roman" w:cs="Times New Roman"/>
        </w:rPr>
        <w:t xml:space="preserve"> </w:t>
      </w:r>
      <w:r w:rsidRPr="00D454F6">
        <w:rPr>
          <w:rFonts w:ascii="Times New Roman" w:hAnsi="Times New Roman" w:cs="Times New Roman"/>
        </w:rPr>
        <w:t>potravín.</w:t>
      </w:r>
    </w:p>
    <w:p w14:paraId="3E6CF5DD" w14:textId="77777777" w:rsidR="0036313D" w:rsidRDefault="0036313D" w:rsidP="00CB7CC1">
      <w:pPr>
        <w:spacing w:after="0" w:line="240" w:lineRule="auto"/>
        <w:rPr>
          <w:rFonts w:ascii="Times New Roman" w:hAnsi="Times New Roman" w:cs="Times New Roman"/>
          <w:b/>
        </w:rPr>
      </w:pPr>
    </w:p>
    <w:p w14:paraId="7D91A148" w14:textId="2056EB7F" w:rsidR="000A3713" w:rsidRPr="00D454F6" w:rsidRDefault="00D454F6" w:rsidP="00482178">
      <w:pPr>
        <w:spacing w:after="0" w:line="240" w:lineRule="auto"/>
        <w:jc w:val="both"/>
        <w:rPr>
          <w:rFonts w:ascii="Times New Roman" w:hAnsi="Times New Roman" w:cs="Times New Roman"/>
        </w:rPr>
      </w:pPr>
      <w:r w:rsidRPr="0036313D">
        <w:rPr>
          <w:rFonts w:ascii="Times New Roman" w:hAnsi="Times New Roman" w:cs="Times New Roman"/>
          <w:b/>
        </w:rPr>
        <w:t>11.3</w:t>
      </w:r>
      <w:r w:rsidRPr="00D454F6">
        <w:rPr>
          <w:rFonts w:ascii="Times New Roman" w:hAnsi="Times New Roman" w:cs="Times New Roman"/>
        </w:rPr>
        <w:t xml:space="preserve"> Jedlo sa podáva vo vlastnej školskej jedálni v materskej škole.</w:t>
      </w:r>
      <w:r w:rsidR="00482178">
        <w:rPr>
          <w:rFonts w:ascii="Times New Roman" w:hAnsi="Times New Roman" w:cs="Times New Roman"/>
        </w:rPr>
        <w:t xml:space="preserve"> </w:t>
      </w:r>
      <w:r w:rsidRPr="00D454F6">
        <w:rPr>
          <w:rFonts w:ascii="Times New Roman" w:hAnsi="Times New Roman" w:cs="Times New Roman"/>
        </w:rPr>
        <w:t>Za organizáciu a výchovno-vzdelávaciu činnosť v jedálni zodpoved</w:t>
      </w:r>
      <w:r w:rsidR="00A9156E">
        <w:rPr>
          <w:rFonts w:ascii="Times New Roman" w:hAnsi="Times New Roman" w:cs="Times New Roman"/>
        </w:rPr>
        <w:t>ajú</w:t>
      </w:r>
      <w:r w:rsidRPr="00D454F6">
        <w:rPr>
          <w:rFonts w:ascii="Times New Roman" w:hAnsi="Times New Roman" w:cs="Times New Roman"/>
        </w:rPr>
        <w:t xml:space="preserve"> riaditeľka a učiteľky.</w:t>
      </w:r>
      <w:r w:rsidR="00482178">
        <w:rPr>
          <w:rFonts w:ascii="Times New Roman" w:hAnsi="Times New Roman" w:cs="Times New Roman"/>
        </w:rPr>
        <w:t xml:space="preserve"> </w:t>
      </w:r>
      <w:r w:rsidRPr="00D454F6">
        <w:rPr>
          <w:rFonts w:ascii="Times New Roman" w:hAnsi="Times New Roman" w:cs="Times New Roman"/>
        </w:rPr>
        <w:t>Učiteľky vedú deti k osvojeniu si základných návykov kultúrneho stolovania, v maximálnej</w:t>
      </w:r>
      <w:r w:rsidR="00482178">
        <w:rPr>
          <w:rFonts w:ascii="Times New Roman" w:hAnsi="Times New Roman" w:cs="Times New Roman"/>
        </w:rPr>
        <w:t xml:space="preserve"> </w:t>
      </w:r>
      <w:r w:rsidRPr="00D454F6">
        <w:rPr>
          <w:rFonts w:ascii="Times New Roman" w:hAnsi="Times New Roman" w:cs="Times New Roman"/>
        </w:rPr>
        <w:t>miere pritom uplatňujú individuálny prístup k deťom. Počas jedla učiteľka nenásilne deti</w:t>
      </w:r>
      <w:r w:rsidR="00482178">
        <w:rPr>
          <w:rFonts w:ascii="Times New Roman" w:hAnsi="Times New Roman" w:cs="Times New Roman"/>
        </w:rPr>
        <w:t xml:space="preserve"> </w:t>
      </w:r>
      <w:r w:rsidRPr="00D454F6">
        <w:rPr>
          <w:rFonts w:ascii="Times New Roman" w:hAnsi="Times New Roman" w:cs="Times New Roman"/>
        </w:rPr>
        <w:t>usmerňuje. Nenúti ich jesť.</w:t>
      </w:r>
    </w:p>
    <w:p w14:paraId="56E54C87" w14:textId="77777777" w:rsidR="000A3713" w:rsidRPr="00D454F6" w:rsidRDefault="00D454F6" w:rsidP="00482178">
      <w:pPr>
        <w:spacing w:after="0" w:line="240" w:lineRule="auto"/>
        <w:jc w:val="both"/>
        <w:rPr>
          <w:rFonts w:ascii="Times New Roman" w:hAnsi="Times New Roman" w:cs="Times New Roman"/>
        </w:rPr>
      </w:pPr>
      <w:r w:rsidRPr="00D454F6">
        <w:rPr>
          <w:rFonts w:ascii="Times New Roman" w:hAnsi="Times New Roman" w:cs="Times New Roman"/>
        </w:rPr>
        <w:t>• 2– 3 ročné používajú pri jedle lyžičku,</w:t>
      </w:r>
    </w:p>
    <w:p w14:paraId="35B5BD2C" w14:textId="77777777" w:rsidR="000A3713" w:rsidRPr="00D454F6" w:rsidRDefault="00D454F6" w:rsidP="00482178">
      <w:pPr>
        <w:spacing w:after="0" w:line="240" w:lineRule="auto"/>
        <w:jc w:val="both"/>
        <w:rPr>
          <w:rFonts w:ascii="Times New Roman" w:hAnsi="Times New Roman" w:cs="Times New Roman"/>
        </w:rPr>
      </w:pPr>
      <w:r w:rsidRPr="00D454F6">
        <w:rPr>
          <w:rFonts w:ascii="Times New Roman" w:hAnsi="Times New Roman" w:cs="Times New Roman"/>
        </w:rPr>
        <w:t>• 4– 5 ročné lyžičku a vidličku, postupne aj nôž,</w:t>
      </w:r>
    </w:p>
    <w:p w14:paraId="18270A91" w14:textId="77777777" w:rsidR="000A3713" w:rsidRPr="00D454F6" w:rsidRDefault="00D454F6" w:rsidP="00482178">
      <w:pPr>
        <w:spacing w:after="0" w:line="240" w:lineRule="auto"/>
        <w:jc w:val="both"/>
        <w:rPr>
          <w:rFonts w:ascii="Times New Roman" w:hAnsi="Times New Roman" w:cs="Times New Roman"/>
        </w:rPr>
      </w:pPr>
      <w:r w:rsidRPr="00D454F6">
        <w:rPr>
          <w:rFonts w:ascii="Times New Roman" w:hAnsi="Times New Roman" w:cs="Times New Roman"/>
        </w:rPr>
        <w:t>• 5– 6 ročné používajú samostatne kompletný príbor.</w:t>
      </w:r>
    </w:p>
    <w:p w14:paraId="5413A144" w14:textId="1113A03C" w:rsidR="000A3713" w:rsidRPr="00D454F6" w:rsidRDefault="00D454F6" w:rsidP="00482178">
      <w:pPr>
        <w:spacing w:after="0" w:line="240" w:lineRule="auto"/>
        <w:jc w:val="both"/>
        <w:rPr>
          <w:rFonts w:ascii="Times New Roman" w:hAnsi="Times New Roman" w:cs="Times New Roman"/>
        </w:rPr>
      </w:pPr>
      <w:r w:rsidRPr="00D454F6">
        <w:rPr>
          <w:rFonts w:ascii="Times New Roman" w:hAnsi="Times New Roman" w:cs="Times New Roman"/>
        </w:rPr>
        <w:t>V rámci rozvoja zručností  a príprav</w:t>
      </w:r>
      <w:r w:rsidR="00A9156E">
        <w:rPr>
          <w:rFonts w:ascii="Times New Roman" w:hAnsi="Times New Roman" w:cs="Times New Roman"/>
        </w:rPr>
        <w:t>y</w:t>
      </w:r>
      <w:r w:rsidRPr="00D454F6">
        <w:rPr>
          <w:rFonts w:ascii="Times New Roman" w:hAnsi="Times New Roman" w:cs="Times New Roman"/>
        </w:rPr>
        <w:t xml:space="preserve"> na základnú školu sa deti staršej triedy učia postupne</w:t>
      </w:r>
      <w:r w:rsidR="00482178">
        <w:rPr>
          <w:rFonts w:ascii="Times New Roman" w:hAnsi="Times New Roman" w:cs="Times New Roman"/>
        </w:rPr>
        <w:t xml:space="preserve"> </w:t>
      </w:r>
      <w:r w:rsidRPr="00D454F6">
        <w:rPr>
          <w:rFonts w:ascii="Times New Roman" w:hAnsi="Times New Roman" w:cs="Times New Roman"/>
        </w:rPr>
        <w:t>odnášať si druhé jedlo na stôl samostatne, použitý riad po dojedení na okienko.</w:t>
      </w:r>
    </w:p>
    <w:p w14:paraId="101E9DB9" w14:textId="6828EFB2" w:rsidR="0036313D" w:rsidRDefault="0036313D" w:rsidP="00CB7CC1">
      <w:pPr>
        <w:spacing w:after="0" w:line="240" w:lineRule="auto"/>
        <w:rPr>
          <w:rFonts w:ascii="Times New Roman" w:hAnsi="Times New Roman" w:cs="Times New Roman"/>
          <w:b/>
        </w:rPr>
      </w:pPr>
    </w:p>
    <w:p w14:paraId="05807CA6" w14:textId="2D3A9EE2" w:rsidR="00851F21" w:rsidRDefault="00851F21" w:rsidP="00CB7CC1">
      <w:pPr>
        <w:spacing w:after="0" w:line="240" w:lineRule="auto"/>
        <w:rPr>
          <w:rFonts w:ascii="Times New Roman" w:hAnsi="Times New Roman" w:cs="Times New Roman"/>
          <w:b/>
        </w:rPr>
      </w:pPr>
    </w:p>
    <w:p w14:paraId="3CEE0EE1" w14:textId="77777777" w:rsidR="00851F21" w:rsidRDefault="00851F21" w:rsidP="00CB7CC1">
      <w:pPr>
        <w:spacing w:after="0" w:line="240" w:lineRule="auto"/>
        <w:rPr>
          <w:rFonts w:ascii="Times New Roman" w:hAnsi="Times New Roman" w:cs="Times New Roman"/>
          <w:b/>
        </w:rPr>
      </w:pPr>
    </w:p>
    <w:p w14:paraId="01958AE4" w14:textId="77777777" w:rsidR="000A3713" w:rsidRPr="00D454F6" w:rsidRDefault="00D454F6" w:rsidP="00482178">
      <w:pPr>
        <w:spacing w:after="0" w:line="240" w:lineRule="auto"/>
        <w:jc w:val="both"/>
        <w:rPr>
          <w:rFonts w:ascii="Times New Roman" w:hAnsi="Times New Roman" w:cs="Times New Roman"/>
        </w:rPr>
      </w:pPr>
      <w:r w:rsidRPr="0036313D">
        <w:rPr>
          <w:rFonts w:ascii="Times New Roman" w:hAnsi="Times New Roman" w:cs="Times New Roman"/>
          <w:b/>
        </w:rPr>
        <w:lastRenderedPageBreak/>
        <w:t>11.4</w:t>
      </w:r>
      <w:r w:rsidRPr="00D454F6">
        <w:rPr>
          <w:rFonts w:ascii="Times New Roman" w:hAnsi="Times New Roman" w:cs="Times New Roman"/>
        </w:rPr>
        <w:t xml:space="preserve"> Časový harmonogram podávania jedla:</w:t>
      </w:r>
    </w:p>
    <w:p w14:paraId="60FE07A5" w14:textId="688B3F30" w:rsidR="000A3713" w:rsidRPr="00D454F6" w:rsidRDefault="00D454F6" w:rsidP="00482178">
      <w:pPr>
        <w:spacing w:after="0" w:line="240" w:lineRule="auto"/>
        <w:jc w:val="both"/>
        <w:rPr>
          <w:rFonts w:ascii="Times New Roman" w:hAnsi="Times New Roman" w:cs="Times New Roman"/>
        </w:rPr>
      </w:pPr>
      <w:r w:rsidRPr="00D454F6">
        <w:rPr>
          <w:rFonts w:ascii="Times New Roman" w:hAnsi="Times New Roman" w:cs="Times New Roman"/>
        </w:rPr>
        <w:t>Desiata:</w:t>
      </w:r>
      <w:r w:rsidR="00482178">
        <w:rPr>
          <w:rFonts w:ascii="Times New Roman" w:hAnsi="Times New Roman" w:cs="Times New Roman"/>
        </w:rPr>
        <w:tab/>
        <w:t xml:space="preserve">  </w:t>
      </w:r>
      <w:r w:rsidRPr="00D454F6">
        <w:rPr>
          <w:rFonts w:ascii="Times New Roman" w:hAnsi="Times New Roman" w:cs="Times New Roman"/>
        </w:rPr>
        <w:t>8:</w:t>
      </w:r>
      <w:r w:rsidR="0036313D">
        <w:rPr>
          <w:rFonts w:ascii="Times New Roman" w:hAnsi="Times New Roman" w:cs="Times New Roman"/>
        </w:rPr>
        <w:t>30</w:t>
      </w:r>
      <w:r w:rsidR="00482178">
        <w:rPr>
          <w:rFonts w:ascii="Times New Roman" w:hAnsi="Times New Roman" w:cs="Times New Roman"/>
        </w:rPr>
        <w:t xml:space="preserve"> hod.</w:t>
      </w:r>
      <w:r w:rsidRPr="00D454F6">
        <w:rPr>
          <w:rFonts w:ascii="Times New Roman" w:hAnsi="Times New Roman" w:cs="Times New Roman"/>
        </w:rPr>
        <w:t xml:space="preserve"> - </w:t>
      </w:r>
      <w:r w:rsidR="00482178">
        <w:rPr>
          <w:rFonts w:ascii="Times New Roman" w:hAnsi="Times New Roman" w:cs="Times New Roman"/>
        </w:rPr>
        <w:t xml:space="preserve">   </w:t>
      </w:r>
      <w:r w:rsidR="0036313D">
        <w:rPr>
          <w:rFonts w:ascii="Times New Roman" w:hAnsi="Times New Roman" w:cs="Times New Roman"/>
        </w:rPr>
        <w:t>8</w:t>
      </w:r>
      <w:r w:rsidRPr="00D454F6">
        <w:rPr>
          <w:rFonts w:ascii="Times New Roman" w:hAnsi="Times New Roman" w:cs="Times New Roman"/>
        </w:rPr>
        <w:t>:</w:t>
      </w:r>
      <w:r w:rsidR="0036313D">
        <w:rPr>
          <w:rFonts w:ascii="Times New Roman" w:hAnsi="Times New Roman" w:cs="Times New Roman"/>
        </w:rPr>
        <w:t>50</w:t>
      </w:r>
      <w:r w:rsidR="00482178">
        <w:rPr>
          <w:rFonts w:ascii="Times New Roman" w:hAnsi="Times New Roman" w:cs="Times New Roman"/>
        </w:rPr>
        <w:t xml:space="preserve"> hod.</w:t>
      </w:r>
    </w:p>
    <w:p w14:paraId="0C783557" w14:textId="33CA19D9" w:rsidR="000A3713" w:rsidRPr="00D454F6" w:rsidRDefault="00D454F6" w:rsidP="00482178">
      <w:pPr>
        <w:spacing w:after="0" w:line="240" w:lineRule="auto"/>
        <w:jc w:val="both"/>
        <w:rPr>
          <w:rFonts w:ascii="Times New Roman" w:hAnsi="Times New Roman" w:cs="Times New Roman"/>
        </w:rPr>
      </w:pPr>
      <w:r w:rsidRPr="00D454F6">
        <w:rPr>
          <w:rFonts w:ascii="Times New Roman" w:hAnsi="Times New Roman" w:cs="Times New Roman"/>
        </w:rPr>
        <w:t xml:space="preserve">Obed: </w:t>
      </w:r>
      <w:r w:rsidR="00482178">
        <w:rPr>
          <w:rFonts w:ascii="Times New Roman" w:hAnsi="Times New Roman" w:cs="Times New Roman"/>
        </w:rPr>
        <w:tab/>
      </w:r>
      <w:r w:rsidR="00482178">
        <w:rPr>
          <w:rFonts w:ascii="Times New Roman" w:hAnsi="Times New Roman" w:cs="Times New Roman"/>
        </w:rPr>
        <w:tab/>
        <w:t xml:space="preserve"> </w:t>
      </w:r>
      <w:r w:rsidRPr="00D454F6">
        <w:rPr>
          <w:rFonts w:ascii="Times New Roman" w:hAnsi="Times New Roman" w:cs="Times New Roman"/>
        </w:rPr>
        <w:t>11:30</w:t>
      </w:r>
      <w:r w:rsidR="00482178">
        <w:rPr>
          <w:rFonts w:ascii="Times New Roman" w:hAnsi="Times New Roman" w:cs="Times New Roman"/>
        </w:rPr>
        <w:t xml:space="preserve"> hod.</w:t>
      </w:r>
      <w:r w:rsidRPr="00D454F6">
        <w:rPr>
          <w:rFonts w:ascii="Times New Roman" w:hAnsi="Times New Roman" w:cs="Times New Roman"/>
        </w:rPr>
        <w:t xml:space="preserve"> -</w:t>
      </w:r>
      <w:r w:rsidR="00482178">
        <w:rPr>
          <w:rFonts w:ascii="Times New Roman" w:hAnsi="Times New Roman" w:cs="Times New Roman"/>
        </w:rPr>
        <w:t xml:space="preserve"> </w:t>
      </w:r>
      <w:r w:rsidRPr="00D454F6">
        <w:rPr>
          <w:rFonts w:ascii="Times New Roman" w:hAnsi="Times New Roman" w:cs="Times New Roman"/>
        </w:rPr>
        <w:t>12:00</w:t>
      </w:r>
      <w:r w:rsidR="00482178">
        <w:rPr>
          <w:rFonts w:ascii="Times New Roman" w:hAnsi="Times New Roman" w:cs="Times New Roman"/>
        </w:rPr>
        <w:t xml:space="preserve"> hod.</w:t>
      </w:r>
    </w:p>
    <w:p w14:paraId="7AA2F4DD" w14:textId="27D865E7" w:rsidR="000A3713" w:rsidRPr="00D454F6" w:rsidRDefault="00D454F6" w:rsidP="00482178">
      <w:pPr>
        <w:spacing w:after="0" w:line="240" w:lineRule="auto"/>
        <w:jc w:val="both"/>
        <w:rPr>
          <w:rFonts w:ascii="Times New Roman" w:hAnsi="Times New Roman" w:cs="Times New Roman"/>
        </w:rPr>
      </w:pPr>
      <w:r w:rsidRPr="00D454F6">
        <w:rPr>
          <w:rFonts w:ascii="Times New Roman" w:hAnsi="Times New Roman" w:cs="Times New Roman"/>
        </w:rPr>
        <w:t xml:space="preserve">Olovrant: </w:t>
      </w:r>
      <w:r w:rsidR="00482178">
        <w:rPr>
          <w:rFonts w:ascii="Times New Roman" w:hAnsi="Times New Roman" w:cs="Times New Roman"/>
        </w:rPr>
        <w:tab/>
      </w:r>
      <w:r w:rsidRPr="00D454F6">
        <w:rPr>
          <w:rFonts w:ascii="Times New Roman" w:hAnsi="Times New Roman" w:cs="Times New Roman"/>
        </w:rPr>
        <w:t xml:space="preserve"> 14:30 </w:t>
      </w:r>
      <w:r w:rsidR="00482178">
        <w:rPr>
          <w:rFonts w:ascii="Times New Roman" w:hAnsi="Times New Roman" w:cs="Times New Roman"/>
        </w:rPr>
        <w:t xml:space="preserve">hod. </w:t>
      </w:r>
      <w:r w:rsidRPr="00D454F6">
        <w:rPr>
          <w:rFonts w:ascii="Times New Roman" w:hAnsi="Times New Roman" w:cs="Times New Roman"/>
        </w:rPr>
        <w:t>- 15:00</w:t>
      </w:r>
      <w:r w:rsidR="00482178">
        <w:rPr>
          <w:rFonts w:ascii="Times New Roman" w:hAnsi="Times New Roman" w:cs="Times New Roman"/>
        </w:rPr>
        <w:t xml:space="preserve"> hod.</w:t>
      </w:r>
    </w:p>
    <w:p w14:paraId="5898AD35" w14:textId="77777777" w:rsidR="0036313D" w:rsidRDefault="0036313D" w:rsidP="00482178">
      <w:pPr>
        <w:spacing w:after="0" w:line="240" w:lineRule="auto"/>
        <w:jc w:val="both"/>
        <w:rPr>
          <w:rFonts w:ascii="Times New Roman" w:hAnsi="Times New Roman" w:cs="Times New Roman"/>
          <w:b/>
        </w:rPr>
      </w:pPr>
    </w:p>
    <w:p w14:paraId="5A4E84E6" w14:textId="1A2AF91B" w:rsidR="000A3713" w:rsidRPr="00D454F6" w:rsidRDefault="00D454F6" w:rsidP="00482178">
      <w:pPr>
        <w:spacing w:after="0" w:line="240" w:lineRule="auto"/>
        <w:jc w:val="both"/>
        <w:rPr>
          <w:rFonts w:ascii="Times New Roman" w:hAnsi="Times New Roman" w:cs="Times New Roman"/>
        </w:rPr>
      </w:pPr>
      <w:r w:rsidRPr="0036313D">
        <w:rPr>
          <w:rFonts w:ascii="Times New Roman" w:hAnsi="Times New Roman" w:cs="Times New Roman"/>
          <w:b/>
        </w:rPr>
        <w:t>11.5</w:t>
      </w:r>
      <w:r w:rsidRPr="00D454F6">
        <w:rPr>
          <w:rFonts w:ascii="Times New Roman" w:hAnsi="Times New Roman" w:cs="Times New Roman"/>
        </w:rPr>
        <w:t xml:space="preserve"> Ak dieťa musí mať z objektívnych zdravotných dôvodov vylúčené zo stravy určité</w:t>
      </w:r>
      <w:r w:rsidR="00482178">
        <w:rPr>
          <w:rFonts w:ascii="Times New Roman" w:hAnsi="Times New Roman" w:cs="Times New Roman"/>
        </w:rPr>
        <w:t xml:space="preserve"> </w:t>
      </w:r>
      <w:r w:rsidRPr="00D454F6">
        <w:rPr>
          <w:rFonts w:ascii="Times New Roman" w:hAnsi="Times New Roman" w:cs="Times New Roman"/>
        </w:rPr>
        <w:t>potraviny, rodič je povinný informovať o tom vedúcu   školskej   jedálne a priložiť doklad od</w:t>
      </w:r>
      <w:r w:rsidR="00482178">
        <w:rPr>
          <w:rFonts w:ascii="Times New Roman" w:hAnsi="Times New Roman" w:cs="Times New Roman"/>
        </w:rPr>
        <w:t xml:space="preserve"> </w:t>
      </w:r>
      <w:r w:rsidRPr="00D454F6">
        <w:rPr>
          <w:rFonts w:ascii="Times New Roman" w:hAnsi="Times New Roman" w:cs="Times New Roman"/>
        </w:rPr>
        <w:t>lekára, na ktorom budú uvedené potraviny, ktoré dieťa nesmie jesť (mliečne výrobky, potraviny</w:t>
      </w:r>
      <w:r w:rsidR="00482178">
        <w:rPr>
          <w:rFonts w:ascii="Times New Roman" w:hAnsi="Times New Roman" w:cs="Times New Roman"/>
        </w:rPr>
        <w:t xml:space="preserve"> </w:t>
      </w:r>
      <w:r w:rsidRPr="00D454F6">
        <w:rPr>
          <w:rFonts w:ascii="Times New Roman" w:hAnsi="Times New Roman" w:cs="Times New Roman"/>
        </w:rPr>
        <w:t>obsahujúce škrob atď.).</w:t>
      </w:r>
    </w:p>
    <w:p w14:paraId="5BAE4DE6" w14:textId="7D8ED2D8" w:rsidR="000A3713" w:rsidRPr="00D454F6" w:rsidRDefault="00D454F6" w:rsidP="00482178">
      <w:pPr>
        <w:spacing w:after="0" w:line="240" w:lineRule="auto"/>
        <w:jc w:val="both"/>
        <w:rPr>
          <w:rFonts w:ascii="Times New Roman" w:hAnsi="Times New Roman" w:cs="Times New Roman"/>
        </w:rPr>
      </w:pPr>
      <w:r w:rsidRPr="00D454F6">
        <w:rPr>
          <w:rFonts w:ascii="Times New Roman" w:hAnsi="Times New Roman" w:cs="Times New Roman"/>
        </w:rPr>
        <w:t>Materská škola neposkytuje diétne stravovanie a ak dieťa nemôže jesť klasickú stravu, rodič</w:t>
      </w:r>
      <w:r w:rsidR="00482178">
        <w:rPr>
          <w:rFonts w:ascii="Times New Roman" w:hAnsi="Times New Roman" w:cs="Times New Roman"/>
        </w:rPr>
        <w:t xml:space="preserve"> </w:t>
      </w:r>
      <w:r w:rsidRPr="00D454F6">
        <w:rPr>
          <w:rFonts w:ascii="Times New Roman" w:hAnsi="Times New Roman" w:cs="Times New Roman"/>
        </w:rPr>
        <w:t>požiada o výnimku v stravovaní dieťaťa.</w:t>
      </w:r>
    </w:p>
    <w:p w14:paraId="78FE12CC" w14:textId="52A2547B" w:rsidR="000A3713" w:rsidRPr="00D454F6" w:rsidRDefault="00D454F6" w:rsidP="00482178">
      <w:pPr>
        <w:spacing w:after="0" w:line="240" w:lineRule="auto"/>
        <w:jc w:val="both"/>
        <w:rPr>
          <w:rFonts w:ascii="Times New Roman" w:hAnsi="Times New Roman" w:cs="Times New Roman"/>
        </w:rPr>
      </w:pPr>
      <w:r w:rsidRPr="00D454F6">
        <w:rPr>
          <w:rFonts w:ascii="Times New Roman" w:hAnsi="Times New Roman" w:cs="Times New Roman"/>
        </w:rPr>
        <w:t>K žiadosti s osobnými údajmi dieťaťa prikladá doklad od odborného lekára, následne riaditeľka</w:t>
      </w:r>
      <w:r w:rsidR="00482178">
        <w:rPr>
          <w:rFonts w:ascii="Times New Roman" w:hAnsi="Times New Roman" w:cs="Times New Roman"/>
        </w:rPr>
        <w:t xml:space="preserve"> </w:t>
      </w:r>
      <w:r w:rsidRPr="00D454F6">
        <w:rPr>
          <w:rFonts w:ascii="Times New Roman" w:hAnsi="Times New Roman" w:cs="Times New Roman"/>
        </w:rPr>
        <w:t>školy vstupuje do rokovania s RÚVZ. Stravovanie takéhoto dieťaťa sa rieši donášaním stravy za</w:t>
      </w:r>
      <w:r w:rsidR="00482178">
        <w:rPr>
          <w:rFonts w:ascii="Times New Roman" w:hAnsi="Times New Roman" w:cs="Times New Roman"/>
        </w:rPr>
        <w:t xml:space="preserve"> </w:t>
      </w:r>
      <w:r w:rsidRPr="00D454F6">
        <w:rPr>
          <w:rFonts w:ascii="Times New Roman" w:hAnsi="Times New Roman" w:cs="Times New Roman"/>
        </w:rPr>
        <w:t>sprísnených hygienických podmienok oboch zúčastnených strán (MŠ i rodič).</w:t>
      </w:r>
    </w:p>
    <w:p w14:paraId="46241FAF" w14:textId="77777777" w:rsidR="0036313D" w:rsidRDefault="0036313D" w:rsidP="00CB7CC1">
      <w:pPr>
        <w:spacing w:after="0" w:line="240" w:lineRule="auto"/>
        <w:rPr>
          <w:rFonts w:ascii="Times New Roman" w:hAnsi="Times New Roman" w:cs="Times New Roman"/>
          <w:b/>
        </w:rPr>
      </w:pPr>
    </w:p>
    <w:p w14:paraId="232674C5" w14:textId="02DEFD3D" w:rsidR="000A3713" w:rsidRPr="00D454F6" w:rsidRDefault="00D454F6" w:rsidP="00482178">
      <w:pPr>
        <w:spacing w:after="0" w:line="240" w:lineRule="auto"/>
        <w:jc w:val="both"/>
        <w:rPr>
          <w:rFonts w:ascii="Times New Roman" w:hAnsi="Times New Roman" w:cs="Times New Roman"/>
        </w:rPr>
      </w:pPr>
      <w:r w:rsidRPr="0036313D">
        <w:rPr>
          <w:rFonts w:ascii="Times New Roman" w:hAnsi="Times New Roman" w:cs="Times New Roman"/>
          <w:b/>
        </w:rPr>
        <w:t>11.6</w:t>
      </w:r>
      <w:r w:rsidRPr="00D454F6">
        <w:rPr>
          <w:rFonts w:ascii="Times New Roman" w:hAnsi="Times New Roman" w:cs="Times New Roman"/>
        </w:rPr>
        <w:t xml:space="preserve"> Pitný  režim pripravuje kuchárka (nesladený čaj, čistá voda) a do tried ho v džbáne</w:t>
      </w:r>
      <w:r w:rsidR="00482178">
        <w:rPr>
          <w:rFonts w:ascii="Times New Roman" w:hAnsi="Times New Roman" w:cs="Times New Roman"/>
        </w:rPr>
        <w:t xml:space="preserve"> </w:t>
      </w:r>
      <w:r w:rsidRPr="00D454F6">
        <w:rPr>
          <w:rFonts w:ascii="Times New Roman" w:hAnsi="Times New Roman" w:cs="Times New Roman"/>
        </w:rPr>
        <w:t>odnesenie školníčka. Deti na pitný režim majú v triedach na táckach pohár označený značkou. Za</w:t>
      </w:r>
    </w:p>
    <w:p w14:paraId="155A6271" w14:textId="77777777" w:rsidR="000A3713" w:rsidRPr="00D454F6" w:rsidRDefault="00D454F6" w:rsidP="00482178">
      <w:pPr>
        <w:spacing w:after="0" w:line="240" w:lineRule="auto"/>
        <w:jc w:val="both"/>
        <w:rPr>
          <w:rFonts w:ascii="Times New Roman" w:hAnsi="Times New Roman" w:cs="Times New Roman"/>
        </w:rPr>
      </w:pPr>
      <w:r w:rsidRPr="00D454F6">
        <w:rPr>
          <w:rFonts w:ascii="Times New Roman" w:hAnsi="Times New Roman" w:cs="Times New Roman"/>
        </w:rPr>
        <w:t>podávanie pitného režimu zodpovedá učiteľka. Za hygienu pohárov kuchárka, taktiež za doplnenie</w:t>
      </w:r>
    </w:p>
    <w:p w14:paraId="477F375B" w14:textId="77777777" w:rsidR="000A3713" w:rsidRPr="00D454F6" w:rsidRDefault="00D454F6" w:rsidP="00482178">
      <w:pPr>
        <w:spacing w:after="0" w:line="240" w:lineRule="auto"/>
        <w:jc w:val="both"/>
        <w:rPr>
          <w:rFonts w:ascii="Times New Roman" w:hAnsi="Times New Roman" w:cs="Times New Roman"/>
        </w:rPr>
      </w:pPr>
      <w:r w:rsidRPr="00D454F6">
        <w:rPr>
          <w:rFonts w:ascii="Times New Roman" w:hAnsi="Times New Roman" w:cs="Times New Roman"/>
        </w:rPr>
        <w:t>nápojov.</w:t>
      </w:r>
    </w:p>
    <w:p w14:paraId="28D7C1A5" w14:textId="77777777" w:rsidR="0058348F" w:rsidRDefault="0058348F" w:rsidP="00482178">
      <w:pPr>
        <w:spacing w:after="0" w:line="240" w:lineRule="auto"/>
        <w:jc w:val="both"/>
        <w:rPr>
          <w:rFonts w:ascii="Times New Roman" w:hAnsi="Times New Roman" w:cs="Times New Roman"/>
          <w:b/>
        </w:rPr>
      </w:pPr>
    </w:p>
    <w:p w14:paraId="767B81A3" w14:textId="615F2A2D" w:rsidR="000A3713" w:rsidRPr="0036313D" w:rsidRDefault="00D454F6" w:rsidP="0058348F">
      <w:pPr>
        <w:spacing w:after="0" w:line="240" w:lineRule="auto"/>
        <w:jc w:val="center"/>
        <w:rPr>
          <w:rFonts w:ascii="Times New Roman" w:hAnsi="Times New Roman" w:cs="Times New Roman"/>
          <w:b/>
        </w:rPr>
      </w:pPr>
      <w:r w:rsidRPr="0036313D">
        <w:rPr>
          <w:rFonts w:ascii="Times New Roman" w:hAnsi="Times New Roman" w:cs="Times New Roman"/>
          <w:b/>
        </w:rPr>
        <w:t>Článok 12</w:t>
      </w:r>
    </w:p>
    <w:p w14:paraId="7B293369" w14:textId="77777777" w:rsidR="000A3713" w:rsidRPr="0036313D" w:rsidRDefault="00D454F6" w:rsidP="0036313D">
      <w:pPr>
        <w:spacing w:after="0" w:line="240" w:lineRule="auto"/>
        <w:jc w:val="center"/>
        <w:rPr>
          <w:rFonts w:ascii="Times New Roman" w:hAnsi="Times New Roman" w:cs="Times New Roman"/>
          <w:b/>
        </w:rPr>
      </w:pPr>
      <w:r w:rsidRPr="0036313D">
        <w:rPr>
          <w:rFonts w:ascii="Times New Roman" w:hAnsi="Times New Roman" w:cs="Times New Roman"/>
          <w:b/>
        </w:rPr>
        <w:t>Pedagogická prax študentov stredných a vysokých škôl</w:t>
      </w:r>
    </w:p>
    <w:p w14:paraId="6394FD86" w14:textId="69B5047B" w:rsidR="000A3713" w:rsidRPr="00D454F6" w:rsidRDefault="00D454F6" w:rsidP="0058348F">
      <w:pPr>
        <w:spacing w:after="0" w:line="240" w:lineRule="auto"/>
        <w:jc w:val="both"/>
        <w:rPr>
          <w:rFonts w:ascii="Times New Roman" w:hAnsi="Times New Roman" w:cs="Times New Roman"/>
        </w:rPr>
      </w:pPr>
      <w:r w:rsidRPr="0036313D">
        <w:rPr>
          <w:rFonts w:ascii="Times New Roman" w:hAnsi="Times New Roman" w:cs="Times New Roman"/>
          <w:b/>
        </w:rPr>
        <w:t>12.1</w:t>
      </w:r>
      <w:r w:rsidRPr="00D454F6">
        <w:rPr>
          <w:rFonts w:ascii="Times New Roman" w:hAnsi="Times New Roman" w:cs="Times New Roman"/>
        </w:rPr>
        <w:t xml:space="preserve"> Študentky stredných a vysokých škôl, ktoré majú záujem o vykonávanie pedagogickej praxe</w:t>
      </w:r>
      <w:r w:rsidR="0058348F">
        <w:rPr>
          <w:rFonts w:ascii="Times New Roman" w:hAnsi="Times New Roman" w:cs="Times New Roman"/>
        </w:rPr>
        <w:t xml:space="preserve"> </w:t>
      </w:r>
      <w:r w:rsidRPr="00D454F6">
        <w:rPr>
          <w:rFonts w:ascii="Times New Roman" w:hAnsi="Times New Roman" w:cs="Times New Roman"/>
        </w:rPr>
        <w:t>počas školského roka, sa hlásia u riaditeľky materskej školy. Po spísaní dohody riaditeľka školy:</w:t>
      </w:r>
    </w:p>
    <w:p w14:paraId="50422088" w14:textId="6C3E0293" w:rsidR="000A3713" w:rsidRPr="0058348F" w:rsidRDefault="00D454F6" w:rsidP="00FE5BF0">
      <w:pPr>
        <w:pStyle w:val="Odsekzoznamu"/>
        <w:numPr>
          <w:ilvl w:val="0"/>
          <w:numId w:val="19"/>
        </w:numPr>
        <w:spacing w:after="0" w:line="240" w:lineRule="auto"/>
        <w:jc w:val="both"/>
        <w:rPr>
          <w:rFonts w:ascii="Times New Roman" w:hAnsi="Times New Roman" w:cs="Times New Roman"/>
        </w:rPr>
      </w:pPr>
      <w:r w:rsidRPr="0058348F">
        <w:rPr>
          <w:rFonts w:ascii="Times New Roman" w:hAnsi="Times New Roman" w:cs="Times New Roman"/>
        </w:rPr>
        <w:t>zabezpečí poučenie študentiek o BOZP na pracovisku, o PO, o čom sa vypracuje písomný</w:t>
      </w:r>
      <w:r w:rsidR="0058348F" w:rsidRPr="0058348F">
        <w:rPr>
          <w:rFonts w:ascii="Times New Roman" w:hAnsi="Times New Roman" w:cs="Times New Roman"/>
        </w:rPr>
        <w:t xml:space="preserve"> </w:t>
      </w:r>
      <w:r w:rsidRPr="0058348F">
        <w:rPr>
          <w:rFonts w:ascii="Times New Roman" w:hAnsi="Times New Roman" w:cs="Times New Roman"/>
        </w:rPr>
        <w:t>záznam s podpismi poučených,</w:t>
      </w:r>
    </w:p>
    <w:p w14:paraId="13E6EBE2" w14:textId="045C4583" w:rsidR="000A3713" w:rsidRPr="0058348F" w:rsidRDefault="00D454F6" w:rsidP="00FE5BF0">
      <w:pPr>
        <w:pStyle w:val="Odsekzoznamu"/>
        <w:numPr>
          <w:ilvl w:val="0"/>
          <w:numId w:val="19"/>
        </w:numPr>
        <w:spacing w:after="0" w:line="240" w:lineRule="auto"/>
        <w:jc w:val="both"/>
        <w:rPr>
          <w:rFonts w:ascii="Times New Roman" w:hAnsi="Times New Roman" w:cs="Times New Roman"/>
        </w:rPr>
      </w:pPr>
      <w:r w:rsidRPr="0058348F">
        <w:rPr>
          <w:rFonts w:ascii="Times New Roman" w:hAnsi="Times New Roman" w:cs="Times New Roman"/>
        </w:rPr>
        <w:t xml:space="preserve">oboznámi študentky so </w:t>
      </w:r>
      <w:proofErr w:type="spellStart"/>
      <w:r w:rsidRPr="0058348F">
        <w:rPr>
          <w:rFonts w:ascii="Times New Roman" w:hAnsi="Times New Roman" w:cs="Times New Roman"/>
        </w:rPr>
        <w:t>ŠkVP</w:t>
      </w:r>
      <w:proofErr w:type="spellEnd"/>
      <w:r w:rsidRPr="0058348F">
        <w:rPr>
          <w:rFonts w:ascii="Times New Roman" w:hAnsi="Times New Roman" w:cs="Times New Roman"/>
        </w:rPr>
        <w:t xml:space="preserve">  materskej školy a inými potrebnými dokumentmi,</w:t>
      </w:r>
    </w:p>
    <w:p w14:paraId="56050811" w14:textId="695D90E1" w:rsidR="0036313D" w:rsidRPr="0058348F" w:rsidRDefault="00D454F6" w:rsidP="00FE5BF0">
      <w:pPr>
        <w:pStyle w:val="Odsekzoznamu"/>
        <w:numPr>
          <w:ilvl w:val="0"/>
          <w:numId w:val="19"/>
        </w:numPr>
        <w:spacing w:after="0" w:line="240" w:lineRule="auto"/>
        <w:jc w:val="both"/>
        <w:rPr>
          <w:rFonts w:ascii="Times New Roman" w:hAnsi="Times New Roman" w:cs="Times New Roman"/>
        </w:rPr>
      </w:pPr>
      <w:r w:rsidRPr="0058348F">
        <w:rPr>
          <w:rFonts w:ascii="Times New Roman" w:hAnsi="Times New Roman" w:cs="Times New Roman"/>
        </w:rPr>
        <w:t>zaradí študentky do triedy, kde vykonávajú výchovno- vzdelávaciu činnosť podľa</w:t>
      </w:r>
      <w:r w:rsidR="0058348F" w:rsidRPr="0058348F">
        <w:rPr>
          <w:rFonts w:ascii="Times New Roman" w:hAnsi="Times New Roman" w:cs="Times New Roman"/>
        </w:rPr>
        <w:t xml:space="preserve"> </w:t>
      </w:r>
      <w:r w:rsidRPr="0058348F">
        <w:rPr>
          <w:rFonts w:ascii="Times New Roman" w:hAnsi="Times New Roman" w:cs="Times New Roman"/>
        </w:rPr>
        <w:t>pokynov cvičnej učiteľky zodpovedajúcej za odbornú úroveň priebehu praxe.</w:t>
      </w:r>
    </w:p>
    <w:p w14:paraId="1A1348D9" w14:textId="77777777" w:rsidR="0036313D" w:rsidRDefault="0036313D" w:rsidP="0058348F">
      <w:pPr>
        <w:spacing w:after="0" w:line="240" w:lineRule="auto"/>
        <w:jc w:val="both"/>
        <w:rPr>
          <w:rFonts w:ascii="Times New Roman" w:hAnsi="Times New Roman" w:cs="Times New Roman"/>
          <w:b/>
        </w:rPr>
      </w:pPr>
    </w:p>
    <w:p w14:paraId="70DE6A0C" w14:textId="77777777" w:rsidR="000A3713" w:rsidRPr="00D454F6" w:rsidRDefault="00D454F6" w:rsidP="0058348F">
      <w:pPr>
        <w:spacing w:after="0" w:line="240" w:lineRule="auto"/>
        <w:jc w:val="both"/>
        <w:rPr>
          <w:rFonts w:ascii="Times New Roman" w:hAnsi="Times New Roman" w:cs="Times New Roman"/>
        </w:rPr>
      </w:pPr>
      <w:r w:rsidRPr="0036313D">
        <w:rPr>
          <w:rFonts w:ascii="Times New Roman" w:hAnsi="Times New Roman" w:cs="Times New Roman"/>
          <w:b/>
        </w:rPr>
        <w:t>12.2</w:t>
      </w:r>
      <w:r w:rsidRPr="00D454F6">
        <w:rPr>
          <w:rFonts w:ascii="Times New Roman" w:hAnsi="Times New Roman" w:cs="Times New Roman"/>
        </w:rPr>
        <w:t xml:space="preserve"> Študentky sú povinné:</w:t>
      </w:r>
    </w:p>
    <w:p w14:paraId="1F973790" w14:textId="102162B7" w:rsidR="000A3713" w:rsidRPr="0058348F" w:rsidRDefault="00D454F6" w:rsidP="00FE5BF0">
      <w:pPr>
        <w:pStyle w:val="Odsekzoznamu"/>
        <w:numPr>
          <w:ilvl w:val="0"/>
          <w:numId w:val="19"/>
        </w:numPr>
        <w:spacing w:after="0" w:line="240" w:lineRule="auto"/>
        <w:jc w:val="both"/>
        <w:rPr>
          <w:rFonts w:ascii="Times New Roman" w:hAnsi="Times New Roman" w:cs="Times New Roman"/>
        </w:rPr>
      </w:pPr>
      <w:r w:rsidRPr="0058348F">
        <w:rPr>
          <w:rFonts w:ascii="Times New Roman" w:hAnsi="Times New Roman" w:cs="Times New Roman"/>
        </w:rPr>
        <w:t>včas konzultovať  svoju plánovanú výchovno-vzdelávaciu činnosť s cvičnou učiteľkou,</w:t>
      </w:r>
    </w:p>
    <w:p w14:paraId="073B43B1" w14:textId="49A21DED" w:rsidR="000A3713" w:rsidRPr="0058348F" w:rsidRDefault="00D454F6" w:rsidP="00FE5BF0">
      <w:pPr>
        <w:pStyle w:val="Odsekzoznamu"/>
        <w:numPr>
          <w:ilvl w:val="0"/>
          <w:numId w:val="19"/>
        </w:numPr>
        <w:spacing w:after="0" w:line="240" w:lineRule="auto"/>
        <w:jc w:val="both"/>
        <w:rPr>
          <w:rFonts w:ascii="Times New Roman" w:hAnsi="Times New Roman" w:cs="Times New Roman"/>
        </w:rPr>
      </w:pPr>
      <w:r w:rsidRPr="0058348F">
        <w:rPr>
          <w:rFonts w:ascii="Times New Roman" w:hAnsi="Times New Roman" w:cs="Times New Roman"/>
        </w:rPr>
        <w:t>rešpektovať návrhy a odporúčania cvičnej učiteľky,</w:t>
      </w:r>
    </w:p>
    <w:p w14:paraId="07A08F82" w14:textId="492FED1A" w:rsidR="000A3713" w:rsidRPr="0058348F" w:rsidRDefault="00D454F6" w:rsidP="00FE5BF0">
      <w:pPr>
        <w:pStyle w:val="Odsekzoznamu"/>
        <w:numPr>
          <w:ilvl w:val="0"/>
          <w:numId w:val="19"/>
        </w:numPr>
        <w:spacing w:after="0" w:line="240" w:lineRule="auto"/>
        <w:jc w:val="both"/>
        <w:rPr>
          <w:rFonts w:ascii="Times New Roman" w:hAnsi="Times New Roman" w:cs="Times New Roman"/>
        </w:rPr>
      </w:pPr>
      <w:r w:rsidRPr="0058348F">
        <w:rPr>
          <w:rFonts w:ascii="Times New Roman" w:hAnsi="Times New Roman" w:cs="Times New Roman"/>
        </w:rPr>
        <w:t>dodržiavať vnútorné normy materskej školy a vnútorný poriadok praktického vyučovania,</w:t>
      </w:r>
    </w:p>
    <w:p w14:paraId="5D5F340A" w14:textId="7A9BF2B4" w:rsidR="000A3713" w:rsidRPr="0058348F" w:rsidRDefault="00D454F6" w:rsidP="00FE5BF0">
      <w:pPr>
        <w:pStyle w:val="Odsekzoznamu"/>
        <w:numPr>
          <w:ilvl w:val="0"/>
          <w:numId w:val="19"/>
        </w:numPr>
        <w:spacing w:after="0" w:line="240" w:lineRule="auto"/>
        <w:jc w:val="both"/>
        <w:rPr>
          <w:rFonts w:ascii="Times New Roman" w:hAnsi="Times New Roman" w:cs="Times New Roman"/>
        </w:rPr>
      </w:pPr>
      <w:r w:rsidRPr="0058348F">
        <w:rPr>
          <w:rFonts w:ascii="Times New Roman" w:hAnsi="Times New Roman" w:cs="Times New Roman"/>
        </w:rPr>
        <w:t>správať sa počas práce s deťmi aj počas celej prítomnosti v materskej škole príkladne a dbať</w:t>
      </w:r>
      <w:r w:rsidR="0058348F" w:rsidRPr="0058348F">
        <w:rPr>
          <w:rFonts w:ascii="Times New Roman" w:hAnsi="Times New Roman" w:cs="Times New Roman"/>
        </w:rPr>
        <w:t xml:space="preserve"> </w:t>
      </w:r>
      <w:r w:rsidRPr="0058348F">
        <w:rPr>
          <w:rFonts w:ascii="Times New Roman" w:hAnsi="Times New Roman" w:cs="Times New Roman"/>
        </w:rPr>
        <w:t>na ochranu zdravia a bezpečnosti detí a ostatných osôb, s ktorými prichádzajú do styku na</w:t>
      </w:r>
      <w:r w:rsidR="0058348F" w:rsidRPr="0058348F">
        <w:rPr>
          <w:rFonts w:ascii="Times New Roman" w:hAnsi="Times New Roman" w:cs="Times New Roman"/>
        </w:rPr>
        <w:t xml:space="preserve"> </w:t>
      </w:r>
      <w:r w:rsidRPr="0058348F">
        <w:rPr>
          <w:rFonts w:ascii="Times New Roman" w:hAnsi="Times New Roman" w:cs="Times New Roman"/>
        </w:rPr>
        <w:t>pracovisku.</w:t>
      </w:r>
    </w:p>
    <w:p w14:paraId="22CCB744" w14:textId="77777777" w:rsidR="0058348F" w:rsidRPr="00D454F6" w:rsidRDefault="0058348F" w:rsidP="0058348F">
      <w:pPr>
        <w:spacing w:after="0" w:line="240" w:lineRule="auto"/>
        <w:jc w:val="both"/>
        <w:rPr>
          <w:rFonts w:ascii="Times New Roman" w:hAnsi="Times New Roman" w:cs="Times New Roman"/>
        </w:rPr>
      </w:pPr>
    </w:p>
    <w:p w14:paraId="285C44F7" w14:textId="77777777" w:rsidR="000A3713" w:rsidRPr="0036313D" w:rsidRDefault="00D454F6" w:rsidP="0058348F">
      <w:pPr>
        <w:spacing w:after="0" w:line="240" w:lineRule="auto"/>
        <w:jc w:val="center"/>
        <w:rPr>
          <w:rFonts w:ascii="Times New Roman" w:hAnsi="Times New Roman" w:cs="Times New Roman"/>
          <w:b/>
        </w:rPr>
      </w:pPr>
      <w:r w:rsidRPr="0036313D">
        <w:rPr>
          <w:rFonts w:ascii="Times New Roman" w:hAnsi="Times New Roman" w:cs="Times New Roman"/>
          <w:b/>
        </w:rPr>
        <w:t>Článok 13</w:t>
      </w:r>
    </w:p>
    <w:p w14:paraId="76CE8FB1" w14:textId="77777777" w:rsidR="000A3713" w:rsidRPr="0036313D" w:rsidRDefault="00D454F6" w:rsidP="0036313D">
      <w:pPr>
        <w:spacing w:after="0" w:line="240" w:lineRule="auto"/>
        <w:jc w:val="center"/>
        <w:rPr>
          <w:rFonts w:ascii="Times New Roman" w:hAnsi="Times New Roman" w:cs="Times New Roman"/>
          <w:b/>
        </w:rPr>
      </w:pPr>
      <w:r w:rsidRPr="0036313D">
        <w:rPr>
          <w:rFonts w:ascii="Times New Roman" w:hAnsi="Times New Roman" w:cs="Times New Roman"/>
          <w:b/>
        </w:rPr>
        <w:t>Krúžková činnosť</w:t>
      </w:r>
    </w:p>
    <w:p w14:paraId="0AD52E55" w14:textId="426BD437" w:rsidR="000A3713" w:rsidRPr="00D454F6" w:rsidRDefault="00D454F6" w:rsidP="0058348F">
      <w:pPr>
        <w:spacing w:after="0" w:line="240" w:lineRule="auto"/>
        <w:jc w:val="both"/>
        <w:rPr>
          <w:rFonts w:ascii="Times New Roman" w:hAnsi="Times New Roman" w:cs="Times New Roman"/>
        </w:rPr>
      </w:pPr>
      <w:r w:rsidRPr="00D454F6">
        <w:rPr>
          <w:rFonts w:ascii="Times New Roman" w:hAnsi="Times New Roman" w:cs="Times New Roman"/>
        </w:rPr>
        <w:t>Krúžková činnosť sa realizuje v popoludňajších hodinách s prihliadnutím na usporiadanie</w:t>
      </w:r>
      <w:r w:rsidR="0058348F">
        <w:rPr>
          <w:rFonts w:ascii="Times New Roman" w:hAnsi="Times New Roman" w:cs="Times New Roman"/>
        </w:rPr>
        <w:t xml:space="preserve"> </w:t>
      </w:r>
      <w:r w:rsidRPr="00D454F6">
        <w:rPr>
          <w:rFonts w:ascii="Times New Roman" w:hAnsi="Times New Roman" w:cs="Times New Roman"/>
        </w:rPr>
        <w:t>denných činností detí. Realizujú sa pod vedením lektorov</w:t>
      </w:r>
      <w:r w:rsidR="00C041CE">
        <w:rPr>
          <w:rFonts w:ascii="Times New Roman" w:hAnsi="Times New Roman" w:cs="Times New Roman"/>
        </w:rPr>
        <w:t>, ktorí počas krúžkovej činnosti zodpovedajú za deti. Po ukončení krúžkovej činnosti odovzdá lektor deti službukonajúcej učiteľke.</w:t>
      </w:r>
      <w:r w:rsidR="0058348F">
        <w:rPr>
          <w:rFonts w:ascii="Times New Roman" w:hAnsi="Times New Roman" w:cs="Times New Roman"/>
        </w:rPr>
        <w:t xml:space="preserve"> </w:t>
      </w:r>
      <w:r w:rsidRPr="00D454F6">
        <w:rPr>
          <w:rFonts w:ascii="Times New Roman" w:hAnsi="Times New Roman" w:cs="Times New Roman"/>
        </w:rPr>
        <w:t>Krúžková činnosť sa realizuje na základe</w:t>
      </w:r>
      <w:r w:rsidR="00C041CE">
        <w:rPr>
          <w:rFonts w:ascii="Times New Roman" w:hAnsi="Times New Roman" w:cs="Times New Roman"/>
        </w:rPr>
        <w:t xml:space="preserve"> </w:t>
      </w:r>
      <w:r w:rsidRPr="00D454F6">
        <w:rPr>
          <w:rFonts w:ascii="Times New Roman" w:hAnsi="Times New Roman" w:cs="Times New Roman"/>
        </w:rPr>
        <w:t>informovaného</w:t>
      </w:r>
      <w:r w:rsidR="00C041CE">
        <w:rPr>
          <w:rFonts w:ascii="Times New Roman" w:hAnsi="Times New Roman" w:cs="Times New Roman"/>
        </w:rPr>
        <w:t xml:space="preserve"> </w:t>
      </w:r>
      <w:r w:rsidRPr="00D454F6">
        <w:rPr>
          <w:rFonts w:ascii="Times New Roman" w:hAnsi="Times New Roman" w:cs="Times New Roman"/>
        </w:rPr>
        <w:t xml:space="preserve"> súhlasu</w:t>
      </w:r>
      <w:r w:rsidR="00C041CE">
        <w:rPr>
          <w:rFonts w:ascii="Times New Roman" w:hAnsi="Times New Roman" w:cs="Times New Roman"/>
        </w:rPr>
        <w:t xml:space="preserve"> </w:t>
      </w:r>
      <w:r w:rsidRPr="00D454F6">
        <w:rPr>
          <w:rFonts w:ascii="Times New Roman" w:hAnsi="Times New Roman" w:cs="Times New Roman"/>
        </w:rPr>
        <w:t xml:space="preserve"> zákonného zástupcu.</w:t>
      </w:r>
    </w:p>
    <w:p w14:paraId="2F5F266E" w14:textId="77777777" w:rsidR="00C041CE" w:rsidRDefault="00C041CE" w:rsidP="00C041CE">
      <w:pPr>
        <w:spacing w:after="0" w:line="240" w:lineRule="auto"/>
        <w:jc w:val="center"/>
        <w:rPr>
          <w:rFonts w:ascii="Times New Roman" w:hAnsi="Times New Roman" w:cs="Times New Roman"/>
          <w:b/>
        </w:rPr>
      </w:pPr>
    </w:p>
    <w:p w14:paraId="70522299" w14:textId="77777777" w:rsidR="000A3713" w:rsidRPr="00C041CE" w:rsidRDefault="00D454F6" w:rsidP="00C041CE">
      <w:pPr>
        <w:spacing w:after="0" w:line="240" w:lineRule="auto"/>
        <w:jc w:val="center"/>
        <w:rPr>
          <w:rFonts w:ascii="Times New Roman" w:hAnsi="Times New Roman" w:cs="Times New Roman"/>
          <w:b/>
        </w:rPr>
      </w:pPr>
      <w:r w:rsidRPr="00C041CE">
        <w:rPr>
          <w:rFonts w:ascii="Times New Roman" w:hAnsi="Times New Roman" w:cs="Times New Roman"/>
          <w:b/>
        </w:rPr>
        <w:t>Článok 14</w:t>
      </w:r>
    </w:p>
    <w:p w14:paraId="1A064337" w14:textId="77777777" w:rsidR="000A3713" w:rsidRPr="00C041CE" w:rsidRDefault="00D454F6" w:rsidP="00C041CE">
      <w:pPr>
        <w:spacing w:after="0" w:line="240" w:lineRule="auto"/>
        <w:jc w:val="center"/>
        <w:rPr>
          <w:rFonts w:ascii="Times New Roman" w:hAnsi="Times New Roman" w:cs="Times New Roman"/>
          <w:b/>
        </w:rPr>
      </w:pPr>
      <w:r w:rsidRPr="00C041CE">
        <w:rPr>
          <w:rFonts w:ascii="Times New Roman" w:hAnsi="Times New Roman" w:cs="Times New Roman"/>
          <w:b/>
        </w:rPr>
        <w:t>Organizácia ostatných školských aktivít</w:t>
      </w:r>
    </w:p>
    <w:p w14:paraId="22CA12A2" w14:textId="4BB5092E" w:rsidR="000A3713" w:rsidRPr="00D454F6" w:rsidRDefault="00D454F6" w:rsidP="0058348F">
      <w:pPr>
        <w:spacing w:after="0" w:line="240" w:lineRule="auto"/>
        <w:jc w:val="both"/>
        <w:rPr>
          <w:rFonts w:ascii="Times New Roman" w:hAnsi="Times New Roman" w:cs="Times New Roman"/>
        </w:rPr>
      </w:pPr>
      <w:r w:rsidRPr="00D454F6">
        <w:rPr>
          <w:rFonts w:ascii="Times New Roman" w:hAnsi="Times New Roman" w:cs="Times New Roman"/>
        </w:rPr>
        <w:t>Materská škola môže organizovať výlety, kurzy, výcvik a ďalšie aktivity len na základe</w:t>
      </w:r>
      <w:r w:rsidR="0058348F">
        <w:rPr>
          <w:rFonts w:ascii="Times New Roman" w:hAnsi="Times New Roman" w:cs="Times New Roman"/>
        </w:rPr>
        <w:t xml:space="preserve"> </w:t>
      </w:r>
      <w:r w:rsidRPr="00D454F6">
        <w:rPr>
          <w:rFonts w:ascii="Times New Roman" w:hAnsi="Times New Roman" w:cs="Times New Roman"/>
        </w:rPr>
        <w:t>informovaného  súhlasu zákonného zástupcu dieťaťa  najviac na jeden deň s prihliadnutím na</w:t>
      </w:r>
      <w:r w:rsidR="0058348F">
        <w:rPr>
          <w:rFonts w:ascii="Times New Roman" w:hAnsi="Times New Roman" w:cs="Times New Roman"/>
        </w:rPr>
        <w:t xml:space="preserve"> </w:t>
      </w:r>
      <w:r w:rsidRPr="00D454F6">
        <w:rPr>
          <w:rFonts w:ascii="Times New Roman" w:hAnsi="Times New Roman" w:cs="Times New Roman"/>
        </w:rPr>
        <w:t>bezpečnostné, hygienické a fyziologické potreby detí a so zabezpečením teplého jedla pre deti.</w:t>
      </w:r>
      <w:r w:rsidR="0058348F">
        <w:rPr>
          <w:rFonts w:ascii="Times New Roman" w:hAnsi="Times New Roman" w:cs="Times New Roman"/>
        </w:rPr>
        <w:t xml:space="preserve"> </w:t>
      </w:r>
      <w:r w:rsidRPr="00D454F6">
        <w:rPr>
          <w:rFonts w:ascii="Times New Roman" w:hAnsi="Times New Roman" w:cs="Times New Roman"/>
        </w:rPr>
        <w:lastRenderedPageBreak/>
        <w:t>Môžu sa organizovať aj hromadnými dopravnými prostriedkami. Riaditeľka písomne</w:t>
      </w:r>
      <w:r w:rsidR="0058348F">
        <w:rPr>
          <w:rFonts w:ascii="Times New Roman" w:hAnsi="Times New Roman" w:cs="Times New Roman"/>
        </w:rPr>
        <w:t xml:space="preserve"> </w:t>
      </w:r>
      <w:r w:rsidRPr="00D454F6">
        <w:rPr>
          <w:rFonts w:ascii="Times New Roman" w:hAnsi="Times New Roman" w:cs="Times New Roman"/>
        </w:rPr>
        <w:t>oznámi zriaďovateľovi  organizované podujatia.</w:t>
      </w:r>
      <w:r w:rsidR="0058348F">
        <w:rPr>
          <w:rFonts w:ascii="Times New Roman" w:hAnsi="Times New Roman" w:cs="Times New Roman"/>
        </w:rPr>
        <w:t xml:space="preserve"> </w:t>
      </w:r>
      <w:r w:rsidRPr="00D454F6">
        <w:rPr>
          <w:rFonts w:ascii="Times New Roman" w:hAnsi="Times New Roman" w:cs="Times New Roman"/>
        </w:rPr>
        <w:t>Spoločenské, kultúrne a športové aktivity sa organizujú v zmysle školského vzdelávacieho</w:t>
      </w:r>
      <w:r w:rsidR="0058348F">
        <w:rPr>
          <w:rFonts w:ascii="Times New Roman" w:hAnsi="Times New Roman" w:cs="Times New Roman"/>
        </w:rPr>
        <w:t xml:space="preserve"> </w:t>
      </w:r>
      <w:r w:rsidRPr="00D454F6">
        <w:rPr>
          <w:rFonts w:ascii="Times New Roman" w:hAnsi="Times New Roman" w:cs="Times New Roman"/>
        </w:rPr>
        <w:t>programu, na základe plánu práce školy a informovaného súhlasu zákonného zástupcu.</w:t>
      </w:r>
    </w:p>
    <w:p w14:paraId="3D399FD4" w14:textId="77777777" w:rsidR="00C041CE" w:rsidRDefault="00C041CE" w:rsidP="0058348F">
      <w:pPr>
        <w:spacing w:after="0" w:line="240" w:lineRule="auto"/>
        <w:jc w:val="both"/>
        <w:rPr>
          <w:rFonts w:ascii="Times New Roman" w:hAnsi="Times New Roman" w:cs="Times New Roman"/>
          <w:b/>
        </w:rPr>
      </w:pPr>
    </w:p>
    <w:p w14:paraId="66B54CB9" w14:textId="77777777" w:rsidR="000A3713" w:rsidRPr="00C041CE" w:rsidRDefault="00D454F6" w:rsidP="0058348F">
      <w:pPr>
        <w:spacing w:after="0" w:line="240" w:lineRule="auto"/>
        <w:jc w:val="center"/>
        <w:rPr>
          <w:rFonts w:ascii="Times New Roman" w:hAnsi="Times New Roman" w:cs="Times New Roman"/>
          <w:b/>
        </w:rPr>
      </w:pPr>
      <w:r w:rsidRPr="00C041CE">
        <w:rPr>
          <w:rFonts w:ascii="Times New Roman" w:hAnsi="Times New Roman" w:cs="Times New Roman"/>
          <w:b/>
        </w:rPr>
        <w:t>Článok 15</w:t>
      </w:r>
    </w:p>
    <w:p w14:paraId="544D44B3" w14:textId="77777777" w:rsidR="000A3713" w:rsidRPr="00C041CE" w:rsidRDefault="00D454F6" w:rsidP="0058348F">
      <w:pPr>
        <w:spacing w:after="0" w:line="240" w:lineRule="auto"/>
        <w:jc w:val="center"/>
        <w:rPr>
          <w:rFonts w:ascii="Times New Roman" w:hAnsi="Times New Roman" w:cs="Times New Roman"/>
          <w:b/>
        </w:rPr>
      </w:pPr>
      <w:r w:rsidRPr="00C041CE">
        <w:rPr>
          <w:rFonts w:ascii="Times New Roman" w:hAnsi="Times New Roman" w:cs="Times New Roman"/>
          <w:b/>
        </w:rPr>
        <w:t>Úsporný režim chodu materskej školy</w:t>
      </w:r>
    </w:p>
    <w:p w14:paraId="559BE3B2" w14:textId="18A0C830" w:rsidR="000A3713" w:rsidRPr="00D454F6" w:rsidRDefault="00D454F6" w:rsidP="0058348F">
      <w:pPr>
        <w:spacing w:after="0" w:line="240" w:lineRule="auto"/>
        <w:jc w:val="both"/>
        <w:rPr>
          <w:rFonts w:ascii="Times New Roman" w:hAnsi="Times New Roman" w:cs="Times New Roman"/>
        </w:rPr>
      </w:pPr>
      <w:r w:rsidRPr="00D454F6">
        <w:rPr>
          <w:rFonts w:ascii="Times New Roman" w:hAnsi="Times New Roman" w:cs="Times New Roman"/>
        </w:rPr>
        <w:t>Z dôvodu šetrenia finančných prostriedkov v prípade nízkej dochádzky detí do materskej školy a</w:t>
      </w:r>
      <w:r w:rsidR="0058348F">
        <w:rPr>
          <w:rFonts w:ascii="Times New Roman" w:hAnsi="Times New Roman" w:cs="Times New Roman"/>
        </w:rPr>
        <w:t xml:space="preserve"> z</w:t>
      </w:r>
      <w:r w:rsidRPr="00D454F6">
        <w:rPr>
          <w:rFonts w:ascii="Times New Roman" w:hAnsi="Times New Roman" w:cs="Times New Roman"/>
        </w:rPr>
        <w:t>výšenej chorobnosti môže riaditeľka rozhodnúť o spájaní tried – zlučovanie detí z dvoch tried do</w:t>
      </w:r>
    </w:p>
    <w:p w14:paraId="58F6DB13" w14:textId="53CEEECE" w:rsidR="000A3713" w:rsidRPr="00D454F6" w:rsidRDefault="00D454F6" w:rsidP="0058348F">
      <w:pPr>
        <w:spacing w:after="0" w:line="240" w:lineRule="auto"/>
        <w:jc w:val="both"/>
        <w:rPr>
          <w:rFonts w:ascii="Times New Roman" w:hAnsi="Times New Roman" w:cs="Times New Roman"/>
        </w:rPr>
      </w:pPr>
      <w:r w:rsidRPr="00D454F6">
        <w:rPr>
          <w:rFonts w:ascii="Times New Roman" w:hAnsi="Times New Roman" w:cs="Times New Roman"/>
        </w:rPr>
        <w:t>jednej. Pri rozhodnutí o spájaní  sa dbá na zabezpečenie kvalitnej výchovy a vzdelávania.</w:t>
      </w:r>
      <w:r w:rsidR="0058348F">
        <w:rPr>
          <w:rFonts w:ascii="Times New Roman" w:hAnsi="Times New Roman" w:cs="Times New Roman"/>
        </w:rPr>
        <w:t xml:space="preserve"> </w:t>
      </w:r>
      <w:r w:rsidRPr="00D454F6">
        <w:rPr>
          <w:rFonts w:ascii="Times New Roman" w:hAnsi="Times New Roman" w:cs="Times New Roman"/>
        </w:rPr>
        <w:t>Nadbytok zamestnancov  riaditeľka rieši čerpaním náhradného voľna, dovolenky a pod.</w:t>
      </w:r>
      <w:r w:rsidR="0058348F">
        <w:rPr>
          <w:rFonts w:ascii="Times New Roman" w:hAnsi="Times New Roman" w:cs="Times New Roman"/>
        </w:rPr>
        <w:t xml:space="preserve"> </w:t>
      </w:r>
      <w:r w:rsidRPr="00D454F6">
        <w:rPr>
          <w:rFonts w:ascii="Times New Roman" w:hAnsi="Times New Roman" w:cs="Times New Roman"/>
        </w:rPr>
        <w:t>V prípade neprítomnosti učiteliek sa tiež môžu deti presunúť do druhej triedy – pripája sa trieda</w:t>
      </w:r>
    </w:p>
    <w:p w14:paraId="113F4D0F" w14:textId="77777777" w:rsidR="000A3713" w:rsidRDefault="00D454F6" w:rsidP="0058348F">
      <w:pPr>
        <w:spacing w:after="0" w:line="240" w:lineRule="auto"/>
        <w:jc w:val="both"/>
        <w:rPr>
          <w:rFonts w:ascii="Times New Roman" w:hAnsi="Times New Roman" w:cs="Times New Roman"/>
        </w:rPr>
      </w:pPr>
      <w:r w:rsidRPr="00D454F6">
        <w:rPr>
          <w:rFonts w:ascii="Times New Roman" w:hAnsi="Times New Roman" w:cs="Times New Roman"/>
        </w:rPr>
        <w:t>s menším počtom detí.</w:t>
      </w:r>
    </w:p>
    <w:p w14:paraId="447BF42B" w14:textId="77777777" w:rsidR="00C041CE" w:rsidRPr="00D454F6" w:rsidRDefault="00C041CE" w:rsidP="0058348F">
      <w:pPr>
        <w:spacing w:after="0" w:line="240" w:lineRule="auto"/>
        <w:jc w:val="both"/>
        <w:rPr>
          <w:rFonts w:ascii="Times New Roman" w:hAnsi="Times New Roman" w:cs="Times New Roman"/>
        </w:rPr>
      </w:pPr>
    </w:p>
    <w:p w14:paraId="6252E68B" w14:textId="77777777" w:rsidR="000A3713" w:rsidRPr="00C041CE" w:rsidRDefault="00D454F6" w:rsidP="00C041CE">
      <w:pPr>
        <w:spacing w:after="0" w:line="240" w:lineRule="auto"/>
        <w:jc w:val="center"/>
        <w:rPr>
          <w:rFonts w:ascii="Times New Roman" w:hAnsi="Times New Roman" w:cs="Times New Roman"/>
          <w:b/>
        </w:rPr>
      </w:pPr>
      <w:r w:rsidRPr="00C041CE">
        <w:rPr>
          <w:rFonts w:ascii="Times New Roman" w:hAnsi="Times New Roman" w:cs="Times New Roman"/>
          <w:b/>
        </w:rPr>
        <w:t>ČASŤ IV</w:t>
      </w:r>
    </w:p>
    <w:p w14:paraId="216342EE" w14:textId="77777777" w:rsidR="000A3713" w:rsidRPr="00C041CE" w:rsidRDefault="00D454F6" w:rsidP="00C041CE">
      <w:pPr>
        <w:spacing w:after="0" w:line="240" w:lineRule="auto"/>
        <w:jc w:val="center"/>
        <w:rPr>
          <w:rFonts w:ascii="Times New Roman" w:hAnsi="Times New Roman" w:cs="Times New Roman"/>
          <w:b/>
        </w:rPr>
      </w:pPr>
      <w:r w:rsidRPr="00C041CE">
        <w:rPr>
          <w:rFonts w:ascii="Times New Roman" w:hAnsi="Times New Roman" w:cs="Times New Roman"/>
          <w:b/>
        </w:rPr>
        <w:t>Podmienky na zaistenie bezpečnosti a ochrany zdravia pri výchove a vzdelávaní a ich</w:t>
      </w:r>
    </w:p>
    <w:p w14:paraId="780B7588" w14:textId="77777777" w:rsidR="000A3713" w:rsidRDefault="00D454F6" w:rsidP="00C041CE">
      <w:pPr>
        <w:spacing w:after="0" w:line="240" w:lineRule="auto"/>
        <w:jc w:val="center"/>
        <w:rPr>
          <w:rFonts w:ascii="Times New Roman" w:hAnsi="Times New Roman" w:cs="Times New Roman"/>
          <w:b/>
        </w:rPr>
      </w:pPr>
      <w:r w:rsidRPr="00C041CE">
        <w:rPr>
          <w:rFonts w:ascii="Times New Roman" w:hAnsi="Times New Roman" w:cs="Times New Roman"/>
          <w:b/>
        </w:rPr>
        <w:t xml:space="preserve">ochrany pred </w:t>
      </w:r>
      <w:proofErr w:type="spellStart"/>
      <w:r w:rsidRPr="00C041CE">
        <w:rPr>
          <w:rFonts w:ascii="Times New Roman" w:hAnsi="Times New Roman" w:cs="Times New Roman"/>
          <w:b/>
        </w:rPr>
        <w:t>sociálnopatologickými</w:t>
      </w:r>
      <w:proofErr w:type="spellEnd"/>
      <w:r w:rsidRPr="00C041CE">
        <w:rPr>
          <w:rFonts w:ascii="Times New Roman" w:hAnsi="Times New Roman" w:cs="Times New Roman"/>
          <w:b/>
        </w:rPr>
        <w:t xml:space="preserve"> javmi, diskrimináciou alebo násilím</w:t>
      </w:r>
    </w:p>
    <w:p w14:paraId="69D5EA29" w14:textId="77777777" w:rsidR="0058348F" w:rsidRPr="0058348F" w:rsidRDefault="0058348F" w:rsidP="00C041CE">
      <w:pPr>
        <w:spacing w:after="0" w:line="240" w:lineRule="auto"/>
        <w:jc w:val="center"/>
        <w:rPr>
          <w:rFonts w:ascii="Times New Roman" w:hAnsi="Times New Roman" w:cs="Times New Roman"/>
          <w:b/>
          <w:sz w:val="14"/>
          <w:szCs w:val="14"/>
        </w:rPr>
      </w:pPr>
    </w:p>
    <w:p w14:paraId="695E2B32" w14:textId="6E7E17E1" w:rsidR="000A3713" w:rsidRPr="0058348F" w:rsidRDefault="00D454F6" w:rsidP="00FE5BF0">
      <w:pPr>
        <w:pStyle w:val="Odsekzoznamu"/>
        <w:numPr>
          <w:ilvl w:val="0"/>
          <w:numId w:val="21"/>
        </w:numPr>
        <w:spacing w:after="0" w:line="240" w:lineRule="auto"/>
        <w:jc w:val="both"/>
        <w:rPr>
          <w:rFonts w:ascii="Times New Roman" w:hAnsi="Times New Roman" w:cs="Times New Roman"/>
        </w:rPr>
      </w:pPr>
      <w:r w:rsidRPr="0058348F">
        <w:rPr>
          <w:rFonts w:ascii="Times New Roman" w:hAnsi="Times New Roman" w:cs="Times New Roman"/>
        </w:rPr>
        <w:t>Materská škola pri výchove a vzdelávaní a pri činnostiach súvisiacich s výchovou</w:t>
      </w:r>
      <w:r w:rsidR="0058348F" w:rsidRPr="0058348F">
        <w:rPr>
          <w:rFonts w:ascii="Times New Roman" w:hAnsi="Times New Roman" w:cs="Times New Roman"/>
        </w:rPr>
        <w:t xml:space="preserve"> </w:t>
      </w:r>
      <w:r w:rsidRPr="0058348F">
        <w:rPr>
          <w:rFonts w:ascii="Times New Roman" w:hAnsi="Times New Roman" w:cs="Times New Roman"/>
        </w:rPr>
        <w:t>a vzdelávaním  je povinná:</w:t>
      </w:r>
    </w:p>
    <w:p w14:paraId="5CAC1340" w14:textId="265815F3" w:rsidR="000A3713" w:rsidRPr="0058348F" w:rsidRDefault="00D454F6" w:rsidP="00FE5BF0">
      <w:pPr>
        <w:pStyle w:val="Odsekzoznamu"/>
        <w:numPr>
          <w:ilvl w:val="0"/>
          <w:numId w:val="19"/>
        </w:numPr>
        <w:spacing w:after="0" w:line="240" w:lineRule="auto"/>
        <w:jc w:val="both"/>
        <w:rPr>
          <w:rFonts w:ascii="Times New Roman" w:hAnsi="Times New Roman" w:cs="Times New Roman"/>
        </w:rPr>
      </w:pPr>
      <w:r w:rsidRPr="0058348F">
        <w:rPr>
          <w:rFonts w:ascii="Times New Roman" w:hAnsi="Times New Roman" w:cs="Times New Roman"/>
        </w:rPr>
        <w:t>prihliadať na základné fyziologické potreby detí,</w:t>
      </w:r>
    </w:p>
    <w:p w14:paraId="506B6247" w14:textId="0E66D0C5" w:rsidR="000A3713" w:rsidRPr="0058348F" w:rsidRDefault="00D454F6" w:rsidP="00FE5BF0">
      <w:pPr>
        <w:pStyle w:val="Odsekzoznamu"/>
        <w:numPr>
          <w:ilvl w:val="0"/>
          <w:numId w:val="19"/>
        </w:numPr>
        <w:spacing w:after="0" w:line="240" w:lineRule="auto"/>
        <w:jc w:val="both"/>
        <w:rPr>
          <w:rFonts w:ascii="Times New Roman" w:hAnsi="Times New Roman" w:cs="Times New Roman"/>
        </w:rPr>
      </w:pPr>
      <w:r w:rsidRPr="0058348F">
        <w:rPr>
          <w:rFonts w:ascii="Times New Roman" w:hAnsi="Times New Roman" w:cs="Times New Roman"/>
        </w:rPr>
        <w:t xml:space="preserve">vytvárať podmienky na zdravý vývin detí a na predchádzanie </w:t>
      </w:r>
      <w:proofErr w:type="spellStart"/>
      <w:r w:rsidRPr="0058348F">
        <w:rPr>
          <w:rFonts w:ascii="Times New Roman" w:hAnsi="Times New Roman" w:cs="Times New Roman"/>
        </w:rPr>
        <w:t>sociálnopatologickým</w:t>
      </w:r>
      <w:proofErr w:type="spellEnd"/>
      <w:r w:rsidRPr="0058348F">
        <w:rPr>
          <w:rFonts w:ascii="Times New Roman" w:hAnsi="Times New Roman" w:cs="Times New Roman"/>
        </w:rPr>
        <w:t xml:space="preserve"> javom,</w:t>
      </w:r>
    </w:p>
    <w:p w14:paraId="42A62A70" w14:textId="146DE023" w:rsidR="000A3713" w:rsidRPr="0058348F" w:rsidRDefault="00D454F6" w:rsidP="00FE5BF0">
      <w:pPr>
        <w:pStyle w:val="Odsekzoznamu"/>
        <w:numPr>
          <w:ilvl w:val="0"/>
          <w:numId w:val="19"/>
        </w:numPr>
        <w:spacing w:after="0" w:line="240" w:lineRule="auto"/>
        <w:jc w:val="both"/>
        <w:rPr>
          <w:rFonts w:ascii="Times New Roman" w:hAnsi="Times New Roman" w:cs="Times New Roman"/>
        </w:rPr>
      </w:pPr>
      <w:r w:rsidRPr="0058348F">
        <w:rPr>
          <w:rFonts w:ascii="Times New Roman" w:hAnsi="Times New Roman" w:cs="Times New Roman"/>
        </w:rPr>
        <w:t>poskytnúť nevyhnutné  informácie na zaistenie bezpečnosti a ochrany zdravia,</w:t>
      </w:r>
    </w:p>
    <w:p w14:paraId="349787A0" w14:textId="13EFAD95" w:rsidR="000A3713" w:rsidRPr="0058348F" w:rsidRDefault="00D454F6" w:rsidP="00FE5BF0">
      <w:pPr>
        <w:pStyle w:val="Odsekzoznamu"/>
        <w:numPr>
          <w:ilvl w:val="0"/>
          <w:numId w:val="19"/>
        </w:numPr>
        <w:spacing w:after="0" w:line="240" w:lineRule="auto"/>
        <w:jc w:val="both"/>
        <w:rPr>
          <w:rFonts w:ascii="Times New Roman" w:hAnsi="Times New Roman" w:cs="Times New Roman"/>
        </w:rPr>
      </w:pPr>
      <w:r w:rsidRPr="0058348F">
        <w:rPr>
          <w:rFonts w:ascii="Times New Roman" w:hAnsi="Times New Roman" w:cs="Times New Roman"/>
        </w:rPr>
        <w:t>viesť evidenciu školských úrazov, ku ktorým došlo počas výchovno-vzdelávacej činnosti</w:t>
      </w:r>
      <w:r w:rsidR="0058348F" w:rsidRPr="0058348F">
        <w:rPr>
          <w:rFonts w:ascii="Times New Roman" w:hAnsi="Times New Roman" w:cs="Times New Roman"/>
        </w:rPr>
        <w:t xml:space="preserve"> </w:t>
      </w:r>
      <w:r w:rsidRPr="0058348F">
        <w:rPr>
          <w:rFonts w:ascii="Times New Roman" w:hAnsi="Times New Roman" w:cs="Times New Roman"/>
        </w:rPr>
        <w:t>a pri činnostiach organizovaných školou.</w:t>
      </w:r>
    </w:p>
    <w:p w14:paraId="343AE4A9" w14:textId="77777777" w:rsidR="00C041CE" w:rsidRDefault="00C041CE" w:rsidP="00CB7CC1">
      <w:pPr>
        <w:spacing w:after="0" w:line="240" w:lineRule="auto"/>
        <w:rPr>
          <w:rFonts w:ascii="Times New Roman" w:hAnsi="Times New Roman" w:cs="Times New Roman"/>
        </w:rPr>
      </w:pPr>
    </w:p>
    <w:p w14:paraId="38DA6780" w14:textId="229390D4" w:rsidR="000A3713" w:rsidRPr="0058348F" w:rsidRDefault="00D454F6" w:rsidP="00FE5BF0">
      <w:pPr>
        <w:pStyle w:val="Odsekzoznamu"/>
        <w:numPr>
          <w:ilvl w:val="0"/>
          <w:numId w:val="21"/>
        </w:numPr>
        <w:spacing w:after="0" w:line="240" w:lineRule="auto"/>
        <w:jc w:val="both"/>
        <w:rPr>
          <w:rFonts w:ascii="Times New Roman" w:hAnsi="Times New Roman" w:cs="Times New Roman"/>
        </w:rPr>
      </w:pPr>
      <w:r w:rsidRPr="0058348F">
        <w:rPr>
          <w:rFonts w:ascii="Times New Roman" w:hAnsi="Times New Roman" w:cs="Times New Roman"/>
        </w:rPr>
        <w:t>Podľa § 24 ods. 6 zákona č.355/2007 Z.  z. o ochrane, podpore a rozvoji verejného zdravia</w:t>
      </w:r>
      <w:r w:rsidR="0058348F" w:rsidRPr="0058348F">
        <w:rPr>
          <w:rFonts w:ascii="Times New Roman" w:hAnsi="Times New Roman" w:cs="Times New Roman"/>
        </w:rPr>
        <w:t xml:space="preserve"> </w:t>
      </w:r>
      <w:r w:rsidRPr="0058348F">
        <w:rPr>
          <w:rFonts w:ascii="Times New Roman" w:hAnsi="Times New Roman" w:cs="Times New Roman"/>
        </w:rPr>
        <w:t>a o zmene a doplnení niektorých zákonov môže byť v MŠ umiestnené len dieťa, ktoré:</w:t>
      </w:r>
    </w:p>
    <w:p w14:paraId="2DC15DD6" w14:textId="7C77B054" w:rsidR="000A3713" w:rsidRPr="0058348F" w:rsidRDefault="00D454F6" w:rsidP="00FE5BF0">
      <w:pPr>
        <w:pStyle w:val="Odsekzoznamu"/>
        <w:numPr>
          <w:ilvl w:val="0"/>
          <w:numId w:val="19"/>
        </w:numPr>
        <w:spacing w:after="0" w:line="240" w:lineRule="auto"/>
        <w:rPr>
          <w:rFonts w:ascii="Times New Roman" w:hAnsi="Times New Roman" w:cs="Times New Roman"/>
        </w:rPr>
      </w:pPr>
      <w:r w:rsidRPr="0058348F">
        <w:rPr>
          <w:rFonts w:ascii="Times New Roman" w:hAnsi="Times New Roman" w:cs="Times New Roman"/>
        </w:rPr>
        <w:t>je spôsobilé na pobyt v kolektíve,</w:t>
      </w:r>
    </w:p>
    <w:p w14:paraId="6E39A764" w14:textId="486AB48D" w:rsidR="000A3713" w:rsidRPr="0058348F" w:rsidRDefault="00D454F6" w:rsidP="00FE5BF0">
      <w:pPr>
        <w:pStyle w:val="Odsekzoznamu"/>
        <w:numPr>
          <w:ilvl w:val="0"/>
          <w:numId w:val="19"/>
        </w:numPr>
        <w:spacing w:after="0" w:line="240" w:lineRule="auto"/>
        <w:rPr>
          <w:rFonts w:ascii="Times New Roman" w:hAnsi="Times New Roman" w:cs="Times New Roman"/>
        </w:rPr>
      </w:pPr>
      <w:r w:rsidRPr="0058348F">
        <w:rPr>
          <w:rFonts w:ascii="Times New Roman" w:hAnsi="Times New Roman" w:cs="Times New Roman"/>
        </w:rPr>
        <w:t>neprejavuje príznaky prenosného ochorenia,</w:t>
      </w:r>
    </w:p>
    <w:p w14:paraId="34D7A090" w14:textId="3EBFB926" w:rsidR="000A3713" w:rsidRPr="0058348F" w:rsidRDefault="00D454F6" w:rsidP="00FE5BF0">
      <w:pPr>
        <w:pStyle w:val="Odsekzoznamu"/>
        <w:numPr>
          <w:ilvl w:val="0"/>
          <w:numId w:val="19"/>
        </w:numPr>
        <w:spacing w:after="0" w:line="240" w:lineRule="auto"/>
        <w:rPr>
          <w:rFonts w:ascii="Times New Roman" w:hAnsi="Times New Roman" w:cs="Times New Roman"/>
        </w:rPr>
      </w:pPr>
      <w:r w:rsidRPr="0058348F">
        <w:rPr>
          <w:rFonts w:ascii="Times New Roman" w:hAnsi="Times New Roman" w:cs="Times New Roman"/>
        </w:rPr>
        <w:t>nemá nariadené karanténne opatrenie.</w:t>
      </w:r>
    </w:p>
    <w:p w14:paraId="4F378A41" w14:textId="77777777" w:rsidR="00C041CE" w:rsidRDefault="00C041CE" w:rsidP="00CB7CC1">
      <w:pPr>
        <w:spacing w:after="0" w:line="240" w:lineRule="auto"/>
        <w:rPr>
          <w:rFonts w:ascii="Times New Roman" w:hAnsi="Times New Roman" w:cs="Times New Roman"/>
        </w:rPr>
      </w:pPr>
    </w:p>
    <w:p w14:paraId="4E954E59" w14:textId="4AE0C52F" w:rsidR="000A3713" w:rsidRPr="0058348F" w:rsidRDefault="00D454F6" w:rsidP="00FE5BF0">
      <w:pPr>
        <w:pStyle w:val="Odsekzoznamu"/>
        <w:numPr>
          <w:ilvl w:val="0"/>
          <w:numId w:val="21"/>
        </w:numPr>
        <w:spacing w:after="0" w:line="240" w:lineRule="auto"/>
        <w:jc w:val="both"/>
        <w:rPr>
          <w:rFonts w:ascii="Times New Roman" w:hAnsi="Times New Roman" w:cs="Times New Roman"/>
        </w:rPr>
      </w:pPr>
      <w:r w:rsidRPr="0058348F">
        <w:rPr>
          <w:rFonts w:ascii="Times New Roman" w:hAnsi="Times New Roman" w:cs="Times New Roman"/>
        </w:rPr>
        <w:t>Učiteľka môže odmietnuť prevzatie dieťaťa, ak pri vykonávaní ranného filtra zistí, že jeho</w:t>
      </w:r>
      <w:r w:rsidR="0058348F" w:rsidRPr="0058348F">
        <w:rPr>
          <w:rFonts w:ascii="Times New Roman" w:hAnsi="Times New Roman" w:cs="Times New Roman"/>
        </w:rPr>
        <w:t xml:space="preserve"> </w:t>
      </w:r>
      <w:r w:rsidRPr="0058348F">
        <w:rPr>
          <w:rFonts w:ascii="Times New Roman" w:hAnsi="Times New Roman" w:cs="Times New Roman"/>
        </w:rPr>
        <w:t>zdravotný stav  (kašle, má nádchu a pod.) nie je vhodný na prijatie.</w:t>
      </w:r>
      <w:r w:rsidR="0058348F" w:rsidRPr="0058348F">
        <w:rPr>
          <w:rFonts w:ascii="Times New Roman" w:hAnsi="Times New Roman" w:cs="Times New Roman"/>
        </w:rPr>
        <w:t xml:space="preserve"> </w:t>
      </w:r>
      <w:r w:rsidRPr="0058348F">
        <w:rPr>
          <w:rFonts w:ascii="Times New Roman" w:hAnsi="Times New Roman" w:cs="Times New Roman"/>
        </w:rPr>
        <w:t>Ak zákonný zástupca navštívi lekára, ktorý rozhodne o ďalšom postupe, absolvuje lekárske</w:t>
      </w:r>
      <w:r w:rsidR="0058348F" w:rsidRPr="0058348F">
        <w:rPr>
          <w:rFonts w:ascii="Times New Roman" w:hAnsi="Times New Roman" w:cs="Times New Roman"/>
        </w:rPr>
        <w:t xml:space="preserve"> </w:t>
      </w:r>
      <w:r w:rsidRPr="0058348F">
        <w:rPr>
          <w:rFonts w:ascii="Times New Roman" w:hAnsi="Times New Roman" w:cs="Times New Roman"/>
        </w:rPr>
        <w:t>vyšetrenie, materská škola následne ospravedlní neprítomnosť dieťaťa potvrdením od lekára.</w:t>
      </w:r>
    </w:p>
    <w:p w14:paraId="50EB9BF9" w14:textId="77777777" w:rsidR="00C041CE" w:rsidRDefault="00C041CE" w:rsidP="00CB7CC1">
      <w:pPr>
        <w:spacing w:after="0" w:line="240" w:lineRule="auto"/>
        <w:rPr>
          <w:rFonts w:ascii="Times New Roman" w:hAnsi="Times New Roman" w:cs="Times New Roman"/>
        </w:rPr>
      </w:pPr>
    </w:p>
    <w:p w14:paraId="77ED5CFF" w14:textId="44425E1A" w:rsidR="000A3713" w:rsidRPr="0058348F" w:rsidRDefault="00D454F6" w:rsidP="00FE5BF0">
      <w:pPr>
        <w:pStyle w:val="Odsekzoznamu"/>
        <w:numPr>
          <w:ilvl w:val="0"/>
          <w:numId w:val="21"/>
        </w:numPr>
        <w:spacing w:after="0" w:line="240" w:lineRule="auto"/>
        <w:jc w:val="both"/>
        <w:rPr>
          <w:rFonts w:ascii="Times New Roman" w:hAnsi="Times New Roman" w:cs="Times New Roman"/>
        </w:rPr>
      </w:pPr>
      <w:r w:rsidRPr="0058348F">
        <w:rPr>
          <w:rFonts w:ascii="Times New Roman" w:hAnsi="Times New Roman" w:cs="Times New Roman"/>
        </w:rPr>
        <w:t>Pred prvým nástupom dieťaťa do MŠ vydá na prihláške dieťaťa do MŠ lekár potvrdenie</w:t>
      </w:r>
      <w:r w:rsidR="0058348F" w:rsidRPr="0058348F">
        <w:rPr>
          <w:rFonts w:ascii="Times New Roman" w:hAnsi="Times New Roman" w:cs="Times New Roman"/>
        </w:rPr>
        <w:t xml:space="preserve"> </w:t>
      </w:r>
      <w:r w:rsidRPr="0058348F">
        <w:rPr>
          <w:rFonts w:ascii="Times New Roman" w:hAnsi="Times New Roman" w:cs="Times New Roman"/>
        </w:rPr>
        <w:t>zdravotnej spôsobilosti spolu s údajom o očkovaní.</w:t>
      </w:r>
      <w:r w:rsidR="0058348F" w:rsidRPr="0058348F">
        <w:rPr>
          <w:rFonts w:ascii="Times New Roman" w:hAnsi="Times New Roman" w:cs="Times New Roman"/>
        </w:rPr>
        <w:t xml:space="preserve"> </w:t>
      </w:r>
      <w:r w:rsidRPr="0058348F">
        <w:rPr>
          <w:rFonts w:ascii="Times New Roman" w:hAnsi="Times New Roman" w:cs="Times New Roman"/>
        </w:rPr>
        <w:t>Ak počas dňa dieťa ochorie, učiteľka zabezpečí jeho izoláciu od ostatných detí a informuje</w:t>
      </w:r>
      <w:r w:rsidR="0058348F" w:rsidRPr="0058348F">
        <w:rPr>
          <w:rFonts w:ascii="Times New Roman" w:hAnsi="Times New Roman" w:cs="Times New Roman"/>
        </w:rPr>
        <w:t xml:space="preserve"> </w:t>
      </w:r>
      <w:r w:rsidRPr="0058348F">
        <w:rPr>
          <w:rFonts w:ascii="Times New Roman" w:hAnsi="Times New Roman" w:cs="Times New Roman"/>
        </w:rPr>
        <w:t>zákonného zástupcu (alebo splnomocnenú osobu).</w:t>
      </w:r>
    </w:p>
    <w:p w14:paraId="68158983" w14:textId="77777777" w:rsidR="00C041CE" w:rsidRDefault="00C041CE" w:rsidP="00CB7CC1">
      <w:pPr>
        <w:spacing w:after="0" w:line="240" w:lineRule="auto"/>
        <w:rPr>
          <w:rFonts w:ascii="Times New Roman" w:hAnsi="Times New Roman" w:cs="Times New Roman"/>
        </w:rPr>
      </w:pPr>
    </w:p>
    <w:p w14:paraId="248AE728" w14:textId="65931D9E" w:rsidR="000A3713" w:rsidRPr="0058348F" w:rsidRDefault="00D454F6" w:rsidP="00FE5BF0">
      <w:pPr>
        <w:pStyle w:val="Odsekzoznamu"/>
        <w:numPr>
          <w:ilvl w:val="0"/>
          <w:numId w:val="21"/>
        </w:numPr>
        <w:spacing w:after="0" w:line="240" w:lineRule="auto"/>
        <w:jc w:val="both"/>
        <w:rPr>
          <w:rFonts w:ascii="Times New Roman" w:hAnsi="Times New Roman" w:cs="Times New Roman"/>
        </w:rPr>
      </w:pPr>
      <w:r w:rsidRPr="0058348F">
        <w:rPr>
          <w:rFonts w:ascii="Times New Roman" w:hAnsi="Times New Roman" w:cs="Times New Roman"/>
        </w:rPr>
        <w:t>Pri činnostiach, ktoré sa vykonávajú ako súčasť výchovno-vzdelávacej činnosti a ktoré si</w:t>
      </w:r>
      <w:r w:rsidR="0058348F" w:rsidRPr="0058348F">
        <w:rPr>
          <w:rFonts w:ascii="Times New Roman" w:hAnsi="Times New Roman" w:cs="Times New Roman"/>
        </w:rPr>
        <w:t xml:space="preserve"> </w:t>
      </w:r>
      <w:r w:rsidRPr="0058348F">
        <w:rPr>
          <w:rFonts w:ascii="Times New Roman" w:hAnsi="Times New Roman" w:cs="Times New Roman"/>
        </w:rPr>
        <w:t>vyžadujú zvýšený dozor,</w:t>
      </w:r>
      <w:r w:rsidR="00A9156E">
        <w:rPr>
          <w:rFonts w:ascii="Times New Roman" w:hAnsi="Times New Roman" w:cs="Times New Roman"/>
        </w:rPr>
        <w:t xml:space="preserve"> §</w:t>
      </w:r>
      <w:r w:rsidRPr="0058348F">
        <w:rPr>
          <w:rFonts w:ascii="Times New Roman" w:hAnsi="Times New Roman" w:cs="Times New Roman"/>
        </w:rPr>
        <w:t>28 ods.16 zákona riaditeľka zabezpečí ďalšieho zamestnanca</w:t>
      </w:r>
      <w:r w:rsidR="0058348F" w:rsidRPr="0058348F">
        <w:rPr>
          <w:rFonts w:ascii="Times New Roman" w:hAnsi="Times New Roman" w:cs="Times New Roman"/>
        </w:rPr>
        <w:t xml:space="preserve"> </w:t>
      </w:r>
      <w:r w:rsidRPr="0058348F">
        <w:rPr>
          <w:rFonts w:ascii="Times New Roman" w:hAnsi="Times New Roman" w:cs="Times New Roman"/>
        </w:rPr>
        <w:t>materskej školy, ktorý spolu s učiteľkou zodpovedá za bezpečnosť detí:</w:t>
      </w:r>
    </w:p>
    <w:p w14:paraId="51B81B0A" w14:textId="79C0F833" w:rsidR="000A3713" w:rsidRPr="0058348F" w:rsidRDefault="00D454F6" w:rsidP="00FE5BF0">
      <w:pPr>
        <w:pStyle w:val="Odsekzoznamu"/>
        <w:numPr>
          <w:ilvl w:val="0"/>
          <w:numId w:val="19"/>
        </w:numPr>
        <w:spacing w:after="0" w:line="240" w:lineRule="auto"/>
        <w:jc w:val="both"/>
        <w:rPr>
          <w:rFonts w:ascii="Times New Roman" w:hAnsi="Times New Roman" w:cs="Times New Roman"/>
        </w:rPr>
      </w:pPr>
      <w:r w:rsidRPr="0058348F">
        <w:rPr>
          <w:rFonts w:ascii="Times New Roman" w:hAnsi="Times New Roman" w:cs="Times New Roman"/>
        </w:rPr>
        <w:t>na výletoch a exkurziách 2 pedagogickí zamestnanci a jedna poverená plnoletá osoba ma</w:t>
      </w:r>
      <w:r w:rsidR="0058348F" w:rsidRPr="0058348F">
        <w:rPr>
          <w:rFonts w:ascii="Times New Roman" w:hAnsi="Times New Roman" w:cs="Times New Roman"/>
        </w:rPr>
        <w:t xml:space="preserve"> </w:t>
      </w:r>
      <w:r w:rsidRPr="0058348F">
        <w:rPr>
          <w:rFonts w:ascii="Times New Roman" w:hAnsi="Times New Roman" w:cs="Times New Roman"/>
        </w:rPr>
        <w:t>počet detí podľa § 28 ods. 8 zákona</w:t>
      </w:r>
    </w:p>
    <w:p w14:paraId="4BDC320F" w14:textId="1F995C06" w:rsidR="000A3713" w:rsidRPr="0058348F" w:rsidRDefault="00D454F6" w:rsidP="00FE5BF0">
      <w:pPr>
        <w:pStyle w:val="Odsekzoznamu"/>
        <w:numPr>
          <w:ilvl w:val="0"/>
          <w:numId w:val="19"/>
        </w:numPr>
        <w:spacing w:after="0" w:line="240" w:lineRule="auto"/>
        <w:jc w:val="both"/>
        <w:rPr>
          <w:rFonts w:ascii="Times New Roman" w:hAnsi="Times New Roman" w:cs="Times New Roman"/>
        </w:rPr>
      </w:pPr>
      <w:r w:rsidRPr="0058348F">
        <w:rPr>
          <w:rFonts w:ascii="Times New Roman" w:hAnsi="Times New Roman" w:cs="Times New Roman"/>
        </w:rPr>
        <w:t>na plaveckom, lyžiarskom a korčuliarskom výcviku je najviac 8 detí na jedného</w:t>
      </w:r>
      <w:r w:rsidR="0058348F" w:rsidRPr="0058348F">
        <w:rPr>
          <w:rFonts w:ascii="Times New Roman" w:hAnsi="Times New Roman" w:cs="Times New Roman"/>
        </w:rPr>
        <w:t xml:space="preserve"> </w:t>
      </w:r>
      <w:r w:rsidRPr="0058348F">
        <w:rPr>
          <w:rFonts w:ascii="Times New Roman" w:hAnsi="Times New Roman" w:cs="Times New Roman"/>
        </w:rPr>
        <w:t>pedagogického zamestnanca,</w:t>
      </w:r>
    </w:p>
    <w:p w14:paraId="1C50BCF8" w14:textId="6D2A6B26" w:rsidR="000A3713" w:rsidRPr="0058348F" w:rsidRDefault="00D454F6" w:rsidP="00FE5BF0">
      <w:pPr>
        <w:pStyle w:val="Odsekzoznamu"/>
        <w:numPr>
          <w:ilvl w:val="0"/>
          <w:numId w:val="19"/>
        </w:numPr>
        <w:spacing w:after="0" w:line="240" w:lineRule="auto"/>
        <w:jc w:val="both"/>
        <w:rPr>
          <w:rFonts w:ascii="Times New Roman" w:hAnsi="Times New Roman" w:cs="Times New Roman"/>
        </w:rPr>
      </w:pPr>
      <w:r w:rsidRPr="0058348F">
        <w:rPr>
          <w:rFonts w:ascii="Times New Roman" w:hAnsi="Times New Roman" w:cs="Times New Roman"/>
        </w:rPr>
        <w:t>na cyklistickom výcviku  najviac 5 detí na jedného pedagogického</w:t>
      </w:r>
      <w:r w:rsidR="0058348F" w:rsidRPr="0058348F">
        <w:rPr>
          <w:rFonts w:ascii="Times New Roman" w:hAnsi="Times New Roman" w:cs="Times New Roman"/>
        </w:rPr>
        <w:t xml:space="preserve"> </w:t>
      </w:r>
      <w:r w:rsidRPr="0058348F">
        <w:rPr>
          <w:rFonts w:ascii="Times New Roman" w:hAnsi="Times New Roman" w:cs="Times New Roman"/>
        </w:rPr>
        <w:t>zamestnanca,</w:t>
      </w:r>
    </w:p>
    <w:p w14:paraId="606E49C9" w14:textId="179630DC" w:rsidR="000A3713" w:rsidRPr="0058348F" w:rsidRDefault="00D454F6" w:rsidP="00FE5BF0">
      <w:pPr>
        <w:pStyle w:val="Odsekzoznamu"/>
        <w:numPr>
          <w:ilvl w:val="0"/>
          <w:numId w:val="19"/>
        </w:numPr>
        <w:spacing w:after="0" w:line="240" w:lineRule="auto"/>
        <w:rPr>
          <w:rFonts w:ascii="Times New Roman" w:hAnsi="Times New Roman" w:cs="Times New Roman"/>
        </w:rPr>
      </w:pPr>
      <w:r w:rsidRPr="0058348F">
        <w:rPr>
          <w:rFonts w:ascii="Times New Roman" w:hAnsi="Times New Roman" w:cs="Times New Roman"/>
        </w:rPr>
        <w:t>ďalšie aktivity v súlade so školským vzdelávacím programom 1 pedagogický zamestnane</w:t>
      </w:r>
      <w:r w:rsidR="0058348F">
        <w:rPr>
          <w:rFonts w:ascii="Times New Roman" w:hAnsi="Times New Roman" w:cs="Times New Roman"/>
        </w:rPr>
        <w:t>c,</w:t>
      </w:r>
    </w:p>
    <w:p w14:paraId="0211A01B" w14:textId="74330BB5" w:rsidR="000A3713" w:rsidRPr="0058348F" w:rsidRDefault="00D454F6" w:rsidP="00FE5BF0">
      <w:pPr>
        <w:pStyle w:val="Odsekzoznamu"/>
        <w:numPr>
          <w:ilvl w:val="0"/>
          <w:numId w:val="19"/>
        </w:numPr>
        <w:spacing w:after="0" w:line="240" w:lineRule="auto"/>
        <w:rPr>
          <w:rFonts w:ascii="Times New Roman" w:hAnsi="Times New Roman" w:cs="Times New Roman"/>
        </w:rPr>
      </w:pPr>
      <w:r w:rsidRPr="0058348F">
        <w:rPr>
          <w:rFonts w:ascii="Times New Roman" w:hAnsi="Times New Roman" w:cs="Times New Roman"/>
        </w:rPr>
        <w:lastRenderedPageBreak/>
        <w:t>na vychádzke 20 v triede pre deti vo veku tri roky až štyri roky,</w:t>
      </w:r>
    </w:p>
    <w:p w14:paraId="7937D77D" w14:textId="77777777" w:rsidR="000A3713" w:rsidRPr="00D454F6" w:rsidRDefault="00D454F6" w:rsidP="0058348F">
      <w:pPr>
        <w:spacing w:after="0" w:line="240" w:lineRule="auto"/>
        <w:ind w:firstLine="360"/>
        <w:rPr>
          <w:rFonts w:ascii="Times New Roman" w:hAnsi="Times New Roman" w:cs="Times New Roman"/>
        </w:rPr>
      </w:pPr>
      <w:r w:rsidRPr="00D454F6">
        <w:rPr>
          <w:rFonts w:ascii="Times New Roman" w:hAnsi="Times New Roman" w:cs="Times New Roman"/>
        </w:rPr>
        <w:t>21 v triede pre deti vo veku štyri roky až päť rokov,</w:t>
      </w:r>
    </w:p>
    <w:p w14:paraId="2FFD1C7A" w14:textId="14F3C4D7" w:rsidR="0058348F" w:rsidRPr="0058348F" w:rsidRDefault="00D454F6" w:rsidP="00FE5BF0">
      <w:pPr>
        <w:pStyle w:val="Odsekzoznamu"/>
        <w:numPr>
          <w:ilvl w:val="0"/>
          <w:numId w:val="22"/>
        </w:numPr>
        <w:spacing w:after="0" w:line="240" w:lineRule="auto"/>
        <w:rPr>
          <w:rFonts w:ascii="Times New Roman" w:hAnsi="Times New Roman" w:cs="Times New Roman"/>
        </w:rPr>
      </w:pPr>
      <w:r w:rsidRPr="0058348F">
        <w:rPr>
          <w:rFonts w:ascii="Times New Roman" w:hAnsi="Times New Roman" w:cs="Times New Roman"/>
        </w:rPr>
        <w:t xml:space="preserve"> triede pre deti vo veku päť rokov až šesť rokov</w:t>
      </w:r>
      <w:r w:rsidR="0058348F" w:rsidRPr="0058348F">
        <w:rPr>
          <w:rFonts w:ascii="Times New Roman" w:hAnsi="Times New Roman" w:cs="Times New Roman"/>
        </w:rPr>
        <w:t>,</w:t>
      </w:r>
    </w:p>
    <w:p w14:paraId="7C55632D" w14:textId="4D5C7F7D" w:rsidR="000A3713" w:rsidRDefault="0058348F" w:rsidP="0058348F">
      <w:pPr>
        <w:pStyle w:val="Odsekzoznamu"/>
        <w:spacing w:after="0" w:line="240" w:lineRule="auto"/>
        <w:ind w:left="360"/>
        <w:jc w:val="both"/>
        <w:rPr>
          <w:rFonts w:ascii="Times New Roman" w:hAnsi="Times New Roman" w:cs="Times New Roman"/>
        </w:rPr>
      </w:pPr>
      <w:r>
        <w:rPr>
          <w:rFonts w:ascii="Times New Roman" w:hAnsi="Times New Roman" w:cs="Times New Roman"/>
        </w:rPr>
        <w:t>s</w:t>
      </w:r>
      <w:r w:rsidR="00D454F6" w:rsidRPr="0058348F">
        <w:rPr>
          <w:rFonts w:ascii="Times New Roman" w:hAnsi="Times New Roman" w:cs="Times New Roman"/>
        </w:rPr>
        <w:t xml:space="preserve"> triedou, kde sú aj deti mladšie ako 3 roky sa vychádzka uskutočňuje vždy za prítomnosti</w:t>
      </w:r>
      <w:r>
        <w:rPr>
          <w:rFonts w:ascii="Times New Roman" w:hAnsi="Times New Roman" w:cs="Times New Roman"/>
        </w:rPr>
        <w:t xml:space="preserve"> </w:t>
      </w:r>
      <w:r w:rsidR="00D454F6" w:rsidRPr="00D454F6">
        <w:rPr>
          <w:rFonts w:ascii="Times New Roman" w:hAnsi="Times New Roman" w:cs="Times New Roman"/>
        </w:rPr>
        <w:t>dvoch zamestnancov.</w:t>
      </w:r>
    </w:p>
    <w:p w14:paraId="72CAC030" w14:textId="77777777" w:rsidR="00C041CE" w:rsidRDefault="00C041CE" w:rsidP="0058348F">
      <w:pPr>
        <w:spacing w:after="0" w:line="240" w:lineRule="auto"/>
        <w:jc w:val="both"/>
        <w:rPr>
          <w:rFonts w:ascii="Times New Roman" w:hAnsi="Times New Roman" w:cs="Times New Roman"/>
        </w:rPr>
      </w:pPr>
    </w:p>
    <w:p w14:paraId="673BE19A" w14:textId="77777777" w:rsidR="002507E8" w:rsidRPr="00D454F6" w:rsidRDefault="002507E8" w:rsidP="00CB7CC1">
      <w:pPr>
        <w:spacing w:after="0" w:line="240" w:lineRule="auto"/>
        <w:rPr>
          <w:rFonts w:ascii="Times New Roman" w:hAnsi="Times New Roman" w:cs="Times New Roman"/>
        </w:rPr>
      </w:pPr>
      <w:r>
        <w:rPr>
          <w:rFonts w:ascii="Times New Roman" w:hAnsi="Times New Roman" w:cs="Times New Roman"/>
        </w:rPr>
        <w:tab/>
      </w:r>
    </w:p>
    <w:p w14:paraId="7F4ACDFF" w14:textId="77777777" w:rsidR="000A3713" w:rsidRPr="00C041CE" w:rsidRDefault="00D454F6" w:rsidP="0058348F">
      <w:pPr>
        <w:spacing w:after="0" w:line="240" w:lineRule="auto"/>
        <w:jc w:val="both"/>
        <w:rPr>
          <w:rFonts w:ascii="Times New Roman" w:hAnsi="Times New Roman" w:cs="Times New Roman"/>
          <w:b/>
        </w:rPr>
      </w:pPr>
      <w:r w:rsidRPr="00C041CE">
        <w:rPr>
          <w:rFonts w:ascii="Times New Roman" w:hAnsi="Times New Roman" w:cs="Times New Roman"/>
          <w:b/>
        </w:rPr>
        <w:t>4.   Pravidlá dodržiavania bezpečnosti a zdravia detí</w:t>
      </w:r>
    </w:p>
    <w:p w14:paraId="65D5D8E6" w14:textId="7BC8BED7" w:rsidR="000A3713" w:rsidRPr="00D454F6" w:rsidRDefault="00D454F6" w:rsidP="0058348F">
      <w:pPr>
        <w:spacing w:after="0" w:line="240" w:lineRule="auto"/>
        <w:jc w:val="both"/>
        <w:rPr>
          <w:rFonts w:ascii="Times New Roman" w:hAnsi="Times New Roman" w:cs="Times New Roman"/>
        </w:rPr>
      </w:pPr>
      <w:r w:rsidRPr="00D454F6">
        <w:rPr>
          <w:rFonts w:ascii="Times New Roman" w:hAnsi="Times New Roman" w:cs="Times New Roman"/>
          <w:b/>
        </w:rPr>
        <w:t xml:space="preserve">4.1 </w:t>
      </w:r>
      <w:r w:rsidRPr="00C041CE">
        <w:rPr>
          <w:rFonts w:ascii="Times New Roman" w:hAnsi="Times New Roman" w:cs="Times New Roman"/>
        </w:rPr>
        <w:t>Ak dieťa utrpí úraz, ktorý nie je potrebné ošetriť lekárom, ošetrí ho učiteľka obvyklým</w:t>
      </w:r>
      <w:r w:rsidR="0058348F">
        <w:rPr>
          <w:rFonts w:ascii="Times New Roman" w:hAnsi="Times New Roman" w:cs="Times New Roman"/>
        </w:rPr>
        <w:t xml:space="preserve"> </w:t>
      </w:r>
      <w:r w:rsidRPr="00D454F6">
        <w:rPr>
          <w:rFonts w:ascii="Times New Roman" w:hAnsi="Times New Roman" w:cs="Times New Roman"/>
        </w:rPr>
        <w:t>spôsobom. Úraz a spôsob ošetrenia zaeviduje v zošite školských úrazov. Tento záznam dá</w:t>
      </w:r>
      <w:r w:rsidR="0058348F">
        <w:rPr>
          <w:rFonts w:ascii="Times New Roman" w:hAnsi="Times New Roman" w:cs="Times New Roman"/>
        </w:rPr>
        <w:t xml:space="preserve"> </w:t>
      </w:r>
      <w:r w:rsidRPr="00D454F6">
        <w:rPr>
          <w:rFonts w:ascii="Times New Roman" w:hAnsi="Times New Roman" w:cs="Times New Roman"/>
        </w:rPr>
        <w:t>rodičovi na podpis.</w:t>
      </w:r>
    </w:p>
    <w:p w14:paraId="57EEE318" w14:textId="77777777" w:rsidR="00C041CE" w:rsidRDefault="00C041CE" w:rsidP="00CB7CC1">
      <w:pPr>
        <w:spacing w:after="0" w:line="240" w:lineRule="auto"/>
        <w:rPr>
          <w:rFonts w:ascii="Times New Roman" w:hAnsi="Times New Roman" w:cs="Times New Roman"/>
          <w:b/>
        </w:rPr>
      </w:pPr>
    </w:p>
    <w:p w14:paraId="0A7E3486" w14:textId="3B7E7AD8" w:rsidR="000A3713" w:rsidRPr="00D454F6" w:rsidRDefault="00D454F6" w:rsidP="0058348F">
      <w:pPr>
        <w:spacing w:after="0" w:line="240" w:lineRule="auto"/>
        <w:jc w:val="both"/>
        <w:rPr>
          <w:rFonts w:ascii="Times New Roman" w:hAnsi="Times New Roman" w:cs="Times New Roman"/>
        </w:rPr>
      </w:pPr>
      <w:r w:rsidRPr="00D454F6">
        <w:rPr>
          <w:rFonts w:ascii="Times New Roman" w:hAnsi="Times New Roman" w:cs="Times New Roman"/>
          <w:b/>
        </w:rPr>
        <w:t xml:space="preserve">4.2 </w:t>
      </w:r>
      <w:r w:rsidRPr="00C041CE">
        <w:rPr>
          <w:rFonts w:ascii="Times New Roman" w:hAnsi="Times New Roman" w:cs="Times New Roman"/>
        </w:rPr>
        <w:t>Ak dieťa utrpí úraz, ktorý si vyžaduje ošetrenie lekárom, službukonajúca učiteľka sa ihneď</w:t>
      </w:r>
      <w:r w:rsidR="0058348F">
        <w:rPr>
          <w:rFonts w:ascii="Times New Roman" w:hAnsi="Times New Roman" w:cs="Times New Roman"/>
        </w:rPr>
        <w:t xml:space="preserve"> </w:t>
      </w:r>
      <w:r w:rsidRPr="00D454F6">
        <w:rPr>
          <w:rFonts w:ascii="Times New Roman" w:hAnsi="Times New Roman" w:cs="Times New Roman"/>
        </w:rPr>
        <w:t>skontaktuje s rodičom dieťaťa, s ktorým sa dohodne na ďalšom postupe. Ak je rodič</w:t>
      </w:r>
      <w:r w:rsidR="0058348F">
        <w:rPr>
          <w:rFonts w:ascii="Times New Roman" w:hAnsi="Times New Roman" w:cs="Times New Roman"/>
        </w:rPr>
        <w:t xml:space="preserve"> </w:t>
      </w:r>
      <w:r w:rsidRPr="00D454F6">
        <w:rPr>
          <w:rFonts w:ascii="Times New Roman" w:hAnsi="Times New Roman" w:cs="Times New Roman"/>
        </w:rPr>
        <w:t>nezastihnuteľný, odvedie dieťa na lekárske ošetrenie zdravotníckym vozidlom, príp. iným</w:t>
      </w:r>
      <w:r w:rsidR="0058348F">
        <w:rPr>
          <w:rFonts w:ascii="Times New Roman" w:hAnsi="Times New Roman" w:cs="Times New Roman"/>
        </w:rPr>
        <w:t xml:space="preserve"> </w:t>
      </w:r>
      <w:r w:rsidRPr="00D454F6">
        <w:rPr>
          <w:rFonts w:ascii="Times New Roman" w:hAnsi="Times New Roman" w:cs="Times New Roman"/>
        </w:rPr>
        <w:t>dostupným vozidlom. Po návrate z ošetrenia zaznamená úraz v zošite úrazov a znovu sa pokúsi</w:t>
      </w:r>
      <w:r w:rsidR="0058348F">
        <w:rPr>
          <w:rFonts w:ascii="Times New Roman" w:hAnsi="Times New Roman" w:cs="Times New Roman"/>
        </w:rPr>
        <w:t xml:space="preserve"> </w:t>
      </w:r>
      <w:r w:rsidRPr="00D454F6">
        <w:rPr>
          <w:rFonts w:ascii="Times New Roman" w:hAnsi="Times New Roman" w:cs="Times New Roman"/>
        </w:rPr>
        <w:t>o telefonický kontakt s rodičom. Zabezpečí odovzdanie lekárskeho záznamu o ošetrení úrazu</w:t>
      </w:r>
      <w:r w:rsidR="0058348F">
        <w:rPr>
          <w:rFonts w:ascii="Times New Roman" w:hAnsi="Times New Roman" w:cs="Times New Roman"/>
        </w:rPr>
        <w:t xml:space="preserve"> </w:t>
      </w:r>
      <w:r w:rsidRPr="00D454F6">
        <w:rPr>
          <w:rFonts w:ascii="Times New Roman" w:hAnsi="Times New Roman" w:cs="Times New Roman"/>
        </w:rPr>
        <w:t>rodičom dieťaťa.</w:t>
      </w:r>
    </w:p>
    <w:p w14:paraId="26B1BC91" w14:textId="77777777" w:rsidR="00C041CE" w:rsidRDefault="00C041CE" w:rsidP="0058348F">
      <w:pPr>
        <w:spacing w:after="0" w:line="240" w:lineRule="auto"/>
        <w:jc w:val="both"/>
        <w:rPr>
          <w:rFonts w:ascii="Times New Roman" w:hAnsi="Times New Roman" w:cs="Times New Roman"/>
          <w:b/>
        </w:rPr>
      </w:pPr>
    </w:p>
    <w:p w14:paraId="44F3D27E" w14:textId="090D6709" w:rsidR="000A3713" w:rsidRPr="00D454F6" w:rsidRDefault="00D454F6" w:rsidP="0058348F">
      <w:pPr>
        <w:spacing w:after="0" w:line="240" w:lineRule="auto"/>
        <w:jc w:val="both"/>
        <w:rPr>
          <w:rFonts w:ascii="Times New Roman" w:hAnsi="Times New Roman" w:cs="Times New Roman"/>
        </w:rPr>
      </w:pPr>
      <w:r w:rsidRPr="00D454F6">
        <w:rPr>
          <w:rFonts w:ascii="Times New Roman" w:hAnsi="Times New Roman" w:cs="Times New Roman"/>
          <w:b/>
        </w:rPr>
        <w:t xml:space="preserve">4.3 </w:t>
      </w:r>
      <w:r w:rsidRPr="00C041CE">
        <w:rPr>
          <w:rFonts w:ascii="Times New Roman" w:hAnsi="Times New Roman" w:cs="Times New Roman"/>
        </w:rPr>
        <w:t>V prípade úrazu, ktorý ohrozuje život dieťaťa, službukonajúca učiteľka požiada o</w:t>
      </w:r>
      <w:r w:rsidR="0058348F">
        <w:rPr>
          <w:rFonts w:ascii="Times New Roman" w:hAnsi="Times New Roman" w:cs="Times New Roman"/>
        </w:rPr>
        <w:t xml:space="preserve"> </w:t>
      </w:r>
      <w:r w:rsidRPr="00D454F6">
        <w:rPr>
          <w:rFonts w:ascii="Times New Roman" w:hAnsi="Times New Roman" w:cs="Times New Roman"/>
        </w:rPr>
        <w:t>privolanie   rýchlej   zdravotnej   pomoci   a   rodičov    ktorúkoľvek   zamestnankyňu a súčasne</w:t>
      </w:r>
      <w:r w:rsidR="0058348F">
        <w:rPr>
          <w:rFonts w:ascii="Times New Roman" w:hAnsi="Times New Roman" w:cs="Times New Roman"/>
        </w:rPr>
        <w:t xml:space="preserve"> </w:t>
      </w:r>
      <w:r w:rsidRPr="00D454F6">
        <w:rPr>
          <w:rFonts w:ascii="Times New Roman" w:hAnsi="Times New Roman" w:cs="Times New Roman"/>
        </w:rPr>
        <w:t>dáva dieťaťu prvú pomoc. Ak dieťa potrebuje ošetrenie v nemocnici, službukonajúca učiteľka</w:t>
      </w:r>
      <w:r w:rsidR="0058348F">
        <w:rPr>
          <w:rFonts w:ascii="Times New Roman" w:hAnsi="Times New Roman" w:cs="Times New Roman"/>
        </w:rPr>
        <w:t xml:space="preserve"> </w:t>
      </w:r>
      <w:r w:rsidRPr="00D454F6">
        <w:rPr>
          <w:rFonts w:ascii="Times New Roman" w:hAnsi="Times New Roman" w:cs="Times New Roman"/>
        </w:rPr>
        <w:t>ho sprevádza až do príchodu rodičov.  Taktiež úraz zaznamená  v zošite úrazov a lekársku</w:t>
      </w:r>
      <w:r w:rsidR="0058348F">
        <w:rPr>
          <w:rFonts w:ascii="Times New Roman" w:hAnsi="Times New Roman" w:cs="Times New Roman"/>
        </w:rPr>
        <w:t xml:space="preserve"> </w:t>
      </w:r>
      <w:r w:rsidRPr="00D454F6">
        <w:rPr>
          <w:rFonts w:ascii="Times New Roman" w:hAnsi="Times New Roman" w:cs="Times New Roman"/>
        </w:rPr>
        <w:t>správu odovzdá rodičom.</w:t>
      </w:r>
    </w:p>
    <w:p w14:paraId="58DF03BD" w14:textId="77777777" w:rsidR="00C041CE" w:rsidRDefault="00C041CE" w:rsidP="0058348F">
      <w:pPr>
        <w:spacing w:after="0" w:line="240" w:lineRule="auto"/>
        <w:jc w:val="both"/>
        <w:rPr>
          <w:rFonts w:ascii="Times New Roman" w:hAnsi="Times New Roman" w:cs="Times New Roman"/>
          <w:b/>
        </w:rPr>
      </w:pPr>
    </w:p>
    <w:p w14:paraId="07ACEAD8" w14:textId="24FC73AB" w:rsidR="000A3713" w:rsidRPr="00D454F6" w:rsidRDefault="00D454F6" w:rsidP="0058348F">
      <w:pPr>
        <w:spacing w:after="0" w:line="240" w:lineRule="auto"/>
        <w:jc w:val="both"/>
        <w:rPr>
          <w:rFonts w:ascii="Times New Roman" w:hAnsi="Times New Roman" w:cs="Times New Roman"/>
        </w:rPr>
      </w:pPr>
      <w:r w:rsidRPr="00D454F6">
        <w:rPr>
          <w:rFonts w:ascii="Times New Roman" w:hAnsi="Times New Roman" w:cs="Times New Roman"/>
          <w:b/>
        </w:rPr>
        <w:t xml:space="preserve">4.4 </w:t>
      </w:r>
      <w:r w:rsidRPr="00C041CE">
        <w:rPr>
          <w:rFonts w:ascii="Times New Roman" w:hAnsi="Times New Roman" w:cs="Times New Roman"/>
        </w:rPr>
        <w:t>Úraz sa eviduje elektronicky vo webovej aplikácii podľa metodického usmernenia</w:t>
      </w:r>
      <w:r w:rsidR="0058348F">
        <w:rPr>
          <w:rFonts w:ascii="Times New Roman" w:hAnsi="Times New Roman" w:cs="Times New Roman"/>
        </w:rPr>
        <w:t xml:space="preserve"> </w:t>
      </w:r>
      <w:r w:rsidRPr="00D454F6">
        <w:rPr>
          <w:rFonts w:ascii="Times New Roman" w:hAnsi="Times New Roman" w:cs="Times New Roman"/>
        </w:rPr>
        <w:t>č.4/2009-R z 11.</w:t>
      </w:r>
      <w:r w:rsidR="00C041CE">
        <w:rPr>
          <w:rFonts w:ascii="Times New Roman" w:hAnsi="Times New Roman" w:cs="Times New Roman"/>
        </w:rPr>
        <w:t xml:space="preserve"> </w:t>
      </w:r>
      <w:r w:rsidRPr="00D454F6">
        <w:rPr>
          <w:rFonts w:ascii="Times New Roman" w:hAnsi="Times New Roman" w:cs="Times New Roman"/>
        </w:rPr>
        <w:t>februára 2009 k zavedeniu jednotného postupu škôl, školských zariadení  a</w:t>
      </w:r>
      <w:r w:rsidR="0058348F">
        <w:rPr>
          <w:rFonts w:ascii="Times New Roman" w:hAnsi="Times New Roman" w:cs="Times New Roman"/>
        </w:rPr>
        <w:t xml:space="preserve"> </w:t>
      </w:r>
      <w:r w:rsidRPr="00D454F6">
        <w:rPr>
          <w:rFonts w:ascii="Times New Roman" w:hAnsi="Times New Roman" w:cs="Times New Roman"/>
        </w:rPr>
        <w:t>vysokých škôl pri vzniku registrovaného školského úrazu a pri evidencii nebezpečných udalostí,</w:t>
      </w:r>
      <w:r w:rsidR="0058348F">
        <w:rPr>
          <w:rFonts w:ascii="Times New Roman" w:hAnsi="Times New Roman" w:cs="Times New Roman"/>
        </w:rPr>
        <w:t xml:space="preserve"> </w:t>
      </w:r>
      <w:r w:rsidRPr="00D454F6">
        <w:rPr>
          <w:rFonts w:ascii="Times New Roman" w:hAnsi="Times New Roman" w:cs="Times New Roman"/>
        </w:rPr>
        <w:t>ktorou upresňuje postup zamestnancov MŠ pri vyšetrení, evidencii a registrácii školského úrazu</w:t>
      </w:r>
      <w:r w:rsidR="0058348F">
        <w:rPr>
          <w:rFonts w:ascii="Times New Roman" w:hAnsi="Times New Roman" w:cs="Times New Roman"/>
        </w:rPr>
        <w:t xml:space="preserve"> </w:t>
      </w:r>
      <w:r w:rsidRPr="00D454F6">
        <w:rPr>
          <w:rFonts w:ascii="Times New Roman" w:hAnsi="Times New Roman" w:cs="Times New Roman"/>
        </w:rPr>
        <w:t>a nebezpečnej udalosti.</w:t>
      </w:r>
    </w:p>
    <w:p w14:paraId="0FBA2089" w14:textId="77777777" w:rsidR="00C041CE" w:rsidRDefault="00C041CE" w:rsidP="0058348F">
      <w:pPr>
        <w:spacing w:after="0" w:line="240" w:lineRule="auto"/>
        <w:jc w:val="both"/>
        <w:rPr>
          <w:rFonts w:ascii="Times New Roman" w:hAnsi="Times New Roman" w:cs="Times New Roman"/>
          <w:b/>
        </w:rPr>
      </w:pPr>
    </w:p>
    <w:p w14:paraId="727EE6DB" w14:textId="77777777" w:rsidR="000A3713" w:rsidRPr="00D454F6" w:rsidRDefault="00D454F6" w:rsidP="0058348F">
      <w:pPr>
        <w:spacing w:after="0" w:line="240" w:lineRule="auto"/>
        <w:jc w:val="both"/>
        <w:rPr>
          <w:rFonts w:ascii="Times New Roman" w:hAnsi="Times New Roman" w:cs="Times New Roman"/>
        </w:rPr>
      </w:pPr>
      <w:r w:rsidRPr="00D454F6">
        <w:rPr>
          <w:rFonts w:ascii="Times New Roman" w:hAnsi="Times New Roman" w:cs="Times New Roman"/>
          <w:b/>
        </w:rPr>
        <w:t xml:space="preserve">4.5 Opatrenia v prípade </w:t>
      </w:r>
      <w:proofErr w:type="spellStart"/>
      <w:r w:rsidRPr="00D454F6">
        <w:rPr>
          <w:rFonts w:ascii="Times New Roman" w:hAnsi="Times New Roman" w:cs="Times New Roman"/>
          <w:b/>
        </w:rPr>
        <w:t>pedikulózy</w:t>
      </w:r>
      <w:proofErr w:type="spellEnd"/>
    </w:p>
    <w:p w14:paraId="0E0AB1DE" w14:textId="40B519C2" w:rsidR="000A3713" w:rsidRPr="00D454F6" w:rsidRDefault="00D454F6" w:rsidP="0058348F">
      <w:pPr>
        <w:spacing w:after="0" w:line="240" w:lineRule="auto"/>
        <w:jc w:val="both"/>
        <w:rPr>
          <w:rFonts w:ascii="Times New Roman" w:hAnsi="Times New Roman" w:cs="Times New Roman"/>
        </w:rPr>
      </w:pPr>
      <w:proofErr w:type="spellStart"/>
      <w:r w:rsidRPr="00D454F6">
        <w:rPr>
          <w:rFonts w:ascii="Times New Roman" w:hAnsi="Times New Roman" w:cs="Times New Roman"/>
        </w:rPr>
        <w:t>Pedikulóza</w:t>
      </w:r>
      <w:proofErr w:type="spellEnd"/>
      <w:r w:rsidRPr="00D454F6">
        <w:rPr>
          <w:rFonts w:ascii="Times New Roman" w:hAnsi="Times New Roman" w:cs="Times New Roman"/>
        </w:rPr>
        <w:t xml:space="preserve"> sa vyskytuje u všetkých vekových skupín, najmä u detí. Pôvodca </w:t>
      </w:r>
      <w:proofErr w:type="spellStart"/>
      <w:r w:rsidRPr="00D454F6">
        <w:rPr>
          <w:rFonts w:ascii="Times New Roman" w:hAnsi="Times New Roman" w:cs="Times New Roman"/>
        </w:rPr>
        <w:t>pedikulózy</w:t>
      </w:r>
      <w:proofErr w:type="spellEnd"/>
      <w:r w:rsidRPr="00D454F6">
        <w:rPr>
          <w:rFonts w:ascii="Times New Roman" w:hAnsi="Times New Roman" w:cs="Times New Roman"/>
        </w:rPr>
        <w:t xml:space="preserve"> je voš</w:t>
      </w:r>
      <w:r w:rsidR="0058348F">
        <w:rPr>
          <w:rFonts w:ascii="Times New Roman" w:hAnsi="Times New Roman" w:cs="Times New Roman"/>
        </w:rPr>
        <w:t xml:space="preserve"> </w:t>
      </w:r>
      <w:r w:rsidRPr="00D454F6">
        <w:rPr>
          <w:rFonts w:ascii="Times New Roman" w:hAnsi="Times New Roman" w:cs="Times New Roman"/>
        </w:rPr>
        <w:t>detská, ktorá parazituje iba na človeku. Šíri sa hlavne pri priamom styku, ale aj prostredníctvom</w:t>
      </w:r>
      <w:r w:rsidR="0058348F">
        <w:rPr>
          <w:rFonts w:ascii="Times New Roman" w:hAnsi="Times New Roman" w:cs="Times New Roman"/>
        </w:rPr>
        <w:t xml:space="preserve"> </w:t>
      </w:r>
      <w:r w:rsidRPr="00D454F6">
        <w:rPr>
          <w:rFonts w:ascii="Times New Roman" w:hAnsi="Times New Roman" w:cs="Times New Roman"/>
        </w:rPr>
        <w:t>predmetov (hrebeňov, kief, čiapok, šálov, osobnej posteľnej bielizne). Na diagnostiku slúži</w:t>
      </w:r>
      <w:r w:rsidR="0058348F">
        <w:rPr>
          <w:rFonts w:ascii="Times New Roman" w:hAnsi="Times New Roman" w:cs="Times New Roman"/>
        </w:rPr>
        <w:t xml:space="preserve"> </w:t>
      </w:r>
      <w:r w:rsidRPr="00D454F6">
        <w:rPr>
          <w:rFonts w:ascii="Times New Roman" w:hAnsi="Times New Roman" w:cs="Times New Roman"/>
        </w:rPr>
        <w:t xml:space="preserve">dôkladná prehliadka vlasov, pri ktorej hľadáme hnidy a vši, hlavne za ušnicami a </w:t>
      </w:r>
      <w:proofErr w:type="spellStart"/>
      <w:r w:rsidRPr="00D454F6">
        <w:rPr>
          <w:rFonts w:ascii="Times New Roman" w:hAnsi="Times New Roman" w:cs="Times New Roman"/>
        </w:rPr>
        <w:t>vzátylku</w:t>
      </w:r>
      <w:proofErr w:type="spellEnd"/>
      <w:r w:rsidRPr="00D454F6">
        <w:rPr>
          <w:rFonts w:ascii="Times New Roman" w:hAnsi="Times New Roman" w:cs="Times New Roman"/>
        </w:rPr>
        <w:t>.</w:t>
      </w:r>
      <w:r w:rsidR="0058348F">
        <w:rPr>
          <w:rFonts w:ascii="Times New Roman" w:hAnsi="Times New Roman" w:cs="Times New Roman"/>
        </w:rPr>
        <w:t xml:space="preserve"> </w:t>
      </w:r>
      <w:r w:rsidRPr="00D454F6">
        <w:rPr>
          <w:rFonts w:ascii="Times New Roman" w:hAnsi="Times New Roman" w:cs="Times New Roman"/>
        </w:rPr>
        <w:t>Hlásenie ochorenia: rodič, ktorý zistí zavšivenie dieťaťa, ohlási túto skutočnosť učiteľovi a</w:t>
      </w:r>
      <w:r w:rsidR="0058348F">
        <w:rPr>
          <w:rFonts w:ascii="Times New Roman" w:hAnsi="Times New Roman" w:cs="Times New Roman"/>
        </w:rPr>
        <w:t xml:space="preserve"> </w:t>
      </w:r>
      <w:r w:rsidRPr="00D454F6">
        <w:rPr>
          <w:rFonts w:ascii="Times New Roman" w:hAnsi="Times New Roman" w:cs="Times New Roman"/>
        </w:rPr>
        <w:t>riaditeľke materskej školy. Hromadný výskyt hlási riaditeľka na odbor epidemiológie RÚVZ.</w:t>
      </w:r>
      <w:r w:rsidR="0058348F">
        <w:rPr>
          <w:rFonts w:ascii="Times New Roman" w:hAnsi="Times New Roman" w:cs="Times New Roman"/>
        </w:rPr>
        <w:t xml:space="preserve"> </w:t>
      </w:r>
      <w:r w:rsidRPr="00D454F6">
        <w:rPr>
          <w:rFonts w:ascii="Times New Roman" w:hAnsi="Times New Roman" w:cs="Times New Roman"/>
        </w:rPr>
        <w:t>Všeobecným predpokladom boja proti zavšiveniu je osobná čistota a častá výmena osobnej a</w:t>
      </w:r>
      <w:r w:rsidR="0058348F">
        <w:rPr>
          <w:rFonts w:ascii="Times New Roman" w:hAnsi="Times New Roman" w:cs="Times New Roman"/>
        </w:rPr>
        <w:t xml:space="preserve"> </w:t>
      </w:r>
      <w:r w:rsidRPr="00D454F6">
        <w:rPr>
          <w:rFonts w:ascii="Times New Roman" w:hAnsi="Times New Roman" w:cs="Times New Roman"/>
        </w:rPr>
        <w:t>posteľnej bielizne.</w:t>
      </w:r>
    </w:p>
    <w:p w14:paraId="04F1C688" w14:textId="24E40BBD" w:rsidR="000A3713" w:rsidRPr="00D454F6" w:rsidRDefault="00D454F6" w:rsidP="0058348F">
      <w:pPr>
        <w:spacing w:after="0" w:line="240" w:lineRule="auto"/>
        <w:jc w:val="both"/>
        <w:rPr>
          <w:rFonts w:ascii="Times New Roman" w:hAnsi="Times New Roman" w:cs="Times New Roman"/>
        </w:rPr>
      </w:pPr>
      <w:r w:rsidRPr="00D454F6">
        <w:rPr>
          <w:rFonts w:ascii="Times New Roman" w:hAnsi="Times New Roman" w:cs="Times New Roman"/>
        </w:rPr>
        <w:t>V prípade výskytu je nutné včasné začatie dezinsekčnej akcie (zneškodnenie lezúcich vší a</w:t>
      </w:r>
      <w:r w:rsidR="0058348F">
        <w:rPr>
          <w:rFonts w:ascii="Times New Roman" w:hAnsi="Times New Roman" w:cs="Times New Roman"/>
        </w:rPr>
        <w:t xml:space="preserve"> </w:t>
      </w:r>
      <w:r w:rsidRPr="00D454F6">
        <w:rPr>
          <w:rFonts w:ascii="Times New Roman" w:hAnsi="Times New Roman" w:cs="Times New Roman"/>
        </w:rPr>
        <w:t xml:space="preserve">hníd účinným dezinsekčným prostriedkom), ktorú je nutné vykonať v celom kolektíve, </w:t>
      </w:r>
      <w:proofErr w:type="spellStart"/>
      <w:r w:rsidRPr="00D454F6">
        <w:rPr>
          <w:rFonts w:ascii="Times New Roman" w:hAnsi="Times New Roman" w:cs="Times New Roman"/>
        </w:rPr>
        <w:t>t.j</w:t>
      </w:r>
      <w:proofErr w:type="spellEnd"/>
      <w:r w:rsidRPr="00D454F6">
        <w:rPr>
          <w:rFonts w:ascii="Times New Roman" w:hAnsi="Times New Roman" w:cs="Times New Roman"/>
        </w:rPr>
        <w:t>.</w:t>
      </w:r>
      <w:r w:rsidR="0058348F">
        <w:rPr>
          <w:rFonts w:ascii="Times New Roman" w:hAnsi="Times New Roman" w:cs="Times New Roman"/>
        </w:rPr>
        <w:t xml:space="preserve"> </w:t>
      </w:r>
      <w:r w:rsidRPr="00D454F6">
        <w:rPr>
          <w:rFonts w:ascii="Times New Roman" w:hAnsi="Times New Roman" w:cs="Times New Roman"/>
        </w:rPr>
        <w:t>aj u zdravých členov triedy, rodiny. Súčasne je nutné zahubiť i vši, ktoré sa môžu vyskytovať</w:t>
      </w:r>
      <w:r w:rsidR="0058348F">
        <w:rPr>
          <w:rFonts w:ascii="Times New Roman" w:hAnsi="Times New Roman" w:cs="Times New Roman"/>
        </w:rPr>
        <w:t xml:space="preserve"> </w:t>
      </w:r>
      <w:r w:rsidRPr="00D454F6">
        <w:rPr>
          <w:rFonts w:ascii="Times New Roman" w:hAnsi="Times New Roman" w:cs="Times New Roman"/>
        </w:rPr>
        <w:t>na pokrývkach hlavy, hrebeňoch, kefách, bielizni  a ďalších predmetoch, s ktorými prišla hlava</w:t>
      </w:r>
      <w:r w:rsidR="0058348F">
        <w:rPr>
          <w:rFonts w:ascii="Times New Roman" w:hAnsi="Times New Roman" w:cs="Times New Roman"/>
        </w:rPr>
        <w:t xml:space="preserve"> </w:t>
      </w:r>
      <w:r w:rsidRPr="00D454F6">
        <w:rPr>
          <w:rFonts w:ascii="Times New Roman" w:hAnsi="Times New Roman" w:cs="Times New Roman"/>
        </w:rPr>
        <w:t>zavšivenej osoby do styku.</w:t>
      </w:r>
    </w:p>
    <w:p w14:paraId="4A5A1098" w14:textId="77777777" w:rsidR="00C041CE" w:rsidRDefault="00C041CE" w:rsidP="0058348F">
      <w:pPr>
        <w:spacing w:after="0" w:line="240" w:lineRule="auto"/>
        <w:jc w:val="both"/>
        <w:rPr>
          <w:rFonts w:ascii="Times New Roman" w:hAnsi="Times New Roman" w:cs="Times New Roman"/>
          <w:b/>
        </w:rPr>
      </w:pPr>
    </w:p>
    <w:p w14:paraId="7C3B721A" w14:textId="2D129752" w:rsidR="000A3713" w:rsidRPr="00D454F6" w:rsidRDefault="00D454F6" w:rsidP="0058348F">
      <w:pPr>
        <w:spacing w:after="0" w:line="240" w:lineRule="auto"/>
        <w:jc w:val="both"/>
        <w:rPr>
          <w:rFonts w:ascii="Times New Roman" w:hAnsi="Times New Roman" w:cs="Times New Roman"/>
        </w:rPr>
      </w:pPr>
      <w:r w:rsidRPr="00D454F6">
        <w:rPr>
          <w:rFonts w:ascii="Times New Roman" w:hAnsi="Times New Roman" w:cs="Times New Roman"/>
          <w:b/>
        </w:rPr>
        <w:t xml:space="preserve">4.6   Ochrana pred </w:t>
      </w:r>
      <w:proofErr w:type="spellStart"/>
      <w:r w:rsidRPr="00D454F6">
        <w:rPr>
          <w:rFonts w:ascii="Times New Roman" w:hAnsi="Times New Roman" w:cs="Times New Roman"/>
          <w:b/>
        </w:rPr>
        <w:t>sociálnopatologickými</w:t>
      </w:r>
      <w:proofErr w:type="spellEnd"/>
      <w:r w:rsidRPr="00D454F6">
        <w:rPr>
          <w:rFonts w:ascii="Times New Roman" w:hAnsi="Times New Roman" w:cs="Times New Roman"/>
          <w:b/>
        </w:rPr>
        <w:t xml:space="preserve"> javmi</w:t>
      </w:r>
    </w:p>
    <w:p w14:paraId="61F798A7" w14:textId="3D43F3B0" w:rsidR="000A3713" w:rsidRPr="00D454F6" w:rsidRDefault="00D454F6" w:rsidP="0058348F">
      <w:pPr>
        <w:spacing w:after="0" w:line="240" w:lineRule="auto"/>
        <w:jc w:val="both"/>
        <w:rPr>
          <w:rFonts w:ascii="Times New Roman" w:hAnsi="Times New Roman" w:cs="Times New Roman"/>
        </w:rPr>
      </w:pPr>
      <w:r w:rsidRPr="00D454F6">
        <w:rPr>
          <w:rFonts w:ascii="Times New Roman" w:hAnsi="Times New Roman" w:cs="Times New Roman"/>
        </w:rPr>
        <w:t>V zmysle Dohovoru o právach dieťaťa sú učitelia povinní zabezpečovať aktívnu ochranu detí</w:t>
      </w:r>
      <w:r w:rsidR="0058348F">
        <w:rPr>
          <w:rFonts w:ascii="Times New Roman" w:hAnsi="Times New Roman" w:cs="Times New Roman"/>
        </w:rPr>
        <w:t xml:space="preserve"> </w:t>
      </w:r>
      <w:r w:rsidRPr="00D454F6">
        <w:rPr>
          <w:rFonts w:ascii="Times New Roman" w:hAnsi="Times New Roman" w:cs="Times New Roman"/>
        </w:rPr>
        <w:t xml:space="preserve">pred </w:t>
      </w:r>
      <w:proofErr w:type="spellStart"/>
      <w:r w:rsidRPr="00D454F6">
        <w:rPr>
          <w:rFonts w:ascii="Times New Roman" w:hAnsi="Times New Roman" w:cs="Times New Roman"/>
        </w:rPr>
        <w:t>sociálnopatologickými</w:t>
      </w:r>
      <w:proofErr w:type="spellEnd"/>
      <w:r w:rsidRPr="00D454F6">
        <w:rPr>
          <w:rFonts w:ascii="Times New Roman" w:hAnsi="Times New Roman" w:cs="Times New Roman"/>
        </w:rPr>
        <w:t xml:space="preserve"> javmi, monitorovať zmeny v správaní detí a v prípade dôvodného</w:t>
      </w:r>
      <w:r w:rsidR="0058348F">
        <w:rPr>
          <w:rFonts w:ascii="Times New Roman" w:hAnsi="Times New Roman" w:cs="Times New Roman"/>
        </w:rPr>
        <w:t xml:space="preserve"> </w:t>
      </w:r>
      <w:r w:rsidRPr="00D454F6">
        <w:rPr>
          <w:rFonts w:ascii="Times New Roman" w:hAnsi="Times New Roman" w:cs="Times New Roman"/>
        </w:rPr>
        <w:t>podozrenia z fyzického alebo psychického týrania či ohrozovania mravného vývinu dieťaťa</w:t>
      </w:r>
      <w:r w:rsidR="0058348F">
        <w:rPr>
          <w:rFonts w:ascii="Times New Roman" w:hAnsi="Times New Roman" w:cs="Times New Roman"/>
        </w:rPr>
        <w:t xml:space="preserve"> </w:t>
      </w:r>
      <w:r w:rsidRPr="00D454F6">
        <w:rPr>
          <w:rFonts w:ascii="Times New Roman" w:hAnsi="Times New Roman" w:cs="Times New Roman"/>
        </w:rPr>
        <w:t>bezodkladne riešiť problém v spolupráci s vedením školy, prípadne s pedagogicko-</w:t>
      </w:r>
      <w:r w:rsidR="0058348F">
        <w:rPr>
          <w:rFonts w:ascii="Times New Roman" w:hAnsi="Times New Roman" w:cs="Times New Roman"/>
        </w:rPr>
        <w:t xml:space="preserve"> </w:t>
      </w:r>
      <w:r w:rsidRPr="00D454F6">
        <w:rPr>
          <w:rFonts w:ascii="Times New Roman" w:hAnsi="Times New Roman" w:cs="Times New Roman"/>
        </w:rPr>
        <w:lastRenderedPageBreak/>
        <w:t>psychologickou poradňou, kontaktovať príslušný odbor sociálnych vecí, pediatra a príslušné</w:t>
      </w:r>
      <w:r w:rsidR="0058348F">
        <w:rPr>
          <w:rFonts w:ascii="Times New Roman" w:hAnsi="Times New Roman" w:cs="Times New Roman"/>
        </w:rPr>
        <w:t xml:space="preserve"> </w:t>
      </w:r>
      <w:r w:rsidRPr="00D454F6">
        <w:rPr>
          <w:rFonts w:ascii="Times New Roman" w:hAnsi="Times New Roman" w:cs="Times New Roman"/>
        </w:rPr>
        <w:t>oddelenie policajného zboru.</w:t>
      </w:r>
    </w:p>
    <w:p w14:paraId="559AEB83" w14:textId="77777777" w:rsidR="0058348F" w:rsidRDefault="0058348F" w:rsidP="00CB7CC1">
      <w:pPr>
        <w:spacing w:after="0" w:line="240" w:lineRule="auto"/>
        <w:rPr>
          <w:rFonts w:ascii="Times New Roman" w:hAnsi="Times New Roman" w:cs="Times New Roman"/>
        </w:rPr>
      </w:pPr>
    </w:p>
    <w:p w14:paraId="72A829F6" w14:textId="3349E54B" w:rsidR="000A3713" w:rsidRPr="00D454F6" w:rsidRDefault="000A3713" w:rsidP="00CB7CC1">
      <w:pPr>
        <w:spacing w:after="0" w:line="240" w:lineRule="auto"/>
        <w:rPr>
          <w:rFonts w:ascii="Times New Roman" w:hAnsi="Times New Roman" w:cs="Times New Roman"/>
        </w:rPr>
      </w:pPr>
    </w:p>
    <w:p w14:paraId="385EC6C4" w14:textId="77777777" w:rsidR="000A3713" w:rsidRPr="00D454F6" w:rsidRDefault="00D454F6" w:rsidP="0058348F">
      <w:pPr>
        <w:spacing w:after="0" w:line="240" w:lineRule="auto"/>
        <w:jc w:val="both"/>
        <w:rPr>
          <w:rFonts w:ascii="Times New Roman" w:hAnsi="Times New Roman" w:cs="Times New Roman"/>
        </w:rPr>
      </w:pPr>
      <w:r w:rsidRPr="00D454F6">
        <w:rPr>
          <w:rFonts w:ascii="Times New Roman" w:hAnsi="Times New Roman" w:cs="Times New Roman"/>
          <w:b/>
        </w:rPr>
        <w:t>4.7   Opatrenia proti šíreniu legálnych a nelegálnych drog</w:t>
      </w:r>
    </w:p>
    <w:p w14:paraId="26FC258C" w14:textId="77777777" w:rsidR="000A3713" w:rsidRPr="00D454F6" w:rsidRDefault="00D454F6" w:rsidP="0058348F">
      <w:pPr>
        <w:spacing w:after="0" w:line="240" w:lineRule="auto"/>
        <w:jc w:val="both"/>
        <w:rPr>
          <w:rFonts w:ascii="Times New Roman" w:hAnsi="Times New Roman" w:cs="Times New Roman"/>
        </w:rPr>
      </w:pPr>
      <w:r w:rsidRPr="00D454F6">
        <w:rPr>
          <w:rFonts w:ascii="Times New Roman" w:hAnsi="Times New Roman" w:cs="Times New Roman"/>
        </w:rPr>
        <w:t>Materská škola prijíma nasledovné opatrenia:</w:t>
      </w:r>
    </w:p>
    <w:p w14:paraId="55570DB2" w14:textId="00AFF870" w:rsidR="000A3713" w:rsidRPr="00E16855" w:rsidRDefault="00E16855" w:rsidP="00FE5BF0">
      <w:pPr>
        <w:pStyle w:val="Odsekzoznamu"/>
        <w:numPr>
          <w:ilvl w:val="0"/>
          <w:numId w:val="19"/>
        </w:numPr>
        <w:spacing w:after="0" w:line="240" w:lineRule="auto"/>
        <w:jc w:val="both"/>
        <w:rPr>
          <w:rFonts w:ascii="Times New Roman" w:hAnsi="Times New Roman" w:cs="Times New Roman"/>
        </w:rPr>
      </w:pPr>
      <w:r>
        <w:rPr>
          <w:rFonts w:ascii="Times New Roman" w:hAnsi="Times New Roman" w:cs="Times New Roman"/>
        </w:rPr>
        <w:t>p</w:t>
      </w:r>
      <w:r w:rsidR="00D454F6" w:rsidRPr="00E16855">
        <w:rPr>
          <w:rFonts w:ascii="Times New Roman" w:hAnsi="Times New Roman" w:cs="Times New Roman"/>
        </w:rPr>
        <w:t xml:space="preserve">rimeranou formou </w:t>
      </w:r>
      <w:r>
        <w:rPr>
          <w:rFonts w:ascii="Times New Roman" w:hAnsi="Times New Roman" w:cs="Times New Roman"/>
        </w:rPr>
        <w:t>informuje</w:t>
      </w:r>
      <w:r w:rsidR="00D454F6" w:rsidRPr="00E16855">
        <w:rPr>
          <w:rFonts w:ascii="Times New Roman" w:hAnsi="Times New Roman" w:cs="Times New Roman"/>
        </w:rPr>
        <w:t xml:space="preserve"> deti o existencii legálnych a nelegálnych drog a ich</w:t>
      </w:r>
      <w:r w:rsidRPr="00E16855">
        <w:rPr>
          <w:rFonts w:ascii="Times New Roman" w:hAnsi="Times New Roman" w:cs="Times New Roman"/>
        </w:rPr>
        <w:t xml:space="preserve"> </w:t>
      </w:r>
      <w:r w:rsidR="00D454F6" w:rsidRPr="00E16855">
        <w:rPr>
          <w:rFonts w:ascii="Times New Roman" w:hAnsi="Times New Roman" w:cs="Times New Roman"/>
        </w:rPr>
        <w:t>mimoriadne negatívnych účinkoch na zdravie človeka</w:t>
      </w:r>
      <w:r>
        <w:rPr>
          <w:rFonts w:ascii="Times New Roman" w:hAnsi="Times New Roman" w:cs="Times New Roman"/>
        </w:rPr>
        <w:t>,</w:t>
      </w:r>
    </w:p>
    <w:p w14:paraId="5234C84C" w14:textId="1A3B67DC" w:rsidR="000A3713" w:rsidRPr="00E16855" w:rsidRDefault="00E16855" w:rsidP="00FE5BF0">
      <w:pPr>
        <w:pStyle w:val="Odsekzoznamu"/>
        <w:numPr>
          <w:ilvl w:val="0"/>
          <w:numId w:val="19"/>
        </w:numPr>
        <w:spacing w:after="0" w:line="240" w:lineRule="auto"/>
        <w:jc w:val="both"/>
        <w:rPr>
          <w:rFonts w:ascii="Times New Roman" w:hAnsi="Times New Roman" w:cs="Times New Roman"/>
        </w:rPr>
      </w:pPr>
      <w:r w:rsidRPr="00E16855">
        <w:rPr>
          <w:rFonts w:ascii="Times New Roman" w:hAnsi="Times New Roman" w:cs="Times New Roman"/>
        </w:rPr>
        <w:t>vedie</w:t>
      </w:r>
      <w:r w:rsidR="00D454F6" w:rsidRPr="00E16855">
        <w:rPr>
          <w:rFonts w:ascii="Times New Roman" w:hAnsi="Times New Roman" w:cs="Times New Roman"/>
        </w:rPr>
        <w:t xml:space="preserve"> deti k zdravému životnému spôsobu, rozlišovaniu zdravých a nezdravých návykov</w:t>
      </w:r>
      <w:r w:rsidRPr="00E16855">
        <w:rPr>
          <w:rFonts w:ascii="Times New Roman" w:hAnsi="Times New Roman" w:cs="Times New Roman"/>
        </w:rPr>
        <w:t xml:space="preserve"> </w:t>
      </w:r>
      <w:r w:rsidR="00D454F6" w:rsidRPr="00E16855">
        <w:rPr>
          <w:rFonts w:ascii="Times New Roman" w:hAnsi="Times New Roman" w:cs="Times New Roman"/>
        </w:rPr>
        <w:t>pre život a zdravie.</w:t>
      </w:r>
    </w:p>
    <w:p w14:paraId="4943C53B" w14:textId="4C35E0F1" w:rsidR="000A3713" w:rsidRPr="00E16855" w:rsidRDefault="00E16855" w:rsidP="00FE5BF0">
      <w:pPr>
        <w:pStyle w:val="Odsekzoznamu"/>
        <w:numPr>
          <w:ilvl w:val="0"/>
          <w:numId w:val="19"/>
        </w:numPr>
        <w:spacing w:after="0" w:line="240" w:lineRule="auto"/>
        <w:jc w:val="both"/>
        <w:rPr>
          <w:rFonts w:ascii="Times New Roman" w:hAnsi="Times New Roman" w:cs="Times New Roman"/>
        </w:rPr>
      </w:pPr>
      <w:r w:rsidRPr="00E16855">
        <w:rPr>
          <w:rFonts w:ascii="Times New Roman" w:hAnsi="Times New Roman" w:cs="Times New Roman"/>
        </w:rPr>
        <w:t>v</w:t>
      </w:r>
      <w:r w:rsidR="00D454F6" w:rsidRPr="00E16855">
        <w:rPr>
          <w:rFonts w:ascii="Times New Roman" w:hAnsi="Times New Roman" w:cs="Times New Roman"/>
        </w:rPr>
        <w:t xml:space="preserve"> prevencii využíva vhodnú  a dostupnú  </w:t>
      </w:r>
      <w:r w:rsidR="00D454F6" w:rsidRPr="000A0650">
        <w:rPr>
          <w:rFonts w:ascii="Times New Roman" w:hAnsi="Times New Roman" w:cs="Times New Roman"/>
          <w:color w:val="000000" w:themeColor="text1"/>
        </w:rPr>
        <w:t>literatúru  (napr.  „Nenič  svoje  múdre  telo“)</w:t>
      </w:r>
      <w:r w:rsidRPr="000A0650">
        <w:rPr>
          <w:rFonts w:ascii="Times New Roman" w:hAnsi="Times New Roman" w:cs="Times New Roman"/>
          <w:color w:val="000000" w:themeColor="text1"/>
        </w:rPr>
        <w:t xml:space="preserve"> </w:t>
      </w:r>
      <w:r w:rsidR="00D454F6" w:rsidRPr="00E16855">
        <w:rPr>
          <w:rFonts w:ascii="Times New Roman" w:hAnsi="Times New Roman" w:cs="Times New Roman"/>
        </w:rPr>
        <w:t xml:space="preserve">a </w:t>
      </w:r>
      <w:r>
        <w:rPr>
          <w:rFonts w:ascii="Times New Roman" w:hAnsi="Times New Roman" w:cs="Times New Roman"/>
        </w:rPr>
        <w:t xml:space="preserve">prepája </w:t>
      </w:r>
      <w:r w:rsidR="00D454F6" w:rsidRPr="00E16855">
        <w:rPr>
          <w:rFonts w:ascii="Times New Roman" w:hAnsi="Times New Roman" w:cs="Times New Roman"/>
        </w:rPr>
        <w:t>preventívne výukové programy do plánov práce každej triedy.</w:t>
      </w:r>
    </w:p>
    <w:p w14:paraId="09F8F38B" w14:textId="06A13D06" w:rsidR="000A3713" w:rsidRPr="00E16855" w:rsidRDefault="00E16855" w:rsidP="00FE5BF0">
      <w:pPr>
        <w:pStyle w:val="Odsekzoznamu"/>
        <w:numPr>
          <w:ilvl w:val="0"/>
          <w:numId w:val="19"/>
        </w:numPr>
        <w:spacing w:after="0" w:line="240" w:lineRule="auto"/>
        <w:jc w:val="both"/>
        <w:rPr>
          <w:rFonts w:ascii="Times New Roman" w:hAnsi="Times New Roman" w:cs="Times New Roman"/>
        </w:rPr>
      </w:pPr>
      <w:r w:rsidRPr="00E16855">
        <w:rPr>
          <w:rFonts w:ascii="Times New Roman" w:hAnsi="Times New Roman" w:cs="Times New Roman"/>
        </w:rPr>
        <w:t>p</w:t>
      </w:r>
      <w:r w:rsidR="00D454F6" w:rsidRPr="00E16855">
        <w:rPr>
          <w:rFonts w:ascii="Times New Roman" w:hAnsi="Times New Roman" w:cs="Times New Roman"/>
        </w:rPr>
        <w:t>osky</w:t>
      </w:r>
      <w:r w:rsidRPr="00E16855">
        <w:rPr>
          <w:rFonts w:ascii="Times New Roman" w:hAnsi="Times New Roman" w:cs="Times New Roman"/>
        </w:rPr>
        <w:t>tuje</w:t>
      </w:r>
      <w:r w:rsidR="00D454F6" w:rsidRPr="00E16855">
        <w:rPr>
          <w:rFonts w:ascii="Times New Roman" w:hAnsi="Times New Roman" w:cs="Times New Roman"/>
        </w:rPr>
        <w:t xml:space="preserve"> deťom dostatok podnetov a možností realizácie prostredníctvom rôznych</w:t>
      </w:r>
      <w:r w:rsidRPr="00E16855">
        <w:rPr>
          <w:rFonts w:ascii="Times New Roman" w:hAnsi="Times New Roman" w:cs="Times New Roman"/>
        </w:rPr>
        <w:t xml:space="preserve"> </w:t>
      </w:r>
      <w:r w:rsidR="00D454F6" w:rsidRPr="00E16855">
        <w:rPr>
          <w:rFonts w:ascii="Times New Roman" w:hAnsi="Times New Roman" w:cs="Times New Roman"/>
        </w:rPr>
        <w:t xml:space="preserve">aktivít, a tým ich </w:t>
      </w:r>
      <w:r w:rsidRPr="00E16855">
        <w:rPr>
          <w:rFonts w:ascii="Times New Roman" w:hAnsi="Times New Roman" w:cs="Times New Roman"/>
        </w:rPr>
        <w:t>vedie</w:t>
      </w:r>
      <w:r w:rsidR="00D454F6" w:rsidRPr="00E16855">
        <w:rPr>
          <w:rFonts w:ascii="Times New Roman" w:hAnsi="Times New Roman" w:cs="Times New Roman"/>
        </w:rPr>
        <w:t xml:space="preserve"> k plnohodnotnému životu, kde legálne či nelegálne drogy</w:t>
      </w:r>
      <w:r w:rsidRPr="00E16855">
        <w:rPr>
          <w:rFonts w:ascii="Times New Roman" w:hAnsi="Times New Roman" w:cs="Times New Roman"/>
        </w:rPr>
        <w:t xml:space="preserve"> </w:t>
      </w:r>
      <w:r>
        <w:rPr>
          <w:rFonts w:ascii="Times New Roman" w:hAnsi="Times New Roman" w:cs="Times New Roman"/>
        </w:rPr>
        <w:t>nemajú</w:t>
      </w:r>
      <w:r w:rsidR="00D454F6" w:rsidRPr="00E16855">
        <w:rPr>
          <w:rFonts w:ascii="Times New Roman" w:hAnsi="Times New Roman" w:cs="Times New Roman"/>
        </w:rPr>
        <w:t xml:space="preserve"> svoje miesto</w:t>
      </w:r>
      <w:r>
        <w:rPr>
          <w:rFonts w:ascii="Times New Roman" w:hAnsi="Times New Roman" w:cs="Times New Roman"/>
        </w:rPr>
        <w:t>,</w:t>
      </w:r>
    </w:p>
    <w:p w14:paraId="2EA3CB3A" w14:textId="658CD616" w:rsidR="000A3713" w:rsidRPr="00E16855" w:rsidRDefault="00E16855" w:rsidP="00FE5BF0">
      <w:pPr>
        <w:pStyle w:val="Odsekzoznamu"/>
        <w:numPr>
          <w:ilvl w:val="0"/>
          <w:numId w:val="19"/>
        </w:numPr>
        <w:spacing w:after="0" w:line="240" w:lineRule="auto"/>
        <w:jc w:val="both"/>
        <w:rPr>
          <w:rFonts w:ascii="Times New Roman" w:hAnsi="Times New Roman" w:cs="Times New Roman"/>
        </w:rPr>
      </w:pPr>
      <w:r>
        <w:rPr>
          <w:rFonts w:ascii="Times New Roman" w:hAnsi="Times New Roman" w:cs="Times New Roman"/>
        </w:rPr>
        <w:t>dodržiava</w:t>
      </w:r>
      <w:r w:rsidR="00D454F6" w:rsidRPr="00E16855">
        <w:rPr>
          <w:rFonts w:ascii="Times New Roman" w:hAnsi="Times New Roman" w:cs="Times New Roman"/>
        </w:rPr>
        <w:t xml:space="preserve"> v celom areáli školy prísny zákaz fajčenia</w:t>
      </w:r>
      <w:r>
        <w:rPr>
          <w:rFonts w:ascii="Times New Roman" w:hAnsi="Times New Roman" w:cs="Times New Roman"/>
        </w:rPr>
        <w:t>,</w:t>
      </w:r>
    </w:p>
    <w:p w14:paraId="234634D9" w14:textId="694A95D3" w:rsidR="000A3713" w:rsidRPr="00E16855" w:rsidRDefault="00E16855" w:rsidP="00FE5BF0">
      <w:pPr>
        <w:pStyle w:val="Odsekzoznamu"/>
        <w:numPr>
          <w:ilvl w:val="0"/>
          <w:numId w:val="19"/>
        </w:numPr>
        <w:spacing w:after="0" w:line="240" w:lineRule="auto"/>
        <w:jc w:val="both"/>
        <w:rPr>
          <w:rFonts w:ascii="Times New Roman" w:hAnsi="Times New Roman" w:cs="Times New Roman"/>
        </w:rPr>
      </w:pPr>
      <w:r w:rsidRPr="00E16855">
        <w:rPr>
          <w:rFonts w:ascii="Times New Roman" w:hAnsi="Times New Roman" w:cs="Times New Roman"/>
        </w:rPr>
        <w:t>dbá</w:t>
      </w:r>
      <w:r w:rsidR="00D454F6" w:rsidRPr="00E16855">
        <w:rPr>
          <w:rFonts w:ascii="Times New Roman" w:hAnsi="Times New Roman" w:cs="Times New Roman"/>
        </w:rPr>
        <w:t xml:space="preserve"> na to, aby sa do budovy školy nedostali žiadne nepovolané osoby, a tým zamedz</w:t>
      </w:r>
      <w:r w:rsidRPr="00E16855">
        <w:rPr>
          <w:rFonts w:ascii="Times New Roman" w:hAnsi="Times New Roman" w:cs="Times New Roman"/>
        </w:rPr>
        <w:t xml:space="preserve">uje </w:t>
      </w:r>
      <w:r w:rsidR="00D454F6" w:rsidRPr="00E16855">
        <w:rPr>
          <w:rFonts w:ascii="Times New Roman" w:hAnsi="Times New Roman" w:cs="Times New Roman"/>
        </w:rPr>
        <w:t>možnosti zlých vonkajších vplyvov na deti</w:t>
      </w:r>
      <w:r>
        <w:rPr>
          <w:rFonts w:ascii="Times New Roman" w:hAnsi="Times New Roman" w:cs="Times New Roman"/>
        </w:rPr>
        <w:t>,</w:t>
      </w:r>
    </w:p>
    <w:p w14:paraId="0598D653" w14:textId="72E88B0A" w:rsidR="000A3713" w:rsidRPr="00E16855" w:rsidRDefault="00E16855" w:rsidP="00FE5BF0">
      <w:pPr>
        <w:pStyle w:val="Odsekzoznamu"/>
        <w:numPr>
          <w:ilvl w:val="0"/>
          <w:numId w:val="19"/>
        </w:numPr>
        <w:spacing w:after="0" w:line="240" w:lineRule="auto"/>
        <w:jc w:val="both"/>
        <w:rPr>
          <w:rFonts w:ascii="Times New Roman" w:hAnsi="Times New Roman" w:cs="Times New Roman"/>
        </w:rPr>
      </w:pPr>
      <w:r w:rsidRPr="00E16855">
        <w:rPr>
          <w:rFonts w:ascii="Times New Roman" w:hAnsi="Times New Roman" w:cs="Times New Roman"/>
        </w:rPr>
        <w:t>v</w:t>
      </w:r>
      <w:r w:rsidR="00D454F6" w:rsidRPr="00E16855">
        <w:rPr>
          <w:rFonts w:ascii="Times New Roman" w:hAnsi="Times New Roman" w:cs="Times New Roman"/>
        </w:rPr>
        <w:t xml:space="preserve"> zmysle Dohovoru o právach dieťaťa </w:t>
      </w:r>
      <w:r w:rsidRPr="00E16855">
        <w:rPr>
          <w:rFonts w:ascii="Times New Roman" w:hAnsi="Times New Roman" w:cs="Times New Roman"/>
        </w:rPr>
        <w:t xml:space="preserve">sú </w:t>
      </w:r>
      <w:r w:rsidR="00D454F6" w:rsidRPr="00E16855">
        <w:rPr>
          <w:rFonts w:ascii="Times New Roman" w:hAnsi="Times New Roman" w:cs="Times New Roman"/>
        </w:rPr>
        <w:t>učitelia povinní zabezpečovať aktívnu ochranu</w:t>
      </w:r>
      <w:r w:rsidRPr="00E16855">
        <w:rPr>
          <w:rFonts w:ascii="Times New Roman" w:hAnsi="Times New Roman" w:cs="Times New Roman"/>
        </w:rPr>
        <w:t xml:space="preserve"> </w:t>
      </w:r>
      <w:r w:rsidR="00D454F6" w:rsidRPr="00E16855">
        <w:rPr>
          <w:rFonts w:ascii="Times New Roman" w:hAnsi="Times New Roman" w:cs="Times New Roman"/>
        </w:rPr>
        <w:t xml:space="preserve">detí pred </w:t>
      </w:r>
      <w:proofErr w:type="spellStart"/>
      <w:r w:rsidR="00D454F6" w:rsidRPr="00E16855">
        <w:rPr>
          <w:rFonts w:ascii="Times New Roman" w:hAnsi="Times New Roman" w:cs="Times New Roman"/>
        </w:rPr>
        <w:t>sociálnopatologickými</w:t>
      </w:r>
      <w:proofErr w:type="spellEnd"/>
      <w:r w:rsidR="00D454F6" w:rsidRPr="00E16855">
        <w:rPr>
          <w:rFonts w:ascii="Times New Roman" w:hAnsi="Times New Roman" w:cs="Times New Roman"/>
        </w:rPr>
        <w:t xml:space="preserve"> javmi, monitorovať zmeny v správaní detí a v prípade</w:t>
      </w:r>
      <w:r w:rsidRPr="00E16855">
        <w:rPr>
          <w:rFonts w:ascii="Times New Roman" w:hAnsi="Times New Roman" w:cs="Times New Roman"/>
        </w:rPr>
        <w:t xml:space="preserve"> </w:t>
      </w:r>
      <w:r w:rsidR="00D454F6" w:rsidRPr="00E16855">
        <w:rPr>
          <w:rFonts w:ascii="Times New Roman" w:hAnsi="Times New Roman" w:cs="Times New Roman"/>
        </w:rPr>
        <w:t>dôvodného podozrenia z fyzického alebo psychického týrania či ohrozovania mravného</w:t>
      </w:r>
      <w:r w:rsidRPr="00E16855">
        <w:rPr>
          <w:rFonts w:ascii="Times New Roman" w:hAnsi="Times New Roman" w:cs="Times New Roman"/>
        </w:rPr>
        <w:t xml:space="preserve"> </w:t>
      </w:r>
      <w:r w:rsidR="00D454F6" w:rsidRPr="00E16855">
        <w:rPr>
          <w:rFonts w:ascii="Times New Roman" w:hAnsi="Times New Roman" w:cs="Times New Roman"/>
        </w:rPr>
        <w:t>vývinu dieťaťa bezodkladne riešiť problém v spolupráci s vedením školy, prípadne so</w:t>
      </w:r>
      <w:r w:rsidRPr="00E16855">
        <w:rPr>
          <w:rFonts w:ascii="Times New Roman" w:hAnsi="Times New Roman" w:cs="Times New Roman"/>
        </w:rPr>
        <w:t xml:space="preserve"> </w:t>
      </w:r>
      <w:r w:rsidR="00D454F6" w:rsidRPr="00E16855">
        <w:rPr>
          <w:rFonts w:ascii="Times New Roman" w:hAnsi="Times New Roman" w:cs="Times New Roman"/>
        </w:rPr>
        <w:t>zariadením výchovného poradenstva a prevencie, kontaktovať príslušný odbor sociálnych</w:t>
      </w:r>
      <w:r w:rsidRPr="00E16855">
        <w:rPr>
          <w:rFonts w:ascii="Times New Roman" w:hAnsi="Times New Roman" w:cs="Times New Roman"/>
        </w:rPr>
        <w:t xml:space="preserve"> </w:t>
      </w:r>
      <w:r w:rsidR="00D454F6" w:rsidRPr="00E16855">
        <w:rPr>
          <w:rFonts w:ascii="Times New Roman" w:hAnsi="Times New Roman" w:cs="Times New Roman"/>
        </w:rPr>
        <w:t>vecí, pediatra a príslušné oddelenie policajného zboru.</w:t>
      </w:r>
    </w:p>
    <w:p w14:paraId="5362EF44" w14:textId="77777777" w:rsidR="002507E8" w:rsidRDefault="002507E8" w:rsidP="0058348F">
      <w:pPr>
        <w:spacing w:after="0" w:line="240" w:lineRule="auto"/>
        <w:jc w:val="both"/>
        <w:rPr>
          <w:rFonts w:ascii="Times New Roman" w:hAnsi="Times New Roman" w:cs="Times New Roman"/>
        </w:rPr>
      </w:pPr>
    </w:p>
    <w:p w14:paraId="1581D7A0" w14:textId="2145869E" w:rsidR="002507E8" w:rsidRDefault="002507E8" w:rsidP="00825AAF">
      <w:pPr>
        <w:spacing w:after="0" w:line="240" w:lineRule="auto"/>
        <w:jc w:val="both"/>
        <w:rPr>
          <w:rFonts w:ascii="Times New Roman" w:hAnsi="Times New Roman" w:cs="Times New Roman"/>
        </w:rPr>
      </w:pPr>
      <w:r w:rsidRPr="00832562">
        <w:rPr>
          <w:rFonts w:ascii="Times New Roman" w:hAnsi="Times New Roman" w:cs="Times New Roman"/>
          <w:b/>
        </w:rPr>
        <w:t>4.8.</w:t>
      </w:r>
      <w:r>
        <w:rPr>
          <w:rFonts w:ascii="Times New Roman" w:hAnsi="Times New Roman" w:cs="Times New Roman"/>
        </w:rPr>
        <w:t xml:space="preserve"> Podmienky na zaistenie bezpečnosti a ochrany zdravia detí a ich ochrany pred prejavmi </w:t>
      </w:r>
      <w:r w:rsidR="00825AAF">
        <w:rPr>
          <w:rFonts w:ascii="Times New Roman" w:hAnsi="Times New Roman" w:cs="Times New Roman"/>
        </w:rPr>
        <w:t>r</w:t>
      </w:r>
      <w:r>
        <w:rPr>
          <w:rFonts w:ascii="Times New Roman" w:hAnsi="Times New Roman" w:cs="Times New Roman"/>
        </w:rPr>
        <w:t>izikového správania, diskrimináciou alebo násilím</w:t>
      </w:r>
    </w:p>
    <w:p w14:paraId="3139D963" w14:textId="77777777" w:rsidR="00B80186" w:rsidRDefault="00B80186" w:rsidP="00825AAF">
      <w:pPr>
        <w:spacing w:after="0" w:line="240" w:lineRule="auto"/>
        <w:jc w:val="both"/>
        <w:rPr>
          <w:rFonts w:ascii="Times New Roman" w:hAnsi="Times New Roman" w:cs="Times New Roman"/>
        </w:rPr>
      </w:pPr>
    </w:p>
    <w:p w14:paraId="4FCF674C" w14:textId="57033389" w:rsidR="00B80186" w:rsidRPr="00825AAF" w:rsidRDefault="00B80186" w:rsidP="00825AAF">
      <w:pPr>
        <w:spacing w:after="0" w:line="240" w:lineRule="auto"/>
        <w:jc w:val="both"/>
        <w:rPr>
          <w:rFonts w:ascii="Times New Roman" w:eastAsia="Times New Roman" w:hAnsi="Times New Roman" w:cs="Times New Roman"/>
          <w:lang w:eastAsia="sk-SK"/>
        </w:rPr>
      </w:pPr>
      <w:r w:rsidRPr="00825AAF">
        <w:rPr>
          <w:rFonts w:ascii="Times New Roman" w:eastAsia="Times New Roman" w:hAnsi="Times New Roman" w:cs="Times New Roman"/>
          <w:lang w:eastAsia="sk-SK"/>
        </w:rPr>
        <w:t xml:space="preserve">Materská škola vytvára podmienky na prevenciu všetkých foriem rizikového správania </w:t>
      </w:r>
      <w:r w:rsidR="00825AAF">
        <w:rPr>
          <w:rFonts w:ascii="Times New Roman" w:eastAsia="Times New Roman" w:hAnsi="Times New Roman" w:cs="Times New Roman"/>
          <w:lang w:eastAsia="sk-SK"/>
        </w:rPr>
        <w:t>p</w:t>
      </w:r>
      <w:r w:rsidRPr="00825AAF">
        <w:rPr>
          <w:rFonts w:ascii="Times New Roman" w:eastAsia="Times New Roman" w:hAnsi="Times New Roman" w:cs="Times New Roman"/>
          <w:lang w:eastAsia="sk-SK"/>
        </w:rPr>
        <w:t xml:space="preserve">rimerane </w:t>
      </w:r>
      <w:r w:rsidR="00825AAF">
        <w:rPr>
          <w:rFonts w:ascii="Times New Roman" w:eastAsia="Times New Roman" w:hAnsi="Times New Roman" w:cs="Times New Roman"/>
          <w:lang w:eastAsia="sk-SK"/>
        </w:rPr>
        <w:t>v</w:t>
      </w:r>
      <w:r w:rsidRPr="00825AAF">
        <w:rPr>
          <w:rFonts w:ascii="Times New Roman" w:eastAsia="Times New Roman" w:hAnsi="Times New Roman" w:cs="Times New Roman"/>
          <w:lang w:eastAsia="sk-SK"/>
        </w:rPr>
        <w:t>eku a vývinovej úrovni detí.</w:t>
      </w:r>
      <w:r w:rsidR="00825AAF">
        <w:rPr>
          <w:rFonts w:ascii="Times New Roman" w:eastAsia="Times New Roman" w:hAnsi="Times New Roman" w:cs="Times New Roman"/>
          <w:lang w:eastAsia="sk-SK"/>
        </w:rPr>
        <w:t xml:space="preserve"> </w:t>
      </w:r>
      <w:r w:rsidRPr="00825AAF">
        <w:rPr>
          <w:rFonts w:ascii="Times New Roman" w:eastAsia="Times New Roman" w:hAnsi="Times New Roman" w:cs="Times New Roman"/>
          <w:lang w:eastAsia="sk-SK"/>
        </w:rPr>
        <w:t>Za rizikové správanie sa na účely tohto školského poriadku považuje najmä:</w:t>
      </w:r>
    </w:p>
    <w:p w14:paraId="62BAA407" w14:textId="77777777" w:rsidR="00B80186" w:rsidRPr="00825AAF" w:rsidRDefault="00B80186" w:rsidP="00FE5BF0">
      <w:pPr>
        <w:numPr>
          <w:ilvl w:val="0"/>
          <w:numId w:val="10"/>
        </w:numPr>
        <w:spacing w:after="0" w:line="240" w:lineRule="auto"/>
        <w:rPr>
          <w:rFonts w:ascii="Times New Roman" w:eastAsia="Times New Roman" w:hAnsi="Times New Roman" w:cs="Times New Roman"/>
          <w:lang w:eastAsia="sk-SK"/>
        </w:rPr>
      </w:pPr>
      <w:r w:rsidRPr="00825AAF">
        <w:rPr>
          <w:rFonts w:ascii="Times New Roman" w:eastAsia="Times New Roman" w:hAnsi="Times New Roman" w:cs="Times New Roman"/>
          <w:lang w:eastAsia="sk-SK"/>
        </w:rPr>
        <w:t>fyzické ubližovanie,</w:t>
      </w:r>
    </w:p>
    <w:p w14:paraId="2D337D15" w14:textId="77777777" w:rsidR="00B80186" w:rsidRPr="00825AAF" w:rsidRDefault="00B80186" w:rsidP="00FE5BF0">
      <w:pPr>
        <w:numPr>
          <w:ilvl w:val="0"/>
          <w:numId w:val="10"/>
        </w:numPr>
        <w:spacing w:after="0" w:line="240" w:lineRule="auto"/>
        <w:rPr>
          <w:rFonts w:ascii="Times New Roman" w:eastAsia="Times New Roman" w:hAnsi="Times New Roman" w:cs="Times New Roman"/>
          <w:lang w:eastAsia="sk-SK"/>
        </w:rPr>
      </w:pPr>
      <w:r w:rsidRPr="00825AAF">
        <w:rPr>
          <w:rFonts w:ascii="Times New Roman" w:eastAsia="Times New Roman" w:hAnsi="Times New Roman" w:cs="Times New Roman"/>
          <w:lang w:eastAsia="sk-SK"/>
        </w:rPr>
        <w:t>úmyselné spôsobovanie bolesti,</w:t>
      </w:r>
    </w:p>
    <w:p w14:paraId="2B524E9F" w14:textId="77777777" w:rsidR="00B80186" w:rsidRPr="00825AAF" w:rsidRDefault="00B80186" w:rsidP="00FE5BF0">
      <w:pPr>
        <w:numPr>
          <w:ilvl w:val="0"/>
          <w:numId w:val="10"/>
        </w:numPr>
        <w:spacing w:before="100" w:beforeAutospacing="1" w:after="100" w:afterAutospacing="1" w:line="240" w:lineRule="auto"/>
        <w:rPr>
          <w:rFonts w:ascii="Times New Roman" w:eastAsia="Times New Roman" w:hAnsi="Times New Roman" w:cs="Times New Roman"/>
          <w:lang w:eastAsia="sk-SK"/>
        </w:rPr>
      </w:pPr>
      <w:r w:rsidRPr="00825AAF">
        <w:rPr>
          <w:rFonts w:ascii="Times New Roman" w:eastAsia="Times New Roman" w:hAnsi="Times New Roman" w:cs="Times New Roman"/>
          <w:lang w:eastAsia="sk-SK"/>
        </w:rPr>
        <w:t>agresívne správanie,</w:t>
      </w:r>
    </w:p>
    <w:p w14:paraId="0F9EE1E3" w14:textId="77777777" w:rsidR="00B80186" w:rsidRPr="00825AAF" w:rsidRDefault="00B80186" w:rsidP="00FE5BF0">
      <w:pPr>
        <w:numPr>
          <w:ilvl w:val="0"/>
          <w:numId w:val="10"/>
        </w:numPr>
        <w:spacing w:before="100" w:beforeAutospacing="1" w:after="100" w:afterAutospacing="1" w:line="240" w:lineRule="auto"/>
        <w:rPr>
          <w:rFonts w:ascii="Times New Roman" w:eastAsia="Times New Roman" w:hAnsi="Times New Roman" w:cs="Times New Roman"/>
          <w:lang w:eastAsia="sk-SK"/>
        </w:rPr>
      </w:pPr>
      <w:r w:rsidRPr="00825AAF">
        <w:rPr>
          <w:rFonts w:ascii="Times New Roman" w:eastAsia="Times New Roman" w:hAnsi="Times New Roman" w:cs="Times New Roman"/>
          <w:lang w:eastAsia="sk-SK"/>
        </w:rPr>
        <w:t>vyhrážanie,</w:t>
      </w:r>
    </w:p>
    <w:p w14:paraId="5D4C76D0" w14:textId="77777777" w:rsidR="00B80186" w:rsidRPr="00825AAF" w:rsidRDefault="00B80186" w:rsidP="00FE5BF0">
      <w:pPr>
        <w:numPr>
          <w:ilvl w:val="0"/>
          <w:numId w:val="10"/>
        </w:numPr>
        <w:spacing w:before="100" w:beforeAutospacing="1" w:after="100" w:afterAutospacing="1" w:line="240" w:lineRule="auto"/>
        <w:rPr>
          <w:rFonts w:ascii="Times New Roman" w:eastAsia="Times New Roman" w:hAnsi="Times New Roman" w:cs="Times New Roman"/>
          <w:lang w:eastAsia="sk-SK"/>
        </w:rPr>
      </w:pPr>
      <w:r w:rsidRPr="00825AAF">
        <w:rPr>
          <w:rFonts w:ascii="Times New Roman" w:eastAsia="Times New Roman" w:hAnsi="Times New Roman" w:cs="Times New Roman"/>
          <w:lang w:eastAsia="sk-SK"/>
        </w:rPr>
        <w:t>zastrašovanie,</w:t>
      </w:r>
    </w:p>
    <w:p w14:paraId="5976EFFD" w14:textId="77777777" w:rsidR="00B80186" w:rsidRPr="00825AAF" w:rsidRDefault="00B80186" w:rsidP="00FE5BF0">
      <w:pPr>
        <w:numPr>
          <w:ilvl w:val="0"/>
          <w:numId w:val="10"/>
        </w:numPr>
        <w:spacing w:before="100" w:beforeAutospacing="1" w:after="100" w:afterAutospacing="1" w:line="240" w:lineRule="auto"/>
        <w:rPr>
          <w:rFonts w:ascii="Times New Roman" w:eastAsia="Times New Roman" w:hAnsi="Times New Roman" w:cs="Times New Roman"/>
          <w:lang w:eastAsia="sk-SK"/>
        </w:rPr>
      </w:pPr>
      <w:r w:rsidRPr="00825AAF">
        <w:rPr>
          <w:rFonts w:ascii="Times New Roman" w:eastAsia="Times New Roman" w:hAnsi="Times New Roman" w:cs="Times New Roman"/>
          <w:lang w:eastAsia="sk-SK"/>
        </w:rPr>
        <w:t>ponižovanie,</w:t>
      </w:r>
    </w:p>
    <w:p w14:paraId="42E1A25D" w14:textId="77777777" w:rsidR="00B80186" w:rsidRPr="00825AAF" w:rsidRDefault="00B80186" w:rsidP="00FE5BF0">
      <w:pPr>
        <w:numPr>
          <w:ilvl w:val="0"/>
          <w:numId w:val="10"/>
        </w:numPr>
        <w:spacing w:before="100" w:beforeAutospacing="1" w:after="100" w:afterAutospacing="1" w:line="240" w:lineRule="auto"/>
        <w:rPr>
          <w:rFonts w:ascii="Times New Roman" w:eastAsia="Times New Roman" w:hAnsi="Times New Roman" w:cs="Times New Roman"/>
          <w:lang w:eastAsia="sk-SK"/>
        </w:rPr>
      </w:pPr>
      <w:r w:rsidRPr="00825AAF">
        <w:rPr>
          <w:rFonts w:ascii="Times New Roman" w:eastAsia="Times New Roman" w:hAnsi="Times New Roman" w:cs="Times New Roman"/>
          <w:lang w:eastAsia="sk-SK"/>
        </w:rPr>
        <w:t>nadávanie a vulgárne prejavy,</w:t>
      </w:r>
    </w:p>
    <w:p w14:paraId="651EA160" w14:textId="77777777" w:rsidR="00B80186" w:rsidRPr="00825AAF" w:rsidRDefault="00B80186" w:rsidP="00FE5BF0">
      <w:pPr>
        <w:numPr>
          <w:ilvl w:val="0"/>
          <w:numId w:val="10"/>
        </w:numPr>
        <w:spacing w:before="100" w:beforeAutospacing="1" w:after="100" w:afterAutospacing="1" w:line="240" w:lineRule="auto"/>
        <w:rPr>
          <w:rFonts w:ascii="Times New Roman" w:eastAsia="Times New Roman" w:hAnsi="Times New Roman" w:cs="Times New Roman"/>
          <w:lang w:eastAsia="sk-SK"/>
        </w:rPr>
      </w:pPr>
      <w:r w:rsidRPr="00825AAF">
        <w:rPr>
          <w:rFonts w:ascii="Times New Roman" w:eastAsia="Times New Roman" w:hAnsi="Times New Roman" w:cs="Times New Roman"/>
          <w:lang w:eastAsia="sk-SK"/>
        </w:rPr>
        <w:t>úmyselné ničenie majetku,</w:t>
      </w:r>
    </w:p>
    <w:p w14:paraId="6321C6AD" w14:textId="77777777" w:rsidR="00B80186" w:rsidRPr="00825AAF" w:rsidRDefault="00B80186" w:rsidP="00FE5BF0">
      <w:pPr>
        <w:numPr>
          <w:ilvl w:val="0"/>
          <w:numId w:val="10"/>
        </w:numPr>
        <w:spacing w:before="100" w:beforeAutospacing="1" w:after="100" w:afterAutospacing="1" w:line="240" w:lineRule="auto"/>
        <w:rPr>
          <w:rFonts w:ascii="Times New Roman" w:eastAsia="Times New Roman" w:hAnsi="Times New Roman" w:cs="Times New Roman"/>
          <w:lang w:eastAsia="sk-SK"/>
        </w:rPr>
      </w:pPr>
      <w:r w:rsidRPr="00825AAF">
        <w:rPr>
          <w:rFonts w:ascii="Times New Roman" w:eastAsia="Times New Roman" w:hAnsi="Times New Roman" w:cs="Times New Roman"/>
          <w:lang w:eastAsia="sk-SK"/>
        </w:rPr>
        <w:t>opakované nevhodné sociálne správanie,</w:t>
      </w:r>
    </w:p>
    <w:p w14:paraId="21CFBCC8" w14:textId="77777777" w:rsidR="00B80186" w:rsidRPr="00825AAF" w:rsidRDefault="00B80186" w:rsidP="00FE5BF0">
      <w:pPr>
        <w:numPr>
          <w:ilvl w:val="0"/>
          <w:numId w:val="10"/>
        </w:numPr>
        <w:spacing w:before="100" w:beforeAutospacing="1" w:after="100" w:afterAutospacing="1" w:line="240" w:lineRule="auto"/>
        <w:rPr>
          <w:rFonts w:ascii="Times New Roman" w:eastAsia="Times New Roman" w:hAnsi="Times New Roman" w:cs="Times New Roman"/>
          <w:lang w:eastAsia="sk-SK"/>
        </w:rPr>
      </w:pPr>
      <w:r w:rsidRPr="00825AAF">
        <w:rPr>
          <w:rFonts w:ascii="Times New Roman" w:eastAsia="Times New Roman" w:hAnsi="Times New Roman" w:cs="Times New Roman"/>
          <w:lang w:eastAsia="sk-SK"/>
        </w:rPr>
        <w:t>nebezpečné konanie ohrozujúce zdravie alebo bezpečnosť,</w:t>
      </w:r>
    </w:p>
    <w:p w14:paraId="79C6D327" w14:textId="77777777" w:rsidR="00825AAF" w:rsidRDefault="00B80186" w:rsidP="00FE5BF0">
      <w:pPr>
        <w:numPr>
          <w:ilvl w:val="0"/>
          <w:numId w:val="10"/>
        </w:numPr>
        <w:spacing w:after="0" w:line="240" w:lineRule="auto"/>
        <w:rPr>
          <w:rFonts w:ascii="Times New Roman" w:eastAsia="Times New Roman" w:hAnsi="Times New Roman" w:cs="Times New Roman"/>
          <w:lang w:eastAsia="sk-SK"/>
        </w:rPr>
      </w:pPr>
      <w:r w:rsidRPr="00825AAF">
        <w:rPr>
          <w:rFonts w:ascii="Times New Roman" w:eastAsia="Times New Roman" w:hAnsi="Times New Roman" w:cs="Times New Roman"/>
          <w:lang w:eastAsia="sk-SK"/>
        </w:rPr>
        <w:t>iné konanie, ktoré môže negatívne ovplyvňovať psychický alebo fyzický vývin dieťaťa.</w:t>
      </w:r>
    </w:p>
    <w:p w14:paraId="1412FBA4" w14:textId="77777777" w:rsidR="00825AAF" w:rsidRDefault="00825AAF" w:rsidP="00825AAF">
      <w:pPr>
        <w:spacing w:after="0" w:line="240" w:lineRule="auto"/>
        <w:rPr>
          <w:rFonts w:ascii="Times New Roman" w:eastAsia="Times New Roman" w:hAnsi="Times New Roman" w:cs="Times New Roman"/>
          <w:lang w:eastAsia="sk-SK"/>
        </w:rPr>
      </w:pPr>
    </w:p>
    <w:p w14:paraId="01B5D217" w14:textId="012E98F6" w:rsidR="00825AAF" w:rsidRDefault="00B80186" w:rsidP="00825AAF">
      <w:pPr>
        <w:spacing w:after="0" w:line="240" w:lineRule="auto"/>
        <w:jc w:val="both"/>
        <w:rPr>
          <w:rFonts w:ascii="Times New Roman" w:eastAsia="Times New Roman" w:hAnsi="Times New Roman" w:cs="Times New Roman"/>
          <w:lang w:eastAsia="sk-SK"/>
        </w:rPr>
      </w:pPr>
      <w:r w:rsidRPr="00825AAF">
        <w:rPr>
          <w:rFonts w:ascii="Times New Roman" w:eastAsia="Times New Roman" w:hAnsi="Times New Roman" w:cs="Times New Roman"/>
          <w:lang w:eastAsia="sk-SK"/>
        </w:rPr>
        <w:t>Pedagogickí zamestnanci vedú deti k rešpektovaniu pravidiel spoločného života, k riešeniu konfliktov nenásilným spôsobom, k vzájomnej pomoci, tolerancii a rešpektovaniu odlišností.</w:t>
      </w:r>
      <w:r w:rsidR="00825AAF">
        <w:rPr>
          <w:rFonts w:ascii="Times New Roman" w:eastAsia="Times New Roman" w:hAnsi="Times New Roman" w:cs="Times New Roman"/>
          <w:lang w:eastAsia="sk-SK"/>
        </w:rPr>
        <w:t xml:space="preserve"> </w:t>
      </w:r>
      <w:r w:rsidR="005D3C99">
        <w:rPr>
          <w:rFonts w:ascii="Times New Roman" w:eastAsia="Times New Roman" w:hAnsi="Times New Roman" w:cs="Times New Roman"/>
          <w:lang w:eastAsia="sk-SK"/>
        </w:rPr>
        <w:t>P</w:t>
      </w:r>
      <w:r w:rsidRPr="00825AAF">
        <w:rPr>
          <w:rFonts w:ascii="Times New Roman" w:eastAsia="Times New Roman" w:hAnsi="Times New Roman" w:cs="Times New Roman"/>
          <w:lang w:eastAsia="sk-SK"/>
        </w:rPr>
        <w:t>ri vzniku konfliktu medzi deťmi pedagogický zamestnanec situáciu bezodkladne rieši, zabezpečí bezpečnosť detí a primeraným spôsobom pomáha deťom pochopiť príčinu konfliktu a hľadať prijateľné riešenie.</w:t>
      </w:r>
      <w:r w:rsidR="00825AAF">
        <w:rPr>
          <w:rFonts w:ascii="Times New Roman" w:eastAsia="Times New Roman" w:hAnsi="Times New Roman" w:cs="Times New Roman"/>
          <w:lang w:eastAsia="sk-SK"/>
        </w:rPr>
        <w:t xml:space="preserve"> </w:t>
      </w:r>
    </w:p>
    <w:p w14:paraId="2587FD1D" w14:textId="77777777" w:rsidR="00825AAF" w:rsidRDefault="00B80186" w:rsidP="00825AAF">
      <w:pPr>
        <w:spacing w:after="0" w:line="240" w:lineRule="auto"/>
        <w:jc w:val="both"/>
        <w:rPr>
          <w:rFonts w:ascii="Times New Roman" w:hAnsi="Times New Roman" w:cs="Times New Roman"/>
        </w:rPr>
      </w:pPr>
      <w:r w:rsidRPr="00825AAF">
        <w:rPr>
          <w:rFonts w:ascii="Times New Roman" w:eastAsia="Times New Roman" w:hAnsi="Times New Roman" w:cs="Times New Roman"/>
          <w:lang w:eastAsia="sk-SK"/>
        </w:rPr>
        <w:t>Pri opakovanom alebo závažnom rizikovom správaní dieťaťa materská škola spolupracuje so zákonným zástupcom a podľa potreby aj so zariadením poradenstva a prevencie alebo inými odborníkmi.</w:t>
      </w:r>
    </w:p>
    <w:p w14:paraId="3E1BB5D7" w14:textId="6D061321" w:rsidR="002507E8" w:rsidRPr="00825AAF" w:rsidRDefault="00825AAF" w:rsidP="00825AAF">
      <w:pPr>
        <w:spacing w:after="0" w:line="240" w:lineRule="auto"/>
        <w:jc w:val="both"/>
        <w:rPr>
          <w:rFonts w:ascii="Times New Roman" w:hAnsi="Times New Roman" w:cs="Times New Roman"/>
        </w:rPr>
      </w:pPr>
      <w:r>
        <w:rPr>
          <w:rFonts w:ascii="Times New Roman" w:hAnsi="Times New Roman" w:cs="Times New Roman"/>
        </w:rPr>
        <w:lastRenderedPageBreak/>
        <w:t>P</w:t>
      </w:r>
      <w:r w:rsidR="002507E8" w:rsidRPr="00825AAF">
        <w:rPr>
          <w:rFonts w:ascii="Times New Roman" w:hAnsi="Times New Roman" w:cs="Times New Roman"/>
        </w:rPr>
        <w:t>ri zistení alebo dôvodnom podozrení výskytu rizikového správania dieťaťa, ktoré môže ohroziť bezpečnosť, zdravie a morálku, učiteľka bezodkladne oznámi túto skutočnosť riaditeľke MŠ, ktorá navrhne zákonnému zástupcovi vykonanie odbornej činnosti v zariadení poradenstva a prevencie. Ak zákonný zástupca do troch mesiacov neinformuje školu o vykonaní odbornej činnosti v zariadení poradenstva a prevencie, riaditeľka školy oznámi túto skutočnosť orgánu sociálnoprávnej ochrany detí a sociálnej kurately</w:t>
      </w:r>
      <w:r w:rsidR="00832562" w:rsidRPr="00825AAF">
        <w:rPr>
          <w:rFonts w:ascii="Times New Roman" w:hAnsi="Times New Roman" w:cs="Times New Roman"/>
        </w:rPr>
        <w:t>,</w:t>
      </w:r>
    </w:p>
    <w:p w14:paraId="481BBE1D" w14:textId="67A0DCDA" w:rsidR="00832562" w:rsidRPr="00825AAF" w:rsidRDefault="00825AAF" w:rsidP="00825AAF">
      <w:pPr>
        <w:spacing w:after="0" w:line="240" w:lineRule="auto"/>
        <w:jc w:val="both"/>
        <w:rPr>
          <w:rFonts w:ascii="Times New Roman" w:hAnsi="Times New Roman" w:cs="Times New Roman"/>
        </w:rPr>
      </w:pPr>
      <w:r>
        <w:rPr>
          <w:rFonts w:ascii="Times New Roman" w:hAnsi="Times New Roman" w:cs="Times New Roman"/>
        </w:rPr>
        <w:t>A</w:t>
      </w:r>
      <w:r w:rsidR="00832562" w:rsidRPr="00825AAF">
        <w:rPr>
          <w:rFonts w:ascii="Times New Roman" w:hAnsi="Times New Roman" w:cs="Times New Roman"/>
        </w:rPr>
        <w:t>k zákonný zástupca dieťaťa, ktoré sa v škole preukáza</w:t>
      </w:r>
      <w:r>
        <w:rPr>
          <w:rFonts w:ascii="Times New Roman" w:hAnsi="Times New Roman" w:cs="Times New Roman"/>
        </w:rPr>
        <w:t>teľ</w:t>
      </w:r>
      <w:r w:rsidR="00832562" w:rsidRPr="00825AAF">
        <w:rPr>
          <w:rFonts w:ascii="Times New Roman" w:hAnsi="Times New Roman" w:cs="Times New Roman"/>
        </w:rPr>
        <w:t>ne a opakovane dopúšťa prejavov rizikového správania ohrozujúcich bezpečnosť a zdravie ostatných detí, alebo zamestnancov školy, neudelí informovaný súhlas na vykonanie odbornej činnosti podpornej úrovne tretieho stupňa alebo štvrtého stupňa v zariadení poradenstva a prevencie, alebo škole nepreukáže vykonanie iného odborného úkonu na riešenie týchto prejavov rizikového správania a nie je postačujúce vykonanie odborných činností podpornej úrovne prvého stupňa, alebo druhého stupňa (</w:t>
      </w:r>
      <w:proofErr w:type="spellStart"/>
      <w:r w:rsidR="00832562" w:rsidRPr="00825AAF">
        <w:rPr>
          <w:rFonts w:ascii="Times New Roman" w:hAnsi="Times New Roman" w:cs="Times New Roman"/>
        </w:rPr>
        <w:t>t.j</w:t>
      </w:r>
      <w:proofErr w:type="spellEnd"/>
      <w:r w:rsidR="00832562" w:rsidRPr="00825AAF">
        <w:rPr>
          <w:rFonts w:ascii="Times New Roman" w:hAnsi="Times New Roman" w:cs="Times New Roman"/>
        </w:rPr>
        <w:t xml:space="preserve">., že riaditeľka školy oznámi túto skutočnosť príslušnému orgánu sociálnoprávnej ochrany detí a sociálnej kurately, regionálnemu úradu, riaditeľka v oznámení opis opakovaných prejavov rizikového správania, vykonané odborné činnosti podpornej úrovne 1.stupňa a 2.stupňa, navrhnutá odborná činnosť a dôvod neudelenia informovaného súhlasu, ak je škole známy). </w:t>
      </w:r>
    </w:p>
    <w:p w14:paraId="6B594389" w14:textId="77777777" w:rsidR="00C041CE" w:rsidRDefault="00C041CE" w:rsidP="00C041CE">
      <w:pPr>
        <w:spacing w:after="0" w:line="240" w:lineRule="auto"/>
        <w:jc w:val="center"/>
        <w:rPr>
          <w:rFonts w:ascii="Times New Roman" w:hAnsi="Times New Roman" w:cs="Times New Roman"/>
          <w:b/>
        </w:rPr>
      </w:pPr>
    </w:p>
    <w:p w14:paraId="7AD0E8D6" w14:textId="77777777" w:rsidR="003468B2" w:rsidRDefault="003468B2" w:rsidP="00C041CE">
      <w:pPr>
        <w:spacing w:after="0" w:line="240" w:lineRule="auto"/>
        <w:jc w:val="center"/>
        <w:rPr>
          <w:rFonts w:ascii="Times New Roman" w:hAnsi="Times New Roman" w:cs="Times New Roman"/>
          <w:b/>
        </w:rPr>
      </w:pPr>
    </w:p>
    <w:p w14:paraId="5D2B9522" w14:textId="77777777" w:rsidR="003468B2" w:rsidRDefault="003468B2" w:rsidP="003468B2">
      <w:pPr>
        <w:spacing w:after="0" w:line="240" w:lineRule="auto"/>
        <w:jc w:val="center"/>
        <w:rPr>
          <w:rFonts w:ascii="Times New Roman" w:hAnsi="Times New Roman" w:cs="Times New Roman"/>
          <w:b/>
        </w:rPr>
      </w:pPr>
      <w:r>
        <w:rPr>
          <w:rFonts w:ascii="Times New Roman" w:hAnsi="Times New Roman" w:cs="Times New Roman"/>
          <w:b/>
        </w:rPr>
        <w:t>ČASŤ V</w:t>
      </w:r>
    </w:p>
    <w:p w14:paraId="6C05162F" w14:textId="77777777" w:rsidR="003468B2" w:rsidRDefault="003468B2" w:rsidP="003468B2">
      <w:pPr>
        <w:spacing w:after="0" w:line="240" w:lineRule="auto"/>
        <w:jc w:val="center"/>
        <w:rPr>
          <w:rFonts w:ascii="Times New Roman" w:hAnsi="Times New Roman" w:cs="Times New Roman"/>
          <w:b/>
        </w:rPr>
      </w:pPr>
      <w:r w:rsidRPr="003468B2">
        <w:rPr>
          <w:rFonts w:ascii="Times New Roman" w:hAnsi="Times New Roman" w:cs="Times New Roman"/>
          <w:b/>
        </w:rPr>
        <w:t>Štandardy dodržiavania zákazu segregácie vo výchove a</w:t>
      </w:r>
      <w:r>
        <w:rPr>
          <w:rFonts w:ascii="Times New Roman" w:hAnsi="Times New Roman" w:cs="Times New Roman"/>
          <w:b/>
        </w:rPr>
        <w:t> </w:t>
      </w:r>
      <w:r w:rsidRPr="003468B2">
        <w:rPr>
          <w:rFonts w:ascii="Times New Roman" w:hAnsi="Times New Roman" w:cs="Times New Roman"/>
          <w:b/>
        </w:rPr>
        <w:t>vzdelávaní</w:t>
      </w:r>
    </w:p>
    <w:p w14:paraId="6E195700" w14:textId="57802B3E" w:rsidR="003468B2" w:rsidRPr="003468B2" w:rsidRDefault="003468B2" w:rsidP="00C041CE">
      <w:pPr>
        <w:spacing w:after="0" w:line="240" w:lineRule="auto"/>
        <w:jc w:val="center"/>
        <w:rPr>
          <w:rFonts w:ascii="Times New Roman" w:hAnsi="Times New Roman" w:cs="Times New Roman"/>
          <w:b/>
          <w:sz w:val="20"/>
        </w:rPr>
      </w:pPr>
    </w:p>
    <w:p w14:paraId="5AD18B52" w14:textId="77777777" w:rsidR="003468B2" w:rsidRPr="003468B2" w:rsidRDefault="003468B2" w:rsidP="000A0650">
      <w:pPr>
        <w:spacing w:after="0" w:line="240" w:lineRule="auto"/>
        <w:jc w:val="center"/>
        <w:rPr>
          <w:rFonts w:ascii="Times New Roman" w:hAnsi="Times New Roman" w:cs="Times New Roman"/>
          <w:b/>
          <w:bCs/>
          <w:szCs w:val="24"/>
        </w:rPr>
      </w:pPr>
      <w:r w:rsidRPr="003468B2">
        <w:rPr>
          <w:rFonts w:ascii="Times New Roman" w:hAnsi="Times New Roman" w:cs="Times New Roman"/>
          <w:b/>
          <w:bCs/>
          <w:szCs w:val="24"/>
        </w:rPr>
        <w:t>Článok 1</w:t>
      </w:r>
    </w:p>
    <w:p w14:paraId="33DAA40E" w14:textId="77777777" w:rsidR="003468B2" w:rsidRPr="003468B2" w:rsidRDefault="003468B2" w:rsidP="000A0650">
      <w:pPr>
        <w:spacing w:after="0" w:line="240" w:lineRule="auto"/>
        <w:jc w:val="center"/>
        <w:rPr>
          <w:rFonts w:ascii="Times New Roman" w:hAnsi="Times New Roman" w:cs="Times New Roman"/>
          <w:b/>
          <w:bCs/>
          <w:szCs w:val="24"/>
        </w:rPr>
      </w:pPr>
      <w:r w:rsidRPr="003468B2">
        <w:rPr>
          <w:rFonts w:ascii="Times New Roman" w:hAnsi="Times New Roman" w:cs="Times New Roman"/>
          <w:b/>
          <w:bCs/>
          <w:szCs w:val="24"/>
        </w:rPr>
        <w:t>Všeobecná časť</w:t>
      </w:r>
    </w:p>
    <w:p w14:paraId="65D469B3" w14:textId="77777777" w:rsidR="003468B2" w:rsidRPr="003468B2" w:rsidRDefault="003468B2" w:rsidP="000A0650">
      <w:pPr>
        <w:spacing w:line="240" w:lineRule="auto"/>
        <w:ind w:firstLine="708"/>
        <w:jc w:val="both"/>
        <w:rPr>
          <w:rFonts w:ascii="Times New Roman" w:hAnsi="Times New Roman" w:cs="Times New Roman"/>
          <w:szCs w:val="24"/>
        </w:rPr>
      </w:pPr>
      <w:r w:rsidRPr="003468B2">
        <w:rPr>
          <w:rFonts w:ascii="Times New Roman" w:hAnsi="Times New Roman" w:cs="Times New Roman"/>
          <w:szCs w:val="24"/>
        </w:rPr>
        <w:t xml:space="preserve">Pri dodržiavaní zákazu segregácie vo výchove a vzdelávaní škola a školské zariadenie postupuje podľa Štandardov dodržiavania zákazu segregácie vo výchove a vzdelávaní (ďalej len „Štandardy“), ktoré vydáva MŠVVaM SR a ich znenie je súčasťou dodatku školského poriadku. </w:t>
      </w:r>
    </w:p>
    <w:p w14:paraId="20E7F635" w14:textId="77777777" w:rsidR="003468B2" w:rsidRPr="003468B2" w:rsidRDefault="003468B2" w:rsidP="000A0650">
      <w:pPr>
        <w:spacing w:line="240" w:lineRule="auto"/>
        <w:ind w:firstLine="708"/>
        <w:jc w:val="both"/>
        <w:rPr>
          <w:rFonts w:ascii="Times New Roman" w:hAnsi="Times New Roman" w:cs="Times New Roman"/>
          <w:szCs w:val="24"/>
        </w:rPr>
      </w:pPr>
      <w:r w:rsidRPr="003468B2">
        <w:rPr>
          <w:rFonts w:ascii="Times New Roman" w:hAnsi="Times New Roman" w:cs="Times New Roman"/>
          <w:szCs w:val="24"/>
        </w:rPr>
        <w:t xml:space="preserve">Štandardy sú základné pravidlá, princípy a postupy predchádzania a eliminácie segregácie vo výchove a vzdelávaní. Ich uplatňovanie prispieva k dodržiavaniu princípov výchovy a vzdelávania podľa školského zákona v školách a školských zariadeniach. Vychádzajú z ustanovení Dohovoru o právach dieťaťa: </w:t>
      </w:r>
    </w:p>
    <w:p w14:paraId="7DDD2498" w14:textId="77777777" w:rsidR="003468B2" w:rsidRPr="003468B2" w:rsidRDefault="003468B2" w:rsidP="000A0650">
      <w:pPr>
        <w:spacing w:line="240" w:lineRule="auto"/>
        <w:jc w:val="both"/>
        <w:rPr>
          <w:rFonts w:ascii="Times New Roman" w:hAnsi="Times New Roman" w:cs="Times New Roman"/>
          <w:szCs w:val="24"/>
        </w:rPr>
      </w:pPr>
      <w:r w:rsidRPr="003468B2">
        <w:rPr>
          <w:rFonts w:ascii="Times New Roman" w:hAnsi="Times New Roman" w:cs="Times New Roman"/>
          <w:szCs w:val="24"/>
        </w:rPr>
        <w:t xml:space="preserve">„Článok 2 ods. 1: Zabezpečiť práva ustanovené týmto Dohovorom každému dieťaťu nachádzajúcemu sa pod ich jurisdikciou bez akejkoľvek diskriminácie podľa rasy, farby pleti, pohlavia, jazyka, náboženstva, politického alebo iného zmýšľania, národnostného, etnického alebo sociálneho pôvodu, majetku, telesnej alebo duševnej nespôsobilosti, rodu a iného postavenia dieťaťa alebo jeho rodičov alebo zákonných zástupcov. </w:t>
      </w:r>
    </w:p>
    <w:p w14:paraId="27D1D727" w14:textId="77777777" w:rsidR="003468B2" w:rsidRPr="003468B2" w:rsidRDefault="003468B2" w:rsidP="000A0650">
      <w:pPr>
        <w:spacing w:line="240" w:lineRule="auto"/>
        <w:jc w:val="both"/>
        <w:rPr>
          <w:rFonts w:ascii="Times New Roman" w:hAnsi="Times New Roman" w:cs="Times New Roman"/>
          <w:szCs w:val="24"/>
        </w:rPr>
      </w:pPr>
      <w:r w:rsidRPr="003468B2">
        <w:rPr>
          <w:rFonts w:ascii="Times New Roman" w:hAnsi="Times New Roman" w:cs="Times New Roman"/>
          <w:szCs w:val="24"/>
        </w:rPr>
        <w:t xml:space="preserve">Článok 2 ods. 2: Urobiť potrebné opatrenia na to, aby bolo dieťa chránené pred všetkými formami diskriminácie alebo trestania, ktoré vyplývajú z postavenia, činnosti, vyjadrených názorov alebo presvedčenia jeho rodičov, zákonných zástupcov alebo členov rodiny. </w:t>
      </w:r>
    </w:p>
    <w:p w14:paraId="3837B76E" w14:textId="77777777" w:rsidR="003468B2" w:rsidRPr="003468B2" w:rsidRDefault="003468B2" w:rsidP="000A0650">
      <w:pPr>
        <w:spacing w:line="240" w:lineRule="auto"/>
        <w:jc w:val="both"/>
        <w:rPr>
          <w:rFonts w:ascii="Times New Roman" w:hAnsi="Times New Roman" w:cs="Times New Roman"/>
          <w:szCs w:val="24"/>
        </w:rPr>
      </w:pPr>
      <w:r w:rsidRPr="003468B2">
        <w:rPr>
          <w:rFonts w:ascii="Times New Roman" w:hAnsi="Times New Roman" w:cs="Times New Roman"/>
          <w:szCs w:val="24"/>
        </w:rPr>
        <w:t>Článok 3 ods. 1: Záujem dieťaťa musí byť prvoradým hľadiskom pri akejkoľvek činnosti týkajúcej sa detí, nech už uskutočňovanej verejnými alebo súkromnými zariadeniami sociálnej starostlivosti, súdmi, správnymi alebo zákonodarnými orgánmi.</w:t>
      </w:r>
    </w:p>
    <w:p w14:paraId="4C84BCA5" w14:textId="77777777" w:rsidR="003468B2" w:rsidRPr="003468B2" w:rsidRDefault="003468B2" w:rsidP="000A0650">
      <w:pPr>
        <w:spacing w:after="0" w:line="240" w:lineRule="auto"/>
        <w:jc w:val="both"/>
        <w:rPr>
          <w:rFonts w:ascii="Times New Roman" w:hAnsi="Times New Roman" w:cs="Times New Roman"/>
          <w:szCs w:val="24"/>
        </w:rPr>
      </w:pPr>
      <w:r w:rsidRPr="003468B2">
        <w:rPr>
          <w:rFonts w:ascii="Times New Roman" w:hAnsi="Times New Roman" w:cs="Times New Roman"/>
          <w:szCs w:val="24"/>
        </w:rPr>
        <w:t xml:space="preserve">Článok 29 ods. 1: Výchova a vzdelávanie dieťaťa má smerovať k: </w:t>
      </w:r>
    </w:p>
    <w:p w14:paraId="1B45DCF0" w14:textId="77777777" w:rsidR="003468B2" w:rsidRPr="003468B2" w:rsidRDefault="003468B2" w:rsidP="000A0650">
      <w:pPr>
        <w:spacing w:after="0" w:line="240" w:lineRule="auto"/>
        <w:jc w:val="both"/>
        <w:rPr>
          <w:rFonts w:ascii="Times New Roman" w:hAnsi="Times New Roman" w:cs="Times New Roman"/>
          <w:szCs w:val="24"/>
        </w:rPr>
      </w:pPr>
      <w:r w:rsidRPr="003468B2">
        <w:rPr>
          <w:rFonts w:ascii="Times New Roman" w:hAnsi="Times New Roman" w:cs="Times New Roman"/>
          <w:szCs w:val="24"/>
        </w:rPr>
        <w:t>a) rozvoju osobnosti dieťaťa, jeho jedinečných daností a duševných a fyzických schopností v ich najvyššej možnej miere;</w:t>
      </w:r>
    </w:p>
    <w:p w14:paraId="6239923E" w14:textId="77777777" w:rsidR="003468B2" w:rsidRPr="003468B2" w:rsidRDefault="003468B2" w:rsidP="000A0650">
      <w:pPr>
        <w:spacing w:after="0" w:line="240" w:lineRule="auto"/>
        <w:jc w:val="both"/>
        <w:rPr>
          <w:rFonts w:ascii="Times New Roman" w:hAnsi="Times New Roman" w:cs="Times New Roman"/>
          <w:szCs w:val="24"/>
        </w:rPr>
      </w:pPr>
      <w:r w:rsidRPr="003468B2">
        <w:rPr>
          <w:rFonts w:ascii="Times New Roman" w:hAnsi="Times New Roman" w:cs="Times New Roman"/>
          <w:szCs w:val="24"/>
        </w:rPr>
        <w:t xml:space="preserve">b) rozvíjaniu úcty k ľudským právam a základným slobodám a k zásadám zakotveným v Charte Organizácie Spojených národov; </w:t>
      </w:r>
    </w:p>
    <w:p w14:paraId="55AC310F" w14:textId="77777777" w:rsidR="003468B2" w:rsidRPr="003468B2" w:rsidRDefault="003468B2" w:rsidP="000A0650">
      <w:pPr>
        <w:spacing w:after="0" w:line="240" w:lineRule="auto"/>
        <w:jc w:val="both"/>
        <w:rPr>
          <w:rFonts w:ascii="Times New Roman" w:hAnsi="Times New Roman" w:cs="Times New Roman"/>
          <w:szCs w:val="24"/>
        </w:rPr>
      </w:pPr>
      <w:r w:rsidRPr="003468B2">
        <w:rPr>
          <w:rFonts w:ascii="Times New Roman" w:hAnsi="Times New Roman" w:cs="Times New Roman"/>
          <w:szCs w:val="24"/>
        </w:rPr>
        <w:lastRenderedPageBreak/>
        <w:t>c) rozvíjaniu úcty k rodičom, k vlastnej kultúrnej, jazykovej a hodnotovej identite a k hodnotám krajiny, v ktorej dieťa žije i k hodnotám krajiny svojho pôvodu a k iným kultúram;</w:t>
      </w:r>
    </w:p>
    <w:p w14:paraId="49E2F2CD" w14:textId="77777777" w:rsidR="003468B2" w:rsidRPr="003468B2" w:rsidRDefault="003468B2" w:rsidP="000A0650">
      <w:pPr>
        <w:spacing w:after="0" w:line="240" w:lineRule="auto"/>
        <w:jc w:val="both"/>
        <w:rPr>
          <w:rFonts w:ascii="Times New Roman" w:hAnsi="Times New Roman" w:cs="Times New Roman"/>
          <w:szCs w:val="24"/>
        </w:rPr>
      </w:pPr>
      <w:r w:rsidRPr="003468B2">
        <w:rPr>
          <w:rFonts w:ascii="Times New Roman" w:hAnsi="Times New Roman" w:cs="Times New Roman"/>
          <w:szCs w:val="24"/>
        </w:rPr>
        <w:t xml:space="preserve">d) príprave dieťaťa na zodpovedný život v slobodnej spoločnosti v duchu porozumenia, mieru, znášanlivosti, rovnosti pohlaví a priateľstva medzi všetkými národmi, etnickými, národnostnými a náboženskými skupinami a osobami domorodého pôvodu; </w:t>
      </w:r>
    </w:p>
    <w:p w14:paraId="228980F6" w14:textId="77777777" w:rsidR="003468B2" w:rsidRPr="003468B2" w:rsidRDefault="003468B2" w:rsidP="000A0650">
      <w:pPr>
        <w:spacing w:after="0" w:line="240" w:lineRule="auto"/>
        <w:jc w:val="both"/>
        <w:rPr>
          <w:rFonts w:ascii="Times New Roman" w:hAnsi="Times New Roman" w:cs="Times New Roman"/>
          <w:szCs w:val="24"/>
        </w:rPr>
      </w:pPr>
      <w:r w:rsidRPr="003468B2">
        <w:rPr>
          <w:rFonts w:ascii="Times New Roman" w:hAnsi="Times New Roman" w:cs="Times New Roman"/>
          <w:szCs w:val="24"/>
        </w:rPr>
        <w:t>e) rozvíjaniu úcty k prírodnému prostrediu.” (Dohovor o právach dieťaťa, OSN, 1989).</w:t>
      </w:r>
    </w:p>
    <w:p w14:paraId="102512B8" w14:textId="77777777" w:rsidR="003468B2" w:rsidRPr="003468B2" w:rsidRDefault="003468B2" w:rsidP="000A0650">
      <w:pPr>
        <w:spacing w:after="0" w:line="240" w:lineRule="auto"/>
        <w:ind w:firstLine="709"/>
        <w:jc w:val="both"/>
        <w:rPr>
          <w:rFonts w:ascii="Times New Roman" w:hAnsi="Times New Roman" w:cs="Times New Roman"/>
          <w:szCs w:val="24"/>
        </w:rPr>
      </w:pPr>
      <w:r w:rsidRPr="003468B2">
        <w:rPr>
          <w:rFonts w:ascii="Times New Roman" w:hAnsi="Times New Roman" w:cs="Times New Roman"/>
          <w:szCs w:val="24"/>
        </w:rPr>
        <w:t xml:space="preserve">Štandardy dodržiavania zákazu segregácie sú rozpracovaním a realizáciou praktickej časti Metodickej príručky </w:t>
      </w:r>
      <w:proofErr w:type="spellStart"/>
      <w:r w:rsidRPr="003468B2">
        <w:rPr>
          <w:rFonts w:ascii="Times New Roman" w:hAnsi="Times New Roman" w:cs="Times New Roman"/>
          <w:szCs w:val="24"/>
        </w:rPr>
        <w:t>desegregácie</w:t>
      </w:r>
      <w:proofErr w:type="spellEnd"/>
      <w:r w:rsidRPr="003468B2">
        <w:rPr>
          <w:rFonts w:ascii="Times New Roman" w:hAnsi="Times New Roman" w:cs="Times New Roman"/>
          <w:szCs w:val="24"/>
        </w:rPr>
        <w:t xml:space="preserve"> vo výchove a vzdelávaní. Štandardy v prepojení na metodickú príručku napomáhajú naplneniu princípu „zákazu všetkých foriem diskriminácie a obzvlášť segregácie. </w:t>
      </w:r>
    </w:p>
    <w:p w14:paraId="794BDCE7" w14:textId="77777777" w:rsidR="003468B2" w:rsidRPr="003468B2" w:rsidRDefault="003468B2" w:rsidP="000A0650">
      <w:pPr>
        <w:spacing w:after="0" w:line="240" w:lineRule="auto"/>
        <w:ind w:firstLine="709"/>
        <w:jc w:val="both"/>
        <w:rPr>
          <w:rFonts w:ascii="Times New Roman" w:hAnsi="Times New Roman" w:cs="Times New Roman"/>
          <w:szCs w:val="24"/>
        </w:rPr>
      </w:pPr>
      <w:r w:rsidRPr="003468B2">
        <w:rPr>
          <w:rFonts w:ascii="Times New Roman" w:hAnsi="Times New Roman" w:cs="Times New Roman"/>
          <w:szCs w:val="24"/>
        </w:rPr>
        <w:t xml:space="preserve">Segregáciu vo výchove a vzdelávaní definuje školský zákon nasledovne: „konanie alebo opomenutie konania, ktoré je v rozpore so zásadou rovnakého zaobchádzania podľa osobitného predpisu a v dôsledku ktorého dochádza alebo by mohlo dôjsť k priestorovému, organizačnému alebo sociálnemu vylúčeniu skupiny detí a žiakov alebo účastníkov výchovy a vzdelávania alebo k ich oddelenému vzdelávaniu okrem vzdelávania poskytovaného v súlade s medzinárodnou zmluvou, ktorou je Slovenská republika viazaná pri uplatňovaní práv národnostných menšín na výchovu a vzdelanie v jazyku príslušnej národnostnej menšiny a pri vytváraní podmienok na vzdelávanie detí so zdravotným znevýhodnením alebo nadaním a žiakov so zdravotným znevýhodnením alebo s nadaním so zohľadnením ich vôle a záujmov a vôle a záujmov ich zákonných zástupcov, ak je účasť na takom vzdelávaní voliteľná a zodpovedá úprave podmienok výchovy a vzdelávania podľa tohto zákona, osobitne pre výchovu a vzdelávanie na rovnakom stupni vzdelania.“ </w:t>
      </w:r>
    </w:p>
    <w:p w14:paraId="6E6695BB" w14:textId="77777777" w:rsidR="003468B2" w:rsidRPr="003468B2" w:rsidRDefault="003468B2" w:rsidP="003468B2">
      <w:pPr>
        <w:jc w:val="both"/>
        <w:rPr>
          <w:rFonts w:ascii="Times New Roman" w:hAnsi="Times New Roman" w:cs="Times New Roman"/>
          <w:szCs w:val="24"/>
        </w:rPr>
      </w:pPr>
      <w:r w:rsidRPr="003468B2">
        <w:rPr>
          <w:rFonts w:ascii="Times New Roman" w:hAnsi="Times New Roman" w:cs="Times New Roman"/>
          <w:szCs w:val="24"/>
        </w:rPr>
        <w:t xml:space="preserve">Štandardy dodržiavania zákazu segregácie vo výchove a vzdelávaní sa týkajú všetkých oblastí, ktoré upravuje školský poriadok podľa školského zákona (Zákon č. 245/2008 Z. z., § 153 ods.1): </w:t>
      </w:r>
    </w:p>
    <w:p w14:paraId="708B2509" w14:textId="77777777" w:rsidR="003468B2" w:rsidRPr="003468B2" w:rsidRDefault="003468B2" w:rsidP="000A0650">
      <w:pPr>
        <w:spacing w:after="0" w:line="240" w:lineRule="auto"/>
        <w:jc w:val="both"/>
        <w:rPr>
          <w:rFonts w:ascii="Times New Roman" w:hAnsi="Times New Roman" w:cs="Times New Roman"/>
          <w:szCs w:val="24"/>
        </w:rPr>
      </w:pPr>
      <w:r w:rsidRPr="003468B2">
        <w:rPr>
          <w:rFonts w:ascii="Times New Roman" w:hAnsi="Times New Roman" w:cs="Times New Roman"/>
          <w:szCs w:val="24"/>
        </w:rPr>
        <w:sym w:font="Symbol" w:char="F0B7"/>
      </w:r>
      <w:r w:rsidRPr="003468B2">
        <w:rPr>
          <w:rFonts w:ascii="Times New Roman" w:hAnsi="Times New Roman" w:cs="Times New Roman"/>
          <w:szCs w:val="24"/>
        </w:rPr>
        <w:t xml:space="preserve"> výkon práv a povinností žiakov a ich zákonných zástupcov v škole, pravidlá vzájomných vzťahov a vzťahov s pedagogickými zamestnancami a ďalšími zamestnancami školy, </w:t>
      </w:r>
    </w:p>
    <w:p w14:paraId="2518BF16" w14:textId="77777777" w:rsidR="003468B2" w:rsidRPr="003468B2" w:rsidRDefault="003468B2" w:rsidP="000A0650">
      <w:pPr>
        <w:spacing w:after="0" w:line="240" w:lineRule="auto"/>
        <w:jc w:val="both"/>
        <w:rPr>
          <w:rFonts w:ascii="Times New Roman" w:hAnsi="Times New Roman" w:cs="Times New Roman"/>
          <w:szCs w:val="24"/>
        </w:rPr>
      </w:pPr>
      <w:r w:rsidRPr="003468B2">
        <w:rPr>
          <w:rFonts w:ascii="Times New Roman" w:hAnsi="Times New Roman" w:cs="Times New Roman"/>
          <w:szCs w:val="24"/>
        </w:rPr>
        <w:sym w:font="Symbol" w:char="F0B7"/>
      </w:r>
      <w:r w:rsidRPr="003468B2">
        <w:rPr>
          <w:rFonts w:ascii="Times New Roman" w:hAnsi="Times New Roman" w:cs="Times New Roman"/>
          <w:szCs w:val="24"/>
        </w:rPr>
        <w:t xml:space="preserve"> prevádzka a vnútorný režim školy, </w:t>
      </w:r>
    </w:p>
    <w:p w14:paraId="4167695D" w14:textId="77777777" w:rsidR="003468B2" w:rsidRPr="003468B2" w:rsidRDefault="003468B2" w:rsidP="000A0650">
      <w:pPr>
        <w:spacing w:after="0" w:line="240" w:lineRule="auto"/>
        <w:jc w:val="both"/>
        <w:rPr>
          <w:rFonts w:ascii="Times New Roman" w:hAnsi="Times New Roman" w:cs="Times New Roman"/>
          <w:szCs w:val="24"/>
        </w:rPr>
      </w:pPr>
      <w:r w:rsidRPr="003468B2">
        <w:rPr>
          <w:rFonts w:ascii="Times New Roman" w:hAnsi="Times New Roman" w:cs="Times New Roman"/>
          <w:szCs w:val="24"/>
        </w:rPr>
        <w:sym w:font="Symbol" w:char="F0B7"/>
      </w:r>
      <w:r w:rsidRPr="003468B2">
        <w:rPr>
          <w:rFonts w:ascii="Times New Roman" w:hAnsi="Times New Roman" w:cs="Times New Roman"/>
          <w:szCs w:val="24"/>
        </w:rPr>
        <w:t xml:space="preserve"> podmienky na zaistenie bezpečnosti a ochrany zdravia detí a žiakov a ich ochrany pred sociálno-patologickými javmi, diskrimináciou alebo násilím, </w:t>
      </w:r>
    </w:p>
    <w:p w14:paraId="3741DB5E" w14:textId="77777777" w:rsidR="003468B2" w:rsidRPr="003468B2" w:rsidRDefault="003468B2" w:rsidP="000A0650">
      <w:pPr>
        <w:spacing w:after="0" w:line="240" w:lineRule="auto"/>
        <w:jc w:val="both"/>
        <w:rPr>
          <w:rFonts w:ascii="Times New Roman" w:hAnsi="Times New Roman" w:cs="Times New Roman"/>
          <w:szCs w:val="24"/>
        </w:rPr>
      </w:pPr>
      <w:r w:rsidRPr="003468B2">
        <w:rPr>
          <w:rFonts w:ascii="Times New Roman" w:hAnsi="Times New Roman" w:cs="Times New Roman"/>
          <w:szCs w:val="24"/>
        </w:rPr>
        <w:sym w:font="Symbol" w:char="F0B7"/>
      </w:r>
      <w:r w:rsidRPr="003468B2">
        <w:rPr>
          <w:rFonts w:ascii="Times New Roman" w:hAnsi="Times New Roman" w:cs="Times New Roman"/>
          <w:szCs w:val="24"/>
        </w:rPr>
        <w:t xml:space="preserve"> podmienky nakladania s majetkom, ktorý škola alebo školské zariadenie spravuje, ak tak rozhodne zriaďovateľ. </w:t>
      </w:r>
    </w:p>
    <w:p w14:paraId="74898308" w14:textId="77777777" w:rsidR="003468B2" w:rsidRPr="003468B2" w:rsidRDefault="003468B2" w:rsidP="000A0650">
      <w:pPr>
        <w:spacing w:after="0" w:line="240" w:lineRule="auto"/>
        <w:jc w:val="both"/>
        <w:rPr>
          <w:rFonts w:ascii="Times New Roman" w:hAnsi="Times New Roman" w:cs="Times New Roman"/>
          <w:szCs w:val="24"/>
        </w:rPr>
      </w:pPr>
      <w:r w:rsidRPr="003468B2">
        <w:rPr>
          <w:rFonts w:ascii="Times New Roman" w:hAnsi="Times New Roman" w:cs="Times New Roman"/>
          <w:szCs w:val="24"/>
        </w:rPr>
        <w:t xml:space="preserve">Štandardy dodržiavania zákazu segregácie vo výchove a vzdelávaní definujeme ako Štandardy postojov a hodnôt a Štandardy vyplývajúce z definície segregácie vo výchove a vzdelávaní. </w:t>
      </w:r>
    </w:p>
    <w:p w14:paraId="5A74BA99" w14:textId="77777777" w:rsidR="003468B2" w:rsidRPr="003468B2" w:rsidRDefault="003468B2" w:rsidP="003468B2">
      <w:pPr>
        <w:jc w:val="both"/>
        <w:rPr>
          <w:rFonts w:ascii="Times New Roman" w:hAnsi="Times New Roman" w:cs="Times New Roman"/>
          <w:szCs w:val="24"/>
        </w:rPr>
      </w:pPr>
    </w:p>
    <w:p w14:paraId="4B27609D" w14:textId="77777777" w:rsidR="003468B2" w:rsidRPr="003468B2" w:rsidRDefault="003468B2" w:rsidP="00F96317">
      <w:pPr>
        <w:spacing w:after="0" w:line="240" w:lineRule="auto"/>
        <w:jc w:val="center"/>
        <w:rPr>
          <w:rFonts w:ascii="Times New Roman" w:hAnsi="Times New Roman" w:cs="Times New Roman"/>
          <w:b/>
          <w:bCs/>
          <w:szCs w:val="24"/>
        </w:rPr>
      </w:pPr>
      <w:r w:rsidRPr="003468B2">
        <w:rPr>
          <w:rFonts w:ascii="Times New Roman" w:hAnsi="Times New Roman" w:cs="Times New Roman"/>
          <w:b/>
          <w:bCs/>
          <w:szCs w:val="24"/>
        </w:rPr>
        <w:t>Článok 2</w:t>
      </w:r>
    </w:p>
    <w:p w14:paraId="40B2497E" w14:textId="77777777" w:rsidR="003468B2" w:rsidRPr="003468B2" w:rsidRDefault="003468B2" w:rsidP="00F96317">
      <w:pPr>
        <w:spacing w:after="0" w:line="240" w:lineRule="auto"/>
        <w:jc w:val="center"/>
        <w:rPr>
          <w:rFonts w:ascii="Times New Roman" w:hAnsi="Times New Roman" w:cs="Times New Roman"/>
          <w:b/>
          <w:bCs/>
          <w:szCs w:val="24"/>
        </w:rPr>
      </w:pPr>
      <w:r w:rsidRPr="003468B2">
        <w:rPr>
          <w:rFonts w:ascii="Times New Roman" w:hAnsi="Times New Roman" w:cs="Times New Roman"/>
          <w:b/>
          <w:bCs/>
          <w:szCs w:val="24"/>
        </w:rPr>
        <w:t>Štandardy dodržiavania zákazu segregácie vo výchove a vzdelávaní</w:t>
      </w:r>
    </w:p>
    <w:p w14:paraId="12BA342D" w14:textId="77777777" w:rsidR="003468B2" w:rsidRPr="003468B2" w:rsidRDefault="003468B2" w:rsidP="00F96317">
      <w:pPr>
        <w:spacing w:after="0" w:line="240" w:lineRule="auto"/>
        <w:jc w:val="both"/>
        <w:rPr>
          <w:rFonts w:ascii="Times New Roman" w:hAnsi="Times New Roman" w:cs="Times New Roman"/>
          <w:szCs w:val="24"/>
        </w:rPr>
      </w:pPr>
      <w:r w:rsidRPr="003468B2">
        <w:rPr>
          <w:rFonts w:ascii="Times New Roman" w:hAnsi="Times New Roman" w:cs="Times New Roman"/>
          <w:b/>
          <w:bCs/>
          <w:szCs w:val="24"/>
        </w:rPr>
        <w:t>Štandardy postojov a hodnôt</w:t>
      </w:r>
      <w:r w:rsidRPr="003468B2">
        <w:rPr>
          <w:rFonts w:ascii="Times New Roman" w:hAnsi="Times New Roman" w:cs="Times New Roman"/>
          <w:szCs w:val="24"/>
        </w:rPr>
        <w:t xml:space="preserve"> </w:t>
      </w:r>
    </w:p>
    <w:p w14:paraId="0C706E2E" w14:textId="06D2FAB0" w:rsidR="003468B2" w:rsidRPr="003468B2" w:rsidRDefault="003468B2" w:rsidP="00F96317">
      <w:pPr>
        <w:spacing w:after="0" w:line="240" w:lineRule="auto"/>
        <w:jc w:val="both"/>
        <w:rPr>
          <w:rFonts w:ascii="Times New Roman" w:hAnsi="Times New Roman" w:cs="Times New Roman"/>
          <w:szCs w:val="24"/>
        </w:rPr>
      </w:pPr>
      <w:r w:rsidRPr="003468B2">
        <w:rPr>
          <w:rFonts w:ascii="Times New Roman" w:hAnsi="Times New Roman" w:cs="Times New Roman"/>
          <w:szCs w:val="24"/>
        </w:rPr>
        <w:t xml:space="preserve">Základným predpokladom pre úspešné zavedenie štandardov, ktoré zabezpečia proces prevencie, či odstraňovania segregácie vo výchove a vzdelávaní je zásadný posun v oblasti postojového a hodnotového nastavenia, kultivácie verejného diskurzu a medziľudských vzťahov všetkých aktérov vzdelávania, ktorí prichádzajú na pôde škôl do kontaktu so žiakmi a poslucháčmi. </w:t>
      </w:r>
    </w:p>
    <w:p w14:paraId="503F874B" w14:textId="66E7D9B9" w:rsidR="003468B2" w:rsidRPr="003468B2" w:rsidRDefault="003468B2" w:rsidP="00F96317">
      <w:pPr>
        <w:spacing w:after="0" w:line="240" w:lineRule="auto"/>
        <w:jc w:val="both"/>
        <w:rPr>
          <w:rFonts w:ascii="Times New Roman" w:hAnsi="Times New Roman" w:cs="Times New Roman"/>
          <w:szCs w:val="24"/>
        </w:rPr>
      </w:pPr>
      <w:r w:rsidRPr="003468B2">
        <w:rPr>
          <w:rFonts w:ascii="Times New Roman" w:hAnsi="Times New Roman" w:cs="Times New Roman"/>
          <w:szCs w:val="24"/>
        </w:rPr>
        <w:t>Spoločnosť 21. storočia potrebuje občanov, ktorí majú také hodnoty, postoje, schopnosti, poznanie a kritické myslenie, aby mohli fungovať ako demokratickí a interkultúrne kompetentní občania. Postojové a hodnotové štandardy sú definované na základe kľúčových ukazovateľov (</w:t>
      </w:r>
      <w:proofErr w:type="spellStart"/>
      <w:r w:rsidRPr="003468B2">
        <w:rPr>
          <w:rFonts w:ascii="Times New Roman" w:hAnsi="Times New Roman" w:cs="Times New Roman"/>
          <w:szCs w:val="24"/>
        </w:rPr>
        <w:t>deskriptorov</w:t>
      </w:r>
      <w:proofErr w:type="spellEnd"/>
      <w:r w:rsidRPr="003468B2">
        <w:rPr>
          <w:rFonts w:ascii="Times New Roman" w:hAnsi="Times New Roman" w:cs="Times New Roman"/>
          <w:szCs w:val="24"/>
        </w:rPr>
        <w:t xml:space="preserve">), ktoré boli vytvorené Radou Európy v dokumente Referenčný rámec kompetencií pre demokratickú kultúru. </w:t>
      </w:r>
    </w:p>
    <w:p w14:paraId="30362502" w14:textId="77777777" w:rsidR="003468B2" w:rsidRPr="003468B2" w:rsidRDefault="003468B2" w:rsidP="00F96317">
      <w:pPr>
        <w:spacing w:after="0" w:line="240" w:lineRule="auto"/>
        <w:jc w:val="both"/>
        <w:rPr>
          <w:rFonts w:ascii="Times New Roman" w:hAnsi="Times New Roman" w:cs="Times New Roman"/>
          <w:szCs w:val="24"/>
        </w:rPr>
      </w:pPr>
      <w:proofErr w:type="spellStart"/>
      <w:r w:rsidRPr="003468B2">
        <w:rPr>
          <w:rFonts w:ascii="Times New Roman" w:hAnsi="Times New Roman" w:cs="Times New Roman"/>
          <w:szCs w:val="24"/>
        </w:rPr>
        <w:t>Deskriptory</w:t>
      </w:r>
      <w:proofErr w:type="spellEnd"/>
      <w:r w:rsidRPr="003468B2">
        <w:rPr>
          <w:rFonts w:ascii="Times New Roman" w:hAnsi="Times New Roman" w:cs="Times New Roman"/>
          <w:szCs w:val="24"/>
        </w:rPr>
        <w:t xml:space="preserve"> sú popisy a vysvetlenia týkajúce sa konkrétneho žiadúceho správania všetkých aktérov vo vzdelávaní: </w:t>
      </w:r>
    </w:p>
    <w:p w14:paraId="2836929F" w14:textId="5BE0C06A" w:rsidR="003468B2" w:rsidRPr="006328B7" w:rsidRDefault="003468B2" w:rsidP="00FE5BF0">
      <w:pPr>
        <w:pStyle w:val="Odsekzoznamu"/>
        <w:numPr>
          <w:ilvl w:val="0"/>
          <w:numId w:val="10"/>
        </w:numPr>
        <w:spacing w:after="0" w:line="240" w:lineRule="auto"/>
        <w:jc w:val="both"/>
        <w:rPr>
          <w:rFonts w:ascii="Times New Roman" w:hAnsi="Times New Roman" w:cs="Times New Roman"/>
          <w:szCs w:val="24"/>
        </w:rPr>
      </w:pPr>
      <w:r w:rsidRPr="006328B7">
        <w:rPr>
          <w:rFonts w:ascii="Times New Roman" w:hAnsi="Times New Roman" w:cs="Times New Roman"/>
          <w:szCs w:val="24"/>
        </w:rPr>
        <w:lastRenderedPageBreak/>
        <w:t xml:space="preserve">Zaobchádzať so všetkými ľuďmi bez rozdielu s rešpektom, </w:t>
      </w:r>
    </w:p>
    <w:p w14:paraId="50A3AFE2" w14:textId="6EE7C0C7" w:rsidR="003468B2" w:rsidRPr="006328B7" w:rsidRDefault="003468B2" w:rsidP="00FE5BF0">
      <w:pPr>
        <w:pStyle w:val="Odsekzoznamu"/>
        <w:numPr>
          <w:ilvl w:val="0"/>
          <w:numId w:val="10"/>
        </w:numPr>
        <w:spacing w:after="0" w:line="240" w:lineRule="auto"/>
        <w:jc w:val="both"/>
        <w:rPr>
          <w:rFonts w:ascii="Times New Roman" w:hAnsi="Times New Roman" w:cs="Times New Roman"/>
          <w:szCs w:val="24"/>
        </w:rPr>
      </w:pPr>
      <w:r w:rsidRPr="006328B7">
        <w:rPr>
          <w:rFonts w:ascii="Times New Roman" w:hAnsi="Times New Roman" w:cs="Times New Roman"/>
          <w:szCs w:val="24"/>
        </w:rPr>
        <w:t xml:space="preserve">Vyjadrovať úctu všetkým bez rozdielu a vnímať rozmanitosť ako príležitosť a prínos pre školu pri príprave a realizovaní aktivít výchovno-vzdelávacieho procesu. </w:t>
      </w:r>
    </w:p>
    <w:p w14:paraId="329F4DF0" w14:textId="234A9378" w:rsidR="003468B2" w:rsidRPr="006328B7" w:rsidRDefault="003468B2" w:rsidP="00FE5BF0">
      <w:pPr>
        <w:pStyle w:val="Odsekzoznamu"/>
        <w:numPr>
          <w:ilvl w:val="0"/>
          <w:numId w:val="10"/>
        </w:numPr>
        <w:spacing w:after="0" w:line="240" w:lineRule="auto"/>
        <w:jc w:val="both"/>
        <w:rPr>
          <w:rFonts w:ascii="Times New Roman" w:hAnsi="Times New Roman" w:cs="Times New Roman"/>
          <w:szCs w:val="24"/>
        </w:rPr>
      </w:pPr>
      <w:r w:rsidRPr="006328B7">
        <w:rPr>
          <w:rFonts w:ascii="Times New Roman" w:hAnsi="Times New Roman" w:cs="Times New Roman"/>
          <w:szCs w:val="24"/>
        </w:rPr>
        <w:t xml:space="preserve">Vyjadrovať druhým ľuďom uznanie ako rovnocenným ľudským bytostiam. </w:t>
      </w:r>
    </w:p>
    <w:p w14:paraId="247DCC0D" w14:textId="6E0BF3AF" w:rsidR="003468B2" w:rsidRPr="006328B7" w:rsidRDefault="003468B2" w:rsidP="00FE5BF0">
      <w:pPr>
        <w:pStyle w:val="Odsekzoznamu"/>
        <w:numPr>
          <w:ilvl w:val="0"/>
          <w:numId w:val="10"/>
        </w:numPr>
        <w:spacing w:after="0" w:line="240" w:lineRule="auto"/>
        <w:jc w:val="both"/>
        <w:rPr>
          <w:rFonts w:ascii="Times New Roman" w:hAnsi="Times New Roman" w:cs="Times New Roman"/>
          <w:szCs w:val="24"/>
        </w:rPr>
      </w:pPr>
      <w:r w:rsidRPr="006328B7">
        <w:rPr>
          <w:rFonts w:ascii="Times New Roman" w:hAnsi="Times New Roman" w:cs="Times New Roman"/>
          <w:szCs w:val="24"/>
        </w:rPr>
        <w:t xml:space="preserve">Rešpektovať ľudí rôzneho vierovyznania. </w:t>
      </w:r>
    </w:p>
    <w:p w14:paraId="0909DCBA" w14:textId="356BC8B2" w:rsidR="003468B2" w:rsidRPr="006328B7" w:rsidRDefault="003468B2" w:rsidP="00FE5BF0">
      <w:pPr>
        <w:pStyle w:val="Odsekzoznamu"/>
        <w:numPr>
          <w:ilvl w:val="0"/>
          <w:numId w:val="10"/>
        </w:numPr>
        <w:spacing w:after="0" w:line="240" w:lineRule="auto"/>
        <w:jc w:val="both"/>
        <w:rPr>
          <w:rFonts w:ascii="Times New Roman" w:hAnsi="Times New Roman" w:cs="Times New Roman"/>
          <w:szCs w:val="24"/>
        </w:rPr>
      </w:pPr>
      <w:r w:rsidRPr="006328B7">
        <w:rPr>
          <w:rFonts w:ascii="Times New Roman" w:hAnsi="Times New Roman" w:cs="Times New Roman"/>
          <w:szCs w:val="24"/>
        </w:rPr>
        <w:t xml:space="preserve">Rešpektovať ľudí, ktorí majú odlišné politické názory. </w:t>
      </w:r>
    </w:p>
    <w:p w14:paraId="73DE0EE0" w14:textId="64AE2782" w:rsidR="006328B7" w:rsidRPr="006328B7" w:rsidRDefault="003468B2" w:rsidP="00FE5BF0">
      <w:pPr>
        <w:pStyle w:val="Odsekzoznamu"/>
        <w:numPr>
          <w:ilvl w:val="0"/>
          <w:numId w:val="10"/>
        </w:numPr>
        <w:spacing w:after="0" w:line="240" w:lineRule="auto"/>
        <w:jc w:val="both"/>
        <w:rPr>
          <w:rFonts w:ascii="Times New Roman" w:hAnsi="Times New Roman" w:cs="Times New Roman"/>
          <w:szCs w:val="24"/>
        </w:rPr>
      </w:pPr>
      <w:r w:rsidRPr="006328B7">
        <w:rPr>
          <w:rFonts w:ascii="Times New Roman" w:hAnsi="Times New Roman" w:cs="Times New Roman"/>
          <w:szCs w:val="24"/>
        </w:rPr>
        <w:t xml:space="preserve">Prejavovať záujem spoznať presvedčenia, hodnoty, tradície a pohľady druhých ľudí na svet. </w:t>
      </w:r>
    </w:p>
    <w:p w14:paraId="5A65826B" w14:textId="1789A6E3" w:rsidR="003468B2" w:rsidRPr="006328B7" w:rsidRDefault="003468B2" w:rsidP="00FE5BF0">
      <w:pPr>
        <w:pStyle w:val="Odsekzoznamu"/>
        <w:numPr>
          <w:ilvl w:val="0"/>
          <w:numId w:val="10"/>
        </w:numPr>
        <w:spacing w:after="0" w:line="240" w:lineRule="auto"/>
        <w:jc w:val="both"/>
        <w:rPr>
          <w:rFonts w:ascii="Times New Roman" w:hAnsi="Times New Roman" w:cs="Times New Roman"/>
          <w:szCs w:val="24"/>
        </w:rPr>
      </w:pPr>
      <w:r w:rsidRPr="006328B7">
        <w:rPr>
          <w:rFonts w:ascii="Times New Roman" w:hAnsi="Times New Roman" w:cs="Times New Roman"/>
          <w:szCs w:val="24"/>
        </w:rPr>
        <w:t xml:space="preserve">Dávať priestor druhým ľuďom na vyjadrenie sa. </w:t>
      </w:r>
    </w:p>
    <w:p w14:paraId="03491B37" w14:textId="4A36E198" w:rsidR="003468B2" w:rsidRPr="006328B7" w:rsidRDefault="003468B2" w:rsidP="00FE5BF0">
      <w:pPr>
        <w:pStyle w:val="Odsekzoznamu"/>
        <w:numPr>
          <w:ilvl w:val="0"/>
          <w:numId w:val="10"/>
        </w:numPr>
        <w:spacing w:after="0" w:line="240" w:lineRule="auto"/>
        <w:jc w:val="both"/>
        <w:rPr>
          <w:rFonts w:ascii="Times New Roman" w:hAnsi="Times New Roman" w:cs="Times New Roman"/>
          <w:szCs w:val="24"/>
        </w:rPr>
      </w:pPr>
      <w:r w:rsidRPr="006328B7">
        <w:rPr>
          <w:rFonts w:ascii="Times New Roman" w:hAnsi="Times New Roman" w:cs="Times New Roman"/>
          <w:szCs w:val="24"/>
        </w:rPr>
        <w:t xml:space="preserve">Preukázať prebratie zodpovednosti za svoje skutky. </w:t>
      </w:r>
    </w:p>
    <w:p w14:paraId="26A5C661" w14:textId="13883B2A" w:rsidR="003468B2" w:rsidRPr="006328B7" w:rsidRDefault="003468B2" w:rsidP="00FE5BF0">
      <w:pPr>
        <w:pStyle w:val="Odsekzoznamu"/>
        <w:numPr>
          <w:ilvl w:val="0"/>
          <w:numId w:val="10"/>
        </w:numPr>
        <w:spacing w:after="0" w:line="240" w:lineRule="auto"/>
        <w:jc w:val="both"/>
        <w:rPr>
          <w:rFonts w:ascii="Times New Roman" w:hAnsi="Times New Roman" w:cs="Times New Roman"/>
          <w:szCs w:val="24"/>
        </w:rPr>
      </w:pPr>
      <w:r w:rsidRPr="006328B7">
        <w:rPr>
          <w:rFonts w:ascii="Times New Roman" w:hAnsi="Times New Roman" w:cs="Times New Roman"/>
          <w:szCs w:val="24"/>
        </w:rPr>
        <w:t xml:space="preserve">Ospravedlniť sa, pokiaľ niekomu ublížim. </w:t>
      </w:r>
    </w:p>
    <w:p w14:paraId="40B82FF6" w14:textId="6590B884" w:rsidR="003468B2" w:rsidRPr="006328B7" w:rsidRDefault="003468B2" w:rsidP="00FE5BF0">
      <w:pPr>
        <w:pStyle w:val="Odsekzoznamu"/>
        <w:numPr>
          <w:ilvl w:val="0"/>
          <w:numId w:val="10"/>
        </w:numPr>
        <w:spacing w:after="0" w:line="240" w:lineRule="auto"/>
        <w:jc w:val="both"/>
        <w:rPr>
          <w:rFonts w:ascii="Times New Roman" w:hAnsi="Times New Roman" w:cs="Times New Roman"/>
          <w:szCs w:val="24"/>
        </w:rPr>
      </w:pPr>
      <w:r w:rsidRPr="006328B7">
        <w:rPr>
          <w:rFonts w:ascii="Times New Roman" w:hAnsi="Times New Roman" w:cs="Times New Roman"/>
          <w:szCs w:val="24"/>
        </w:rPr>
        <w:t xml:space="preserve">Vyjadrovať vôľu a záujem spolupracovať a pracovať s druhými ľuďmi na presadzovaní spoločných záujmov. </w:t>
      </w:r>
    </w:p>
    <w:p w14:paraId="037D7AE6" w14:textId="77777777" w:rsidR="000A0650" w:rsidRDefault="000A0650" w:rsidP="00F96317">
      <w:pPr>
        <w:spacing w:after="0" w:line="240" w:lineRule="auto"/>
        <w:jc w:val="both"/>
        <w:rPr>
          <w:rFonts w:ascii="Times New Roman" w:hAnsi="Times New Roman" w:cs="Times New Roman"/>
          <w:b/>
          <w:bCs/>
          <w:szCs w:val="24"/>
        </w:rPr>
      </w:pPr>
    </w:p>
    <w:p w14:paraId="7514CE19" w14:textId="743A8140" w:rsidR="003468B2" w:rsidRPr="003468B2" w:rsidRDefault="003468B2" w:rsidP="00F96317">
      <w:pPr>
        <w:spacing w:after="0" w:line="240" w:lineRule="auto"/>
        <w:jc w:val="both"/>
        <w:rPr>
          <w:rFonts w:ascii="Times New Roman" w:hAnsi="Times New Roman" w:cs="Times New Roman"/>
          <w:b/>
          <w:bCs/>
          <w:szCs w:val="24"/>
        </w:rPr>
      </w:pPr>
      <w:r w:rsidRPr="003468B2">
        <w:rPr>
          <w:rFonts w:ascii="Times New Roman" w:hAnsi="Times New Roman" w:cs="Times New Roman"/>
          <w:b/>
          <w:bCs/>
          <w:szCs w:val="24"/>
        </w:rPr>
        <w:t xml:space="preserve">Štandardy vyplývajúce z definície segregácie vo výchove a vzdelávaní: </w:t>
      </w:r>
    </w:p>
    <w:p w14:paraId="3A339E34" w14:textId="3BC8ED3F" w:rsidR="003468B2" w:rsidRPr="006328B7" w:rsidRDefault="003468B2" w:rsidP="00FE5BF0">
      <w:pPr>
        <w:pStyle w:val="Odsekzoznamu"/>
        <w:numPr>
          <w:ilvl w:val="0"/>
          <w:numId w:val="10"/>
        </w:numPr>
        <w:tabs>
          <w:tab w:val="clear" w:pos="720"/>
          <w:tab w:val="num" w:pos="360"/>
        </w:tabs>
        <w:spacing w:after="0" w:line="240" w:lineRule="auto"/>
        <w:ind w:left="360"/>
        <w:jc w:val="both"/>
        <w:rPr>
          <w:rFonts w:ascii="Times New Roman" w:hAnsi="Times New Roman" w:cs="Times New Roman"/>
          <w:szCs w:val="24"/>
        </w:rPr>
      </w:pPr>
      <w:r w:rsidRPr="006328B7">
        <w:rPr>
          <w:rFonts w:ascii="Times New Roman" w:hAnsi="Times New Roman" w:cs="Times New Roman"/>
          <w:szCs w:val="24"/>
        </w:rPr>
        <w:t xml:space="preserve">Škola a školské zariadenie pri uplatňovaní Štandardov dodržiavania zákazu segregácie vypracuje Plán uplatňovania Štandardov dodržiavania zákazu segregácie vo výchove a vzdelávaní a využíva Metodickú príručku </w:t>
      </w:r>
      <w:proofErr w:type="spellStart"/>
      <w:r w:rsidRPr="006328B7">
        <w:rPr>
          <w:rFonts w:ascii="Times New Roman" w:hAnsi="Times New Roman" w:cs="Times New Roman"/>
          <w:szCs w:val="24"/>
        </w:rPr>
        <w:t>desegregácie</w:t>
      </w:r>
      <w:proofErr w:type="spellEnd"/>
      <w:r w:rsidRPr="006328B7">
        <w:rPr>
          <w:rFonts w:ascii="Times New Roman" w:hAnsi="Times New Roman" w:cs="Times New Roman"/>
          <w:szCs w:val="24"/>
        </w:rPr>
        <w:t xml:space="preserve"> vo výchove a vzdelávaní vydanú Ministerstvom školstva, vedy, výskumu a športu SR.</w:t>
      </w:r>
    </w:p>
    <w:p w14:paraId="6485126B" w14:textId="77777777" w:rsidR="000A0650" w:rsidRDefault="000A0650" w:rsidP="006328B7">
      <w:pPr>
        <w:spacing w:after="0" w:line="240" w:lineRule="auto"/>
        <w:jc w:val="both"/>
        <w:rPr>
          <w:rFonts w:ascii="Times New Roman" w:hAnsi="Times New Roman" w:cs="Times New Roman"/>
          <w:b/>
          <w:bCs/>
          <w:szCs w:val="24"/>
        </w:rPr>
      </w:pPr>
    </w:p>
    <w:p w14:paraId="6948F3F3" w14:textId="7FE08CC3" w:rsidR="003468B2" w:rsidRPr="006328B7" w:rsidRDefault="003468B2" w:rsidP="006328B7">
      <w:pPr>
        <w:spacing w:after="0" w:line="240" w:lineRule="auto"/>
        <w:jc w:val="both"/>
        <w:rPr>
          <w:rFonts w:ascii="Times New Roman" w:hAnsi="Times New Roman" w:cs="Times New Roman"/>
          <w:szCs w:val="24"/>
        </w:rPr>
      </w:pPr>
      <w:r w:rsidRPr="006328B7">
        <w:rPr>
          <w:rFonts w:ascii="Times New Roman" w:hAnsi="Times New Roman" w:cs="Times New Roman"/>
          <w:b/>
          <w:bCs/>
          <w:szCs w:val="24"/>
        </w:rPr>
        <w:t xml:space="preserve">Štandardy priestorovej </w:t>
      </w:r>
      <w:proofErr w:type="spellStart"/>
      <w:r w:rsidRPr="006328B7">
        <w:rPr>
          <w:rFonts w:ascii="Times New Roman" w:hAnsi="Times New Roman" w:cs="Times New Roman"/>
          <w:b/>
          <w:bCs/>
          <w:szCs w:val="24"/>
        </w:rPr>
        <w:t>desegregácie</w:t>
      </w:r>
      <w:proofErr w:type="spellEnd"/>
      <w:r w:rsidRPr="006328B7">
        <w:rPr>
          <w:rFonts w:ascii="Times New Roman" w:hAnsi="Times New Roman" w:cs="Times New Roman"/>
          <w:szCs w:val="24"/>
        </w:rPr>
        <w:t xml:space="preserve">: </w:t>
      </w:r>
    </w:p>
    <w:p w14:paraId="2EC3A0EC" w14:textId="26425DBC" w:rsidR="003468B2" w:rsidRPr="006328B7" w:rsidRDefault="003468B2" w:rsidP="00FE5BF0">
      <w:pPr>
        <w:pStyle w:val="Odsekzoznamu"/>
        <w:numPr>
          <w:ilvl w:val="0"/>
          <w:numId w:val="10"/>
        </w:numPr>
        <w:tabs>
          <w:tab w:val="clear" w:pos="720"/>
          <w:tab w:val="num" w:pos="360"/>
        </w:tabs>
        <w:spacing w:after="0" w:line="240" w:lineRule="auto"/>
        <w:ind w:left="360"/>
        <w:jc w:val="both"/>
        <w:rPr>
          <w:rFonts w:ascii="Times New Roman" w:hAnsi="Times New Roman" w:cs="Times New Roman"/>
          <w:szCs w:val="24"/>
        </w:rPr>
      </w:pPr>
      <w:r w:rsidRPr="006328B7">
        <w:rPr>
          <w:rFonts w:ascii="Times New Roman" w:hAnsi="Times New Roman" w:cs="Times New Roman"/>
          <w:szCs w:val="24"/>
        </w:rPr>
        <w:t xml:space="preserve">Do všetkých priestorov školy alebo školského zariadenia, určených pre žiakov alebo poslucháčov, je umožnený rovný (nediskriminačný) prístup všetkým žiakom a poslucháčom. Škola alebo školské zariadenie nemá priestory a budovy vyhradené pre jednotlivé skupiny žiakov vytvorené za účelom ich vylučovania alebo neprípustného oddeľovania na základe ktoréhokoľvek chráneného dôvodu uvedeného v antidiskriminačnom zákone. </w:t>
      </w:r>
    </w:p>
    <w:p w14:paraId="220149F0" w14:textId="6E930E0A" w:rsidR="003468B2" w:rsidRPr="006328B7" w:rsidRDefault="003468B2" w:rsidP="00FE5BF0">
      <w:pPr>
        <w:pStyle w:val="Odsekzoznamu"/>
        <w:numPr>
          <w:ilvl w:val="0"/>
          <w:numId w:val="10"/>
        </w:numPr>
        <w:tabs>
          <w:tab w:val="clear" w:pos="720"/>
          <w:tab w:val="num" w:pos="360"/>
        </w:tabs>
        <w:spacing w:after="0" w:line="240" w:lineRule="auto"/>
        <w:ind w:left="360"/>
        <w:jc w:val="both"/>
        <w:rPr>
          <w:rFonts w:ascii="Times New Roman" w:hAnsi="Times New Roman" w:cs="Times New Roman"/>
          <w:szCs w:val="24"/>
        </w:rPr>
      </w:pPr>
      <w:r w:rsidRPr="006328B7">
        <w:rPr>
          <w:rFonts w:ascii="Times New Roman" w:hAnsi="Times New Roman" w:cs="Times New Roman"/>
          <w:szCs w:val="24"/>
        </w:rPr>
        <w:t xml:space="preserve">Škola alebo školské zariadenie v rámci výchovno-vzdelávacieho procesu využíva priestory, ktoré spĺňajú normy stanovené regionálnymi úradmi verejného zdravotníctva, pričom výchovno-vzdelávací proces žiadnej zo skupín neprebieha v priestoroch, ktorých kvalita je výrazne rozdielna oproti iným priestorom. </w:t>
      </w:r>
    </w:p>
    <w:p w14:paraId="267E4B9D" w14:textId="35ACAF2C" w:rsidR="003468B2" w:rsidRPr="006328B7" w:rsidRDefault="003468B2" w:rsidP="00FE5BF0">
      <w:pPr>
        <w:pStyle w:val="Odsekzoznamu"/>
        <w:numPr>
          <w:ilvl w:val="0"/>
          <w:numId w:val="10"/>
        </w:numPr>
        <w:tabs>
          <w:tab w:val="clear" w:pos="720"/>
          <w:tab w:val="num" w:pos="360"/>
        </w:tabs>
        <w:spacing w:after="0" w:line="240" w:lineRule="auto"/>
        <w:ind w:left="360"/>
        <w:jc w:val="both"/>
        <w:rPr>
          <w:rFonts w:ascii="Times New Roman" w:hAnsi="Times New Roman" w:cs="Times New Roman"/>
          <w:szCs w:val="24"/>
        </w:rPr>
      </w:pPr>
      <w:r w:rsidRPr="006328B7">
        <w:rPr>
          <w:rFonts w:ascii="Times New Roman" w:hAnsi="Times New Roman" w:cs="Times New Roman"/>
          <w:szCs w:val="24"/>
        </w:rPr>
        <w:t>Ak má škola alebo školské zariadenie v jednotlivých vekových kohortách zastúpenie žiakov rôzneho etnického, národného alebo sociálneho pôvodu, farby pleti alebo iného chráneného dôvodu podľa antidiskriminačného zákona, má vytvorené triedy, v ktorých je vyvážené zastúpenie žiakov alebo poslucháčov týchto skupín.</w:t>
      </w:r>
    </w:p>
    <w:p w14:paraId="2DD945B8" w14:textId="77777777" w:rsidR="000A0650" w:rsidRDefault="000A0650" w:rsidP="00F96317">
      <w:pPr>
        <w:spacing w:after="0" w:line="240" w:lineRule="auto"/>
        <w:jc w:val="both"/>
        <w:rPr>
          <w:rFonts w:ascii="Times New Roman" w:hAnsi="Times New Roman" w:cs="Times New Roman"/>
          <w:b/>
          <w:bCs/>
          <w:szCs w:val="24"/>
        </w:rPr>
      </w:pPr>
    </w:p>
    <w:p w14:paraId="56278E31" w14:textId="596FB756" w:rsidR="003468B2" w:rsidRPr="003468B2" w:rsidRDefault="003468B2" w:rsidP="00F96317">
      <w:pPr>
        <w:spacing w:after="0" w:line="240" w:lineRule="auto"/>
        <w:jc w:val="both"/>
        <w:rPr>
          <w:rFonts w:ascii="Times New Roman" w:hAnsi="Times New Roman" w:cs="Times New Roman"/>
          <w:b/>
          <w:bCs/>
          <w:szCs w:val="24"/>
        </w:rPr>
      </w:pPr>
      <w:r w:rsidRPr="003468B2">
        <w:rPr>
          <w:rFonts w:ascii="Times New Roman" w:hAnsi="Times New Roman" w:cs="Times New Roman"/>
          <w:b/>
          <w:bCs/>
          <w:szCs w:val="24"/>
        </w:rPr>
        <w:t xml:space="preserve">b) Štandardy organizačnej </w:t>
      </w:r>
      <w:proofErr w:type="spellStart"/>
      <w:r w:rsidRPr="003468B2">
        <w:rPr>
          <w:rFonts w:ascii="Times New Roman" w:hAnsi="Times New Roman" w:cs="Times New Roman"/>
          <w:b/>
          <w:bCs/>
          <w:szCs w:val="24"/>
        </w:rPr>
        <w:t>desegregácie</w:t>
      </w:r>
      <w:proofErr w:type="spellEnd"/>
      <w:r w:rsidRPr="003468B2">
        <w:rPr>
          <w:rFonts w:ascii="Times New Roman" w:hAnsi="Times New Roman" w:cs="Times New Roman"/>
          <w:b/>
          <w:bCs/>
          <w:szCs w:val="24"/>
        </w:rPr>
        <w:t xml:space="preserve">: </w:t>
      </w:r>
    </w:p>
    <w:p w14:paraId="4686C491" w14:textId="7A9EDFF2" w:rsidR="003468B2" w:rsidRPr="006328B7" w:rsidRDefault="003468B2" w:rsidP="00FE5BF0">
      <w:pPr>
        <w:pStyle w:val="Odsekzoznamu"/>
        <w:numPr>
          <w:ilvl w:val="0"/>
          <w:numId w:val="10"/>
        </w:numPr>
        <w:tabs>
          <w:tab w:val="clear" w:pos="720"/>
          <w:tab w:val="num" w:pos="360"/>
        </w:tabs>
        <w:spacing w:after="0" w:line="240" w:lineRule="auto"/>
        <w:ind w:left="360"/>
        <w:jc w:val="both"/>
        <w:rPr>
          <w:rFonts w:ascii="Times New Roman" w:hAnsi="Times New Roman" w:cs="Times New Roman"/>
          <w:szCs w:val="24"/>
        </w:rPr>
      </w:pPr>
      <w:r w:rsidRPr="006328B7">
        <w:rPr>
          <w:rFonts w:ascii="Times New Roman" w:hAnsi="Times New Roman" w:cs="Times New Roman"/>
          <w:szCs w:val="24"/>
        </w:rPr>
        <w:t xml:space="preserve">Škola alebo školské zariadenie má nastavenú organizáciu školského vyučovania a denný program tak, aby nedochádzalo k vylučovaniu a neprípustnému oddeľovaniu niektorej skupiny žiakov a poslucháčov. </w:t>
      </w:r>
    </w:p>
    <w:p w14:paraId="3B2FD58E" w14:textId="035477C4" w:rsidR="003468B2" w:rsidRPr="006328B7" w:rsidRDefault="003468B2" w:rsidP="00FE5BF0">
      <w:pPr>
        <w:pStyle w:val="Odsekzoznamu"/>
        <w:numPr>
          <w:ilvl w:val="0"/>
          <w:numId w:val="10"/>
        </w:numPr>
        <w:tabs>
          <w:tab w:val="clear" w:pos="720"/>
          <w:tab w:val="num" w:pos="360"/>
        </w:tabs>
        <w:spacing w:after="0" w:line="240" w:lineRule="auto"/>
        <w:ind w:left="360"/>
        <w:jc w:val="both"/>
        <w:rPr>
          <w:rFonts w:ascii="Times New Roman" w:hAnsi="Times New Roman" w:cs="Times New Roman"/>
          <w:szCs w:val="24"/>
        </w:rPr>
      </w:pPr>
      <w:r w:rsidRPr="006328B7">
        <w:rPr>
          <w:rFonts w:ascii="Times New Roman" w:hAnsi="Times New Roman" w:cs="Times New Roman"/>
          <w:szCs w:val="24"/>
        </w:rPr>
        <w:t xml:space="preserve">Všetky skupiny žiakov školy a školského zariadenia majú stanovené rovnaké vzdelávacie štandardy, na základe ktorých pedagogickí zamestnanci, odborní zamestnanci a ďalší zamestnanci vytvárajú učebné osnovy školského vzdelávacieho programu. Úpravy je možné realizovať len u žiakov, ktorým to určuje individuálny vzdelávací program, individuálny učebný plán alebo poskytnuté podporné opatrenia. </w:t>
      </w:r>
    </w:p>
    <w:p w14:paraId="35206B20" w14:textId="5A835E76" w:rsidR="003468B2" w:rsidRPr="006328B7" w:rsidRDefault="003468B2" w:rsidP="00FE5BF0">
      <w:pPr>
        <w:pStyle w:val="Odsekzoznamu"/>
        <w:numPr>
          <w:ilvl w:val="0"/>
          <w:numId w:val="10"/>
        </w:numPr>
        <w:tabs>
          <w:tab w:val="clear" w:pos="720"/>
          <w:tab w:val="num" w:pos="360"/>
        </w:tabs>
        <w:spacing w:after="0" w:line="240" w:lineRule="auto"/>
        <w:ind w:left="360"/>
        <w:jc w:val="both"/>
        <w:rPr>
          <w:rFonts w:ascii="Times New Roman" w:hAnsi="Times New Roman" w:cs="Times New Roman"/>
          <w:szCs w:val="24"/>
        </w:rPr>
      </w:pPr>
      <w:r w:rsidRPr="006328B7">
        <w:rPr>
          <w:rFonts w:ascii="Times New Roman" w:hAnsi="Times New Roman" w:cs="Times New Roman"/>
          <w:szCs w:val="24"/>
        </w:rPr>
        <w:t>Všetky skupiny žiakov a poslucháčov majú umožnený rovný prístup k materiálno-technickému vybaveniu, učebným materiálom a iným vzdelávacím pomôc</w:t>
      </w:r>
      <w:r w:rsidR="000A0650">
        <w:rPr>
          <w:rFonts w:ascii="Times New Roman" w:hAnsi="Times New Roman" w:cs="Times New Roman"/>
          <w:szCs w:val="24"/>
        </w:rPr>
        <w:t>ť</w:t>
      </w:r>
      <w:r w:rsidRPr="006328B7">
        <w:rPr>
          <w:rFonts w:ascii="Times New Roman" w:hAnsi="Times New Roman" w:cs="Times New Roman"/>
          <w:szCs w:val="24"/>
        </w:rPr>
        <w:t xml:space="preserve"> kam výchovno-vzdelávacieho procesu prislúchajúcemu danému ročníku alebo stupňu vzdelávania. </w:t>
      </w:r>
    </w:p>
    <w:p w14:paraId="37BA697E" w14:textId="7CCBC0EA" w:rsidR="003468B2" w:rsidRDefault="003468B2" w:rsidP="00FE5BF0">
      <w:pPr>
        <w:pStyle w:val="Odsekzoznamu"/>
        <w:numPr>
          <w:ilvl w:val="0"/>
          <w:numId w:val="10"/>
        </w:numPr>
        <w:tabs>
          <w:tab w:val="clear" w:pos="720"/>
          <w:tab w:val="num" w:pos="360"/>
        </w:tabs>
        <w:spacing w:after="0" w:line="240" w:lineRule="auto"/>
        <w:ind w:left="360"/>
        <w:jc w:val="both"/>
        <w:rPr>
          <w:rFonts w:ascii="Times New Roman" w:hAnsi="Times New Roman" w:cs="Times New Roman"/>
          <w:szCs w:val="24"/>
        </w:rPr>
      </w:pPr>
      <w:r w:rsidRPr="006328B7">
        <w:rPr>
          <w:rFonts w:ascii="Times New Roman" w:hAnsi="Times New Roman" w:cs="Times New Roman"/>
          <w:szCs w:val="24"/>
        </w:rPr>
        <w:t xml:space="preserve">Škola alebo školské zariadenie je povinné využiť všetky dostupné prostriedky, nástroje a metódy, aby umožnila prístup ku vzdelávaniu v maximálnej miere všetkým skupinám žiakov aj v prípade krízových udalostí v škole. Po ukončení krízovej udalosti je škola povinná </w:t>
      </w:r>
      <w:r w:rsidRPr="006328B7">
        <w:rPr>
          <w:rFonts w:ascii="Times New Roman" w:hAnsi="Times New Roman" w:cs="Times New Roman"/>
          <w:szCs w:val="24"/>
        </w:rPr>
        <w:lastRenderedPageBreak/>
        <w:t xml:space="preserve">realizovať príslušné podporné opatrenia na kompenzáciu prípadných výpadkov vo výchove a vzdelávaní, ktoré nemohli byť v maximálnej miere riešené počas krízovej situácie. </w:t>
      </w:r>
    </w:p>
    <w:p w14:paraId="2FB4BF01" w14:textId="77777777" w:rsidR="000A0650" w:rsidRPr="006328B7" w:rsidRDefault="000A0650" w:rsidP="00FE5BF0">
      <w:pPr>
        <w:pStyle w:val="Odsekzoznamu"/>
        <w:numPr>
          <w:ilvl w:val="0"/>
          <w:numId w:val="10"/>
        </w:numPr>
        <w:tabs>
          <w:tab w:val="clear" w:pos="720"/>
          <w:tab w:val="num" w:pos="360"/>
        </w:tabs>
        <w:spacing w:after="0" w:line="240" w:lineRule="auto"/>
        <w:ind w:left="360"/>
        <w:jc w:val="both"/>
        <w:rPr>
          <w:rFonts w:ascii="Times New Roman" w:hAnsi="Times New Roman" w:cs="Times New Roman"/>
          <w:szCs w:val="24"/>
        </w:rPr>
      </w:pPr>
    </w:p>
    <w:p w14:paraId="056DC977" w14:textId="05F264D3" w:rsidR="003468B2" w:rsidRPr="006328B7" w:rsidRDefault="003468B2" w:rsidP="00FE5BF0">
      <w:pPr>
        <w:pStyle w:val="Odsekzoznamu"/>
        <w:numPr>
          <w:ilvl w:val="0"/>
          <w:numId w:val="26"/>
        </w:numPr>
        <w:spacing w:after="0" w:line="240" w:lineRule="auto"/>
        <w:ind w:left="360"/>
        <w:jc w:val="both"/>
        <w:rPr>
          <w:rFonts w:ascii="Times New Roman" w:hAnsi="Times New Roman" w:cs="Times New Roman"/>
          <w:szCs w:val="24"/>
        </w:rPr>
      </w:pPr>
      <w:r w:rsidRPr="006328B7">
        <w:rPr>
          <w:rFonts w:ascii="Times New Roman" w:hAnsi="Times New Roman" w:cs="Times New Roman"/>
          <w:b/>
          <w:bCs/>
          <w:szCs w:val="24"/>
        </w:rPr>
        <w:t xml:space="preserve">Štandardy sociálnej </w:t>
      </w:r>
      <w:proofErr w:type="spellStart"/>
      <w:r w:rsidRPr="006328B7">
        <w:rPr>
          <w:rFonts w:ascii="Times New Roman" w:hAnsi="Times New Roman" w:cs="Times New Roman"/>
          <w:b/>
          <w:bCs/>
          <w:szCs w:val="24"/>
        </w:rPr>
        <w:t>desegregácie</w:t>
      </w:r>
      <w:proofErr w:type="spellEnd"/>
      <w:r w:rsidRPr="006328B7">
        <w:rPr>
          <w:rFonts w:ascii="Times New Roman" w:hAnsi="Times New Roman" w:cs="Times New Roman"/>
          <w:szCs w:val="24"/>
        </w:rPr>
        <w:t xml:space="preserve"> </w:t>
      </w:r>
    </w:p>
    <w:p w14:paraId="5FD680AB" w14:textId="7DF429AC" w:rsidR="003468B2" w:rsidRPr="006328B7" w:rsidRDefault="003468B2" w:rsidP="00FE5BF0">
      <w:pPr>
        <w:pStyle w:val="Odsekzoznamu"/>
        <w:numPr>
          <w:ilvl w:val="0"/>
          <w:numId w:val="10"/>
        </w:numPr>
        <w:tabs>
          <w:tab w:val="clear" w:pos="720"/>
          <w:tab w:val="num" w:pos="360"/>
        </w:tabs>
        <w:spacing w:after="0" w:line="240" w:lineRule="auto"/>
        <w:ind w:left="360"/>
        <w:jc w:val="both"/>
        <w:rPr>
          <w:rFonts w:ascii="Times New Roman" w:hAnsi="Times New Roman" w:cs="Times New Roman"/>
          <w:szCs w:val="24"/>
        </w:rPr>
      </w:pPr>
      <w:r w:rsidRPr="006328B7">
        <w:rPr>
          <w:rFonts w:ascii="Times New Roman" w:hAnsi="Times New Roman" w:cs="Times New Roman"/>
          <w:szCs w:val="24"/>
        </w:rPr>
        <w:t xml:space="preserve">Škola alebo školské zariadenie využíva potrebné a dostupné inkluzívne podporné opatrenia na podporu sociálneho začlenenia žiakov a poslucháčov a vytváranie pozitívnej podporujúcej sociálnej klímy v škole a školskom zariadení, ktorá prispieva k </w:t>
      </w:r>
      <w:proofErr w:type="spellStart"/>
      <w:r w:rsidRPr="006328B7">
        <w:rPr>
          <w:rFonts w:ascii="Times New Roman" w:hAnsi="Times New Roman" w:cs="Times New Roman"/>
          <w:szCs w:val="24"/>
        </w:rPr>
        <w:t>destigmatizácii</w:t>
      </w:r>
      <w:proofErr w:type="spellEnd"/>
      <w:r w:rsidRPr="006328B7">
        <w:rPr>
          <w:rFonts w:ascii="Times New Roman" w:hAnsi="Times New Roman" w:cs="Times New Roman"/>
          <w:szCs w:val="24"/>
        </w:rPr>
        <w:t xml:space="preserve"> a odstraňovaniu stereotypov a predsudkov. </w:t>
      </w:r>
    </w:p>
    <w:p w14:paraId="431300EE" w14:textId="057CDA95" w:rsidR="003468B2" w:rsidRPr="006328B7" w:rsidRDefault="003468B2" w:rsidP="00FE5BF0">
      <w:pPr>
        <w:pStyle w:val="Odsekzoznamu"/>
        <w:numPr>
          <w:ilvl w:val="0"/>
          <w:numId w:val="10"/>
        </w:numPr>
        <w:tabs>
          <w:tab w:val="clear" w:pos="720"/>
          <w:tab w:val="num" w:pos="360"/>
        </w:tabs>
        <w:spacing w:after="0" w:line="240" w:lineRule="auto"/>
        <w:ind w:left="360"/>
        <w:jc w:val="both"/>
        <w:rPr>
          <w:rFonts w:ascii="Times New Roman" w:hAnsi="Times New Roman" w:cs="Times New Roman"/>
          <w:szCs w:val="24"/>
        </w:rPr>
      </w:pPr>
      <w:r w:rsidRPr="006328B7">
        <w:rPr>
          <w:rFonts w:ascii="Times New Roman" w:hAnsi="Times New Roman" w:cs="Times New Roman"/>
          <w:szCs w:val="24"/>
        </w:rPr>
        <w:t xml:space="preserve">Škola alebo školské zariadenie organizuje a podporuje programy neformálneho vzdelávania a mimoškolské aktivity smerujúce k vytvoreniu priaznivej sociálnej klímy a interkultúrneho porozumenia v rámci školy alebo školského zariadenia, medzi žiakmi ako aj rodičmi. </w:t>
      </w:r>
    </w:p>
    <w:p w14:paraId="4B177803" w14:textId="448D48B0" w:rsidR="003468B2" w:rsidRPr="006328B7" w:rsidRDefault="003468B2" w:rsidP="00FE5BF0">
      <w:pPr>
        <w:pStyle w:val="Odsekzoznamu"/>
        <w:numPr>
          <w:ilvl w:val="0"/>
          <w:numId w:val="10"/>
        </w:numPr>
        <w:tabs>
          <w:tab w:val="clear" w:pos="720"/>
          <w:tab w:val="num" w:pos="360"/>
        </w:tabs>
        <w:spacing w:after="0" w:line="240" w:lineRule="auto"/>
        <w:ind w:left="360"/>
        <w:jc w:val="both"/>
        <w:rPr>
          <w:rFonts w:ascii="Times New Roman" w:hAnsi="Times New Roman" w:cs="Times New Roman"/>
          <w:szCs w:val="24"/>
        </w:rPr>
      </w:pPr>
      <w:r w:rsidRPr="006328B7">
        <w:rPr>
          <w:rFonts w:ascii="Times New Roman" w:hAnsi="Times New Roman" w:cs="Times New Roman"/>
          <w:szCs w:val="24"/>
        </w:rPr>
        <w:t xml:space="preserve">Škola alebo školské zariadenie prijíma, vzdeláva a vychováva všetky skupiny žiakov a poslucháčov podľa platných právnych predpisov bez vylučovania a neprípustného od 8§ 2 ods. 1 zákona č. 365/2004 Z. z. (antidiskriminačný zákon) 9§ 7a zákona č. 245/2008 Z. z. (školský zákon) 10 § 26 zákona č. 245/2008 Z. z. (školský zákon) 11 § 145a zákona č. 245/2008 Z. z. (školský zákon) Podrobné informácie ku krízovým udalostiam na školách sú dostupné na webovom sídle ministerstva. Zadeľovania na základe akéhokoľvek chráneného dôvodu uvedeného v antidiskriminačnom zákone. </w:t>
      </w:r>
    </w:p>
    <w:p w14:paraId="5E63E4DA" w14:textId="5FBBC9AF" w:rsidR="003468B2" w:rsidRPr="006328B7" w:rsidRDefault="003468B2" w:rsidP="00FE5BF0">
      <w:pPr>
        <w:pStyle w:val="Odsekzoznamu"/>
        <w:numPr>
          <w:ilvl w:val="0"/>
          <w:numId w:val="10"/>
        </w:numPr>
        <w:tabs>
          <w:tab w:val="clear" w:pos="720"/>
          <w:tab w:val="num" w:pos="360"/>
        </w:tabs>
        <w:spacing w:after="0" w:line="240" w:lineRule="auto"/>
        <w:ind w:left="360"/>
        <w:jc w:val="both"/>
        <w:rPr>
          <w:rFonts w:ascii="Times New Roman" w:hAnsi="Times New Roman" w:cs="Times New Roman"/>
          <w:szCs w:val="24"/>
        </w:rPr>
      </w:pPr>
      <w:r w:rsidRPr="006328B7">
        <w:rPr>
          <w:rFonts w:ascii="Times New Roman" w:hAnsi="Times New Roman" w:cs="Times New Roman"/>
          <w:szCs w:val="24"/>
        </w:rPr>
        <w:t xml:space="preserve">V škole alebo školskom zariadení neexistujú procesy, postupy a usporiadania (ani na úrovni tried), ktoré vylučujú alebo neprípustne oddeľujú skupiny žiakov alebo poslucháčov na základe akéhokoľvek chráneného dôvodu uvedeného v antidiskriminačnom zákone. </w:t>
      </w:r>
    </w:p>
    <w:p w14:paraId="394F7043" w14:textId="1BB50A22" w:rsidR="003468B2" w:rsidRPr="006328B7" w:rsidRDefault="003468B2" w:rsidP="00FE5BF0">
      <w:pPr>
        <w:pStyle w:val="Odsekzoznamu"/>
        <w:numPr>
          <w:ilvl w:val="0"/>
          <w:numId w:val="10"/>
        </w:numPr>
        <w:tabs>
          <w:tab w:val="clear" w:pos="720"/>
          <w:tab w:val="num" w:pos="360"/>
        </w:tabs>
        <w:spacing w:after="0" w:line="240" w:lineRule="auto"/>
        <w:ind w:left="360"/>
        <w:jc w:val="both"/>
        <w:rPr>
          <w:rFonts w:ascii="Times New Roman" w:hAnsi="Times New Roman" w:cs="Times New Roman"/>
          <w:szCs w:val="24"/>
        </w:rPr>
      </w:pPr>
      <w:r w:rsidRPr="006328B7">
        <w:rPr>
          <w:rFonts w:ascii="Times New Roman" w:hAnsi="Times New Roman" w:cs="Times New Roman"/>
          <w:szCs w:val="24"/>
        </w:rPr>
        <w:t xml:space="preserve">Škola alebo školské zariadenie umožňuje všetkým skupinám žiakov a poslucháčov, aby sa pre napĺňanie a rozvoj svojho potenciálu zapájali do aktivít a súťaží, ktoré sama organizuje, alebo sú škole a školskému zariadeniu sprostredkované, a aktívne ich k tomu motivuje a podporuje. </w:t>
      </w:r>
    </w:p>
    <w:p w14:paraId="379297DA" w14:textId="38B8D86A" w:rsidR="003468B2" w:rsidRPr="006328B7" w:rsidRDefault="003468B2" w:rsidP="00FE5BF0">
      <w:pPr>
        <w:pStyle w:val="Odsekzoznamu"/>
        <w:numPr>
          <w:ilvl w:val="0"/>
          <w:numId w:val="10"/>
        </w:numPr>
        <w:tabs>
          <w:tab w:val="clear" w:pos="720"/>
          <w:tab w:val="num" w:pos="360"/>
        </w:tabs>
        <w:spacing w:after="0" w:line="240" w:lineRule="auto"/>
        <w:ind w:left="360"/>
        <w:jc w:val="both"/>
        <w:rPr>
          <w:rFonts w:ascii="Times New Roman" w:hAnsi="Times New Roman" w:cs="Times New Roman"/>
          <w:szCs w:val="24"/>
        </w:rPr>
      </w:pPr>
      <w:r w:rsidRPr="006328B7">
        <w:rPr>
          <w:rFonts w:ascii="Times New Roman" w:hAnsi="Times New Roman" w:cs="Times New Roman"/>
          <w:szCs w:val="24"/>
        </w:rPr>
        <w:t xml:space="preserve">Škola alebo školské zariadenie pri hodnotení žiakov alebo poslucháčov nekoná diskriminačne len na základe ich príslušnosti k niektorej sociálnej alebo etnickej skupine alebo iného chráneného dôvodu podľa antidiskriminačného zákona. </w:t>
      </w:r>
    </w:p>
    <w:p w14:paraId="6B07CA07" w14:textId="24DE6CF3" w:rsidR="003468B2" w:rsidRDefault="003468B2" w:rsidP="006328B7">
      <w:pPr>
        <w:spacing w:after="0" w:line="240" w:lineRule="auto"/>
        <w:jc w:val="center"/>
        <w:rPr>
          <w:rFonts w:ascii="Times New Roman" w:hAnsi="Times New Roman" w:cs="Times New Roman"/>
          <w:b/>
        </w:rPr>
      </w:pPr>
    </w:p>
    <w:p w14:paraId="04066A3E" w14:textId="77777777" w:rsidR="003468B2" w:rsidRDefault="003468B2" w:rsidP="00F96317">
      <w:pPr>
        <w:spacing w:after="0" w:line="240" w:lineRule="auto"/>
        <w:jc w:val="center"/>
        <w:rPr>
          <w:rFonts w:ascii="Times New Roman" w:hAnsi="Times New Roman" w:cs="Times New Roman"/>
          <w:b/>
        </w:rPr>
      </w:pPr>
    </w:p>
    <w:p w14:paraId="5A80D947" w14:textId="0A9A2B6A" w:rsidR="000A3713" w:rsidRPr="00C041CE" w:rsidRDefault="00D454F6" w:rsidP="00F96317">
      <w:pPr>
        <w:spacing w:after="0" w:line="240" w:lineRule="auto"/>
        <w:jc w:val="center"/>
        <w:rPr>
          <w:rFonts w:ascii="Times New Roman" w:hAnsi="Times New Roman" w:cs="Times New Roman"/>
          <w:b/>
        </w:rPr>
      </w:pPr>
      <w:r w:rsidRPr="00C041CE">
        <w:rPr>
          <w:rFonts w:ascii="Times New Roman" w:hAnsi="Times New Roman" w:cs="Times New Roman"/>
          <w:b/>
        </w:rPr>
        <w:t>Časť V</w:t>
      </w:r>
      <w:r w:rsidR="003468B2">
        <w:rPr>
          <w:rFonts w:ascii="Times New Roman" w:hAnsi="Times New Roman" w:cs="Times New Roman"/>
          <w:b/>
        </w:rPr>
        <w:t>I</w:t>
      </w:r>
    </w:p>
    <w:p w14:paraId="1C1C5209" w14:textId="77777777" w:rsidR="000A3713" w:rsidRPr="00C041CE" w:rsidRDefault="00D454F6" w:rsidP="00F96317">
      <w:pPr>
        <w:spacing w:after="0" w:line="240" w:lineRule="auto"/>
        <w:jc w:val="center"/>
        <w:rPr>
          <w:rFonts w:ascii="Times New Roman" w:hAnsi="Times New Roman" w:cs="Times New Roman"/>
          <w:b/>
        </w:rPr>
      </w:pPr>
      <w:r w:rsidRPr="00C041CE">
        <w:rPr>
          <w:rFonts w:ascii="Times New Roman" w:hAnsi="Times New Roman" w:cs="Times New Roman"/>
          <w:b/>
        </w:rPr>
        <w:t>Podmienky zaobchádzania s majetkom materskej školy</w:t>
      </w:r>
    </w:p>
    <w:p w14:paraId="1C6CE725" w14:textId="1AEC563F" w:rsidR="000A3713" w:rsidRDefault="00D454F6" w:rsidP="00FE5BF0">
      <w:pPr>
        <w:pStyle w:val="Odsekzoznamu"/>
        <w:numPr>
          <w:ilvl w:val="0"/>
          <w:numId w:val="23"/>
        </w:numPr>
        <w:spacing w:after="0" w:line="240" w:lineRule="auto"/>
        <w:jc w:val="both"/>
        <w:rPr>
          <w:rFonts w:ascii="Times New Roman" w:hAnsi="Times New Roman" w:cs="Times New Roman"/>
        </w:rPr>
      </w:pPr>
      <w:r w:rsidRPr="00825AAF">
        <w:rPr>
          <w:rFonts w:ascii="Times New Roman" w:hAnsi="Times New Roman" w:cs="Times New Roman"/>
        </w:rPr>
        <w:t>Pri každom svojvoľnom poškodení alebo zničení majetku materskej školy sa bude</w:t>
      </w:r>
      <w:r w:rsidR="00825AAF" w:rsidRPr="00825AAF">
        <w:rPr>
          <w:rFonts w:ascii="Times New Roman" w:hAnsi="Times New Roman" w:cs="Times New Roman"/>
        </w:rPr>
        <w:t xml:space="preserve"> </w:t>
      </w:r>
      <w:r w:rsidRPr="00825AAF">
        <w:rPr>
          <w:rFonts w:ascii="Times New Roman" w:hAnsi="Times New Roman" w:cs="Times New Roman"/>
        </w:rPr>
        <w:t>požadovať úhrada od zákonného zástupcu dieťaťa, ktoré poškodenie spôsobilo. Vzťahuje</w:t>
      </w:r>
      <w:r w:rsidR="005D3C99">
        <w:rPr>
          <w:rFonts w:ascii="Times New Roman" w:hAnsi="Times New Roman" w:cs="Times New Roman"/>
        </w:rPr>
        <w:t xml:space="preserve"> </w:t>
      </w:r>
      <w:r w:rsidR="00825AAF">
        <w:rPr>
          <w:rFonts w:ascii="Times New Roman" w:hAnsi="Times New Roman" w:cs="Times New Roman"/>
        </w:rPr>
        <w:t>s</w:t>
      </w:r>
      <w:r w:rsidRPr="00825AAF">
        <w:rPr>
          <w:rFonts w:ascii="Times New Roman" w:hAnsi="Times New Roman" w:cs="Times New Roman"/>
        </w:rPr>
        <w:t>a to aj na splnomocnenú osobu, ktorá prichádza do materskej školy po dieťa.</w:t>
      </w:r>
    </w:p>
    <w:p w14:paraId="392D55BB" w14:textId="7A70A7CD" w:rsidR="000A3713" w:rsidRDefault="00D454F6" w:rsidP="00FE5BF0">
      <w:pPr>
        <w:pStyle w:val="Odsekzoznamu"/>
        <w:numPr>
          <w:ilvl w:val="0"/>
          <w:numId w:val="23"/>
        </w:numPr>
        <w:spacing w:after="0" w:line="240" w:lineRule="auto"/>
        <w:jc w:val="both"/>
        <w:rPr>
          <w:rFonts w:ascii="Times New Roman" w:hAnsi="Times New Roman" w:cs="Times New Roman"/>
        </w:rPr>
      </w:pPr>
      <w:r w:rsidRPr="00825AAF">
        <w:rPr>
          <w:rFonts w:ascii="Times New Roman" w:hAnsi="Times New Roman" w:cs="Times New Roman"/>
        </w:rPr>
        <w:t>Pokiaľ škoda vznikla nedostatočným dozorom učiteľky nad dieťaťom, náhrada škody sa</w:t>
      </w:r>
      <w:r w:rsidR="00825AAF" w:rsidRPr="00825AAF">
        <w:rPr>
          <w:rFonts w:ascii="Times New Roman" w:hAnsi="Times New Roman" w:cs="Times New Roman"/>
        </w:rPr>
        <w:t xml:space="preserve"> </w:t>
      </w:r>
      <w:r w:rsidRPr="00825AAF">
        <w:rPr>
          <w:rFonts w:ascii="Times New Roman" w:hAnsi="Times New Roman" w:cs="Times New Roman"/>
        </w:rPr>
        <w:t>od zákonných zástupcov požadovať nebude.</w:t>
      </w:r>
    </w:p>
    <w:p w14:paraId="78157DDF" w14:textId="063B76CE" w:rsidR="000A3713" w:rsidRPr="00825AAF" w:rsidRDefault="00D454F6" w:rsidP="00FE5BF0">
      <w:pPr>
        <w:pStyle w:val="Odsekzoznamu"/>
        <w:numPr>
          <w:ilvl w:val="0"/>
          <w:numId w:val="23"/>
        </w:numPr>
        <w:spacing w:after="0" w:line="240" w:lineRule="auto"/>
        <w:jc w:val="both"/>
        <w:rPr>
          <w:rFonts w:ascii="Times New Roman" w:hAnsi="Times New Roman" w:cs="Times New Roman"/>
        </w:rPr>
      </w:pPr>
      <w:r w:rsidRPr="00825AAF">
        <w:rPr>
          <w:rFonts w:ascii="Times New Roman" w:hAnsi="Times New Roman" w:cs="Times New Roman"/>
        </w:rPr>
        <w:t>Vchody do budovy sú zaistené zámkami. Hlavný vchod do budovy býva otvorený v čase</w:t>
      </w:r>
      <w:r w:rsidR="00825AAF" w:rsidRPr="00825AAF">
        <w:rPr>
          <w:rFonts w:ascii="Times New Roman" w:hAnsi="Times New Roman" w:cs="Times New Roman"/>
        </w:rPr>
        <w:t xml:space="preserve"> </w:t>
      </w:r>
      <w:r w:rsidRPr="00825AAF">
        <w:rPr>
          <w:rFonts w:ascii="Times New Roman" w:hAnsi="Times New Roman" w:cs="Times New Roman"/>
        </w:rPr>
        <w:t>príchodu detí s rodičmi do šatní a odchodu detí s rodičmi zo šatní popoludní. Od 8.00</w:t>
      </w:r>
      <w:r w:rsidR="00825AAF" w:rsidRPr="00825AAF">
        <w:rPr>
          <w:rFonts w:ascii="Times New Roman" w:hAnsi="Times New Roman" w:cs="Times New Roman"/>
        </w:rPr>
        <w:t xml:space="preserve"> hod. </w:t>
      </w:r>
      <w:r w:rsidRPr="00825AAF">
        <w:rPr>
          <w:rFonts w:ascii="Times New Roman" w:hAnsi="Times New Roman" w:cs="Times New Roman"/>
        </w:rPr>
        <w:t>školníčka vchod uzamyká a rodičia či iní návštevníci oznámia svoj príchod zvončekom.</w:t>
      </w:r>
      <w:r w:rsidR="00825AAF" w:rsidRPr="00825AAF">
        <w:rPr>
          <w:rFonts w:ascii="Times New Roman" w:hAnsi="Times New Roman" w:cs="Times New Roman"/>
        </w:rPr>
        <w:t xml:space="preserve"> </w:t>
      </w:r>
      <w:r w:rsidRPr="00825AAF">
        <w:rPr>
          <w:rFonts w:ascii="Times New Roman" w:hAnsi="Times New Roman" w:cs="Times New Roman"/>
        </w:rPr>
        <w:t>Učiteľky otvárajú vchod pre rodičov detí po obede a popoludní zasa školníčka po</w:t>
      </w:r>
      <w:r w:rsidR="00825AAF" w:rsidRPr="00825AAF">
        <w:rPr>
          <w:rFonts w:ascii="Times New Roman" w:hAnsi="Times New Roman" w:cs="Times New Roman"/>
        </w:rPr>
        <w:t xml:space="preserve"> </w:t>
      </w:r>
      <w:r w:rsidRPr="00825AAF">
        <w:rPr>
          <w:rFonts w:ascii="Times New Roman" w:hAnsi="Times New Roman" w:cs="Times New Roman"/>
        </w:rPr>
        <w:t>olovrante. Kľúče od budovy majú zamestnanci, ktorí ich potrebujú na otváranie,</w:t>
      </w:r>
      <w:r w:rsidR="00825AAF" w:rsidRPr="00825AAF">
        <w:rPr>
          <w:rFonts w:ascii="Times New Roman" w:hAnsi="Times New Roman" w:cs="Times New Roman"/>
        </w:rPr>
        <w:t xml:space="preserve"> </w:t>
      </w:r>
      <w:r w:rsidRPr="00825AAF">
        <w:rPr>
          <w:rFonts w:ascii="Times New Roman" w:hAnsi="Times New Roman" w:cs="Times New Roman"/>
        </w:rPr>
        <w:t>uzamykanie a zabezpečenie prevádzky budovy. V priebehu prevádzky MŠ za uzamykanie</w:t>
      </w:r>
      <w:r w:rsidR="00825AAF" w:rsidRPr="00825AAF">
        <w:rPr>
          <w:rFonts w:ascii="Times New Roman" w:hAnsi="Times New Roman" w:cs="Times New Roman"/>
        </w:rPr>
        <w:t xml:space="preserve"> </w:t>
      </w:r>
      <w:r w:rsidRPr="00825AAF">
        <w:rPr>
          <w:rFonts w:ascii="Times New Roman" w:hAnsi="Times New Roman" w:cs="Times New Roman"/>
        </w:rPr>
        <w:t>budovy zodpovedá školníčka, pri niektorých činnostiach učiteľky, za vchod do školskej</w:t>
      </w:r>
      <w:r w:rsidR="00825AAF" w:rsidRPr="00825AAF">
        <w:rPr>
          <w:rFonts w:ascii="Times New Roman" w:hAnsi="Times New Roman" w:cs="Times New Roman"/>
        </w:rPr>
        <w:t xml:space="preserve"> </w:t>
      </w:r>
      <w:r w:rsidRPr="00825AAF">
        <w:rPr>
          <w:rFonts w:ascii="Times New Roman" w:hAnsi="Times New Roman" w:cs="Times New Roman"/>
        </w:rPr>
        <w:t>jedálne zodpovedá kuchárka.</w:t>
      </w:r>
    </w:p>
    <w:p w14:paraId="15BCD6D3" w14:textId="7ECBE0B5" w:rsidR="000A3713" w:rsidRPr="00825AAF" w:rsidRDefault="00D454F6" w:rsidP="00FE5BF0">
      <w:pPr>
        <w:pStyle w:val="Odsekzoznamu"/>
        <w:numPr>
          <w:ilvl w:val="0"/>
          <w:numId w:val="23"/>
        </w:numPr>
        <w:spacing w:after="0" w:line="240" w:lineRule="auto"/>
        <w:jc w:val="both"/>
        <w:rPr>
          <w:rFonts w:ascii="Times New Roman" w:hAnsi="Times New Roman" w:cs="Times New Roman"/>
        </w:rPr>
      </w:pPr>
      <w:r w:rsidRPr="00825AAF">
        <w:rPr>
          <w:rFonts w:ascii="Times New Roman" w:hAnsi="Times New Roman" w:cs="Times New Roman"/>
        </w:rPr>
        <w:t>V budove je bez sprievodu zamestnanca MŠ zakázaný akýkoľvek pohyb cudzej osoby.</w:t>
      </w:r>
      <w:r w:rsidR="00825AAF" w:rsidRPr="00825AAF">
        <w:rPr>
          <w:rFonts w:ascii="Times New Roman" w:hAnsi="Times New Roman" w:cs="Times New Roman"/>
        </w:rPr>
        <w:t xml:space="preserve"> </w:t>
      </w:r>
      <w:r w:rsidRPr="00825AAF">
        <w:rPr>
          <w:rFonts w:ascii="Times New Roman" w:hAnsi="Times New Roman" w:cs="Times New Roman"/>
        </w:rPr>
        <w:t>Rodičia bez sprievodu  zamestnanca nevstupujú do tried, spální a iných priestorov.</w:t>
      </w:r>
      <w:r w:rsidR="00825AAF" w:rsidRPr="00825AAF">
        <w:rPr>
          <w:rFonts w:ascii="Times New Roman" w:hAnsi="Times New Roman" w:cs="Times New Roman"/>
        </w:rPr>
        <w:t xml:space="preserve"> </w:t>
      </w:r>
      <w:r w:rsidRPr="00825AAF">
        <w:rPr>
          <w:rFonts w:ascii="Times New Roman" w:hAnsi="Times New Roman" w:cs="Times New Roman"/>
        </w:rPr>
        <w:t>V rámci bezpečnosti a ochrany detí sú aj rodičia spoluzodpovední za zatváranie</w:t>
      </w:r>
      <w:r w:rsidR="00825AAF" w:rsidRPr="00825AAF">
        <w:rPr>
          <w:rFonts w:ascii="Times New Roman" w:hAnsi="Times New Roman" w:cs="Times New Roman"/>
        </w:rPr>
        <w:t xml:space="preserve"> </w:t>
      </w:r>
      <w:r w:rsidRPr="00825AAF">
        <w:rPr>
          <w:rFonts w:ascii="Times New Roman" w:hAnsi="Times New Roman" w:cs="Times New Roman"/>
        </w:rPr>
        <w:t>vchodových dverí, nevpúšťanie do budovy podozrivých a neznámych osôb a pri podozrení</w:t>
      </w:r>
      <w:r w:rsidR="00825AAF" w:rsidRPr="00825AAF">
        <w:rPr>
          <w:rFonts w:ascii="Times New Roman" w:hAnsi="Times New Roman" w:cs="Times New Roman"/>
        </w:rPr>
        <w:t xml:space="preserve"> </w:t>
      </w:r>
      <w:r w:rsidRPr="00825AAF">
        <w:rPr>
          <w:rFonts w:ascii="Times New Roman" w:hAnsi="Times New Roman" w:cs="Times New Roman"/>
        </w:rPr>
        <w:t>sú povinní upozorniť zamestnancov na danú skutočnosť.</w:t>
      </w:r>
    </w:p>
    <w:p w14:paraId="3306FA42" w14:textId="42B7020E" w:rsidR="000A3713" w:rsidRPr="005D3C99" w:rsidRDefault="00D454F6" w:rsidP="00FE5BF0">
      <w:pPr>
        <w:pStyle w:val="Odsekzoznamu"/>
        <w:numPr>
          <w:ilvl w:val="0"/>
          <w:numId w:val="23"/>
        </w:numPr>
        <w:spacing w:after="0" w:line="240" w:lineRule="auto"/>
        <w:ind w:left="357" w:hanging="357"/>
        <w:jc w:val="both"/>
        <w:rPr>
          <w:rFonts w:ascii="Times New Roman" w:hAnsi="Times New Roman" w:cs="Times New Roman"/>
        </w:rPr>
      </w:pPr>
      <w:r w:rsidRPr="005D3C99">
        <w:rPr>
          <w:rFonts w:ascii="Times New Roman" w:hAnsi="Times New Roman" w:cs="Times New Roman"/>
        </w:rPr>
        <w:lastRenderedPageBreak/>
        <w:t>V čase činností s deťmi v triede sú učiteľky zodpovedné za pravidelné vetranie či</w:t>
      </w:r>
      <w:r w:rsidR="005D3C99" w:rsidRPr="005D3C99">
        <w:rPr>
          <w:rFonts w:ascii="Times New Roman" w:hAnsi="Times New Roman" w:cs="Times New Roman"/>
        </w:rPr>
        <w:t xml:space="preserve"> </w:t>
      </w:r>
      <w:r w:rsidRPr="005D3C99">
        <w:rPr>
          <w:rFonts w:ascii="Times New Roman" w:hAnsi="Times New Roman" w:cs="Times New Roman"/>
        </w:rPr>
        <w:t>uzatvorenie okien.</w:t>
      </w:r>
    </w:p>
    <w:p w14:paraId="0C7859E8" w14:textId="2CA5BC33" w:rsidR="000A3713" w:rsidRPr="005D3C99" w:rsidRDefault="00D454F6" w:rsidP="00FE5BF0">
      <w:pPr>
        <w:pStyle w:val="Odsekzoznamu"/>
        <w:numPr>
          <w:ilvl w:val="0"/>
          <w:numId w:val="23"/>
        </w:numPr>
        <w:spacing w:after="0" w:line="240" w:lineRule="auto"/>
        <w:ind w:left="357" w:hanging="357"/>
        <w:jc w:val="both"/>
        <w:rPr>
          <w:rFonts w:ascii="Times New Roman" w:hAnsi="Times New Roman" w:cs="Times New Roman"/>
        </w:rPr>
      </w:pPr>
      <w:r w:rsidRPr="005D3C99">
        <w:rPr>
          <w:rFonts w:ascii="Times New Roman" w:hAnsi="Times New Roman" w:cs="Times New Roman"/>
        </w:rPr>
        <w:t>Po ukončení pracovnej doby je každá učiteľka povinná vypnúť didaktickú techniku</w:t>
      </w:r>
      <w:r w:rsidR="005D3C99" w:rsidRPr="005D3C99">
        <w:rPr>
          <w:rFonts w:ascii="Times New Roman" w:hAnsi="Times New Roman" w:cs="Times New Roman"/>
        </w:rPr>
        <w:t xml:space="preserve"> </w:t>
      </w:r>
      <w:r w:rsidRPr="005D3C99">
        <w:rPr>
          <w:rFonts w:ascii="Times New Roman" w:hAnsi="Times New Roman" w:cs="Times New Roman"/>
        </w:rPr>
        <w:t>a zanechať pomôcky a hračky v poriadku.</w:t>
      </w:r>
    </w:p>
    <w:p w14:paraId="566C2397" w14:textId="18361228" w:rsidR="000A3713" w:rsidRPr="005D3C99" w:rsidRDefault="00D454F6" w:rsidP="00FE5BF0">
      <w:pPr>
        <w:pStyle w:val="Odsekzoznamu"/>
        <w:numPr>
          <w:ilvl w:val="0"/>
          <w:numId w:val="23"/>
        </w:numPr>
        <w:spacing w:after="0" w:line="240" w:lineRule="auto"/>
        <w:ind w:left="357" w:hanging="357"/>
        <w:jc w:val="both"/>
        <w:rPr>
          <w:rFonts w:ascii="Times New Roman" w:hAnsi="Times New Roman" w:cs="Times New Roman"/>
        </w:rPr>
      </w:pPr>
      <w:r w:rsidRPr="005D3C99">
        <w:rPr>
          <w:rFonts w:ascii="Times New Roman" w:hAnsi="Times New Roman" w:cs="Times New Roman"/>
        </w:rPr>
        <w:t>Jednotliví poverení zamestnanci  zodpovedajú za inventár materskej školy,  chránia ho</w:t>
      </w:r>
      <w:r w:rsidR="005D3C99" w:rsidRPr="005D3C99">
        <w:rPr>
          <w:rFonts w:ascii="Times New Roman" w:hAnsi="Times New Roman" w:cs="Times New Roman"/>
        </w:rPr>
        <w:t xml:space="preserve"> </w:t>
      </w:r>
      <w:r w:rsidRPr="005D3C99">
        <w:rPr>
          <w:rFonts w:ascii="Times New Roman" w:hAnsi="Times New Roman" w:cs="Times New Roman"/>
        </w:rPr>
        <w:t>pred poškodením  a odcudzením. Ďalšie práva a povinnosti súvisiace s ochranou majetku</w:t>
      </w:r>
      <w:r w:rsidR="005D3C99" w:rsidRPr="005D3C99">
        <w:rPr>
          <w:rFonts w:ascii="Times New Roman" w:hAnsi="Times New Roman" w:cs="Times New Roman"/>
        </w:rPr>
        <w:t xml:space="preserve"> </w:t>
      </w:r>
      <w:r w:rsidRPr="005D3C99">
        <w:rPr>
          <w:rFonts w:ascii="Times New Roman" w:hAnsi="Times New Roman" w:cs="Times New Roman"/>
        </w:rPr>
        <w:t>si zamestnanci plnia v zmysle pracovnej náplne.</w:t>
      </w:r>
    </w:p>
    <w:p w14:paraId="0C9928B7" w14:textId="39534A6C" w:rsidR="000A3713" w:rsidRPr="005D3C99" w:rsidRDefault="00D454F6" w:rsidP="00FE5BF0">
      <w:pPr>
        <w:pStyle w:val="Odsekzoznamu"/>
        <w:numPr>
          <w:ilvl w:val="0"/>
          <w:numId w:val="23"/>
        </w:numPr>
        <w:spacing w:after="0" w:line="240" w:lineRule="auto"/>
        <w:ind w:left="357" w:hanging="357"/>
        <w:jc w:val="both"/>
        <w:rPr>
          <w:rFonts w:ascii="Times New Roman" w:hAnsi="Times New Roman" w:cs="Times New Roman"/>
        </w:rPr>
      </w:pPr>
      <w:r w:rsidRPr="005D3C99">
        <w:rPr>
          <w:rFonts w:ascii="Times New Roman" w:hAnsi="Times New Roman" w:cs="Times New Roman"/>
        </w:rPr>
        <w:t>Osobné veci si zamestnanci materskej školy odkladajú v šatni, niektoré v triede na určené</w:t>
      </w:r>
      <w:r w:rsidR="005D3C99" w:rsidRPr="005D3C99">
        <w:rPr>
          <w:rFonts w:ascii="Times New Roman" w:hAnsi="Times New Roman" w:cs="Times New Roman"/>
        </w:rPr>
        <w:t xml:space="preserve"> </w:t>
      </w:r>
      <w:r w:rsidRPr="005D3C99">
        <w:rPr>
          <w:rFonts w:ascii="Times New Roman" w:hAnsi="Times New Roman" w:cs="Times New Roman"/>
        </w:rPr>
        <w:t>miesto.</w:t>
      </w:r>
    </w:p>
    <w:p w14:paraId="39EB2D6A" w14:textId="4E74882C" w:rsidR="000A3713" w:rsidRPr="005D3C99" w:rsidRDefault="00D454F6" w:rsidP="00FE5BF0">
      <w:pPr>
        <w:pStyle w:val="Odsekzoznamu"/>
        <w:numPr>
          <w:ilvl w:val="0"/>
          <w:numId w:val="23"/>
        </w:numPr>
        <w:spacing w:after="0" w:line="240" w:lineRule="auto"/>
        <w:ind w:left="357" w:hanging="357"/>
        <w:jc w:val="both"/>
        <w:rPr>
          <w:rFonts w:ascii="Times New Roman" w:hAnsi="Times New Roman" w:cs="Times New Roman"/>
        </w:rPr>
      </w:pPr>
      <w:r w:rsidRPr="005D3C99">
        <w:rPr>
          <w:rFonts w:ascii="Times New Roman" w:hAnsi="Times New Roman" w:cs="Times New Roman"/>
        </w:rPr>
        <w:t>Po skončení prevádzky je školníčka povinná prekontrolovať uzatvorenie všetkých okien a</w:t>
      </w:r>
      <w:r w:rsidR="005D3C99" w:rsidRPr="005D3C99">
        <w:rPr>
          <w:rFonts w:ascii="Times New Roman" w:hAnsi="Times New Roman" w:cs="Times New Roman"/>
        </w:rPr>
        <w:t xml:space="preserve"> </w:t>
      </w:r>
      <w:r w:rsidRPr="005D3C99">
        <w:rPr>
          <w:rFonts w:ascii="Times New Roman" w:hAnsi="Times New Roman" w:cs="Times New Roman"/>
        </w:rPr>
        <w:t>dverí.</w:t>
      </w:r>
    </w:p>
    <w:p w14:paraId="0E39FD00" w14:textId="6798D028" w:rsidR="00C041CE" w:rsidRDefault="00C041CE" w:rsidP="00F96317">
      <w:pPr>
        <w:spacing w:after="0" w:line="240" w:lineRule="auto"/>
        <w:rPr>
          <w:rFonts w:ascii="Times New Roman" w:hAnsi="Times New Roman" w:cs="Times New Roman"/>
        </w:rPr>
      </w:pPr>
    </w:p>
    <w:p w14:paraId="6C767601" w14:textId="77777777" w:rsidR="005D3C99" w:rsidRPr="00D454F6" w:rsidRDefault="005D3C99" w:rsidP="00CB7CC1">
      <w:pPr>
        <w:spacing w:after="0" w:line="240" w:lineRule="auto"/>
        <w:rPr>
          <w:rFonts w:ascii="Times New Roman" w:hAnsi="Times New Roman" w:cs="Times New Roman"/>
        </w:rPr>
      </w:pPr>
    </w:p>
    <w:p w14:paraId="61AB9308" w14:textId="247F72CC" w:rsidR="000A3713" w:rsidRPr="00D454F6" w:rsidRDefault="00D454F6" w:rsidP="00CB7CC1">
      <w:pPr>
        <w:spacing w:after="0" w:line="240" w:lineRule="auto"/>
        <w:jc w:val="center"/>
        <w:rPr>
          <w:rFonts w:ascii="Times New Roman" w:hAnsi="Times New Roman" w:cs="Times New Roman"/>
        </w:rPr>
      </w:pPr>
      <w:r w:rsidRPr="00D454F6">
        <w:rPr>
          <w:rFonts w:ascii="Times New Roman" w:hAnsi="Times New Roman" w:cs="Times New Roman"/>
          <w:b/>
        </w:rPr>
        <w:t>Časť VI</w:t>
      </w:r>
      <w:r w:rsidR="00F96317">
        <w:rPr>
          <w:rFonts w:ascii="Times New Roman" w:hAnsi="Times New Roman" w:cs="Times New Roman"/>
          <w:b/>
        </w:rPr>
        <w:t>I</w:t>
      </w:r>
      <w:r w:rsidRPr="00D454F6">
        <w:rPr>
          <w:rFonts w:ascii="Times New Roman" w:hAnsi="Times New Roman" w:cs="Times New Roman"/>
          <w:b/>
        </w:rPr>
        <w:t>.</w:t>
      </w:r>
    </w:p>
    <w:p w14:paraId="0E34964A" w14:textId="45A4E5DC" w:rsidR="000A3713" w:rsidRDefault="00D454F6" w:rsidP="00C041CE">
      <w:pPr>
        <w:spacing w:after="0" w:line="240" w:lineRule="auto"/>
        <w:jc w:val="center"/>
        <w:rPr>
          <w:rFonts w:ascii="Times New Roman" w:hAnsi="Times New Roman" w:cs="Times New Roman"/>
          <w:b/>
        </w:rPr>
      </w:pPr>
      <w:r w:rsidRPr="00C041CE">
        <w:rPr>
          <w:rFonts w:ascii="Times New Roman" w:hAnsi="Times New Roman" w:cs="Times New Roman"/>
          <w:b/>
        </w:rPr>
        <w:t>Ochrana osobných údajov</w:t>
      </w:r>
    </w:p>
    <w:p w14:paraId="6212F499" w14:textId="77777777" w:rsidR="005D3C99" w:rsidRPr="00C041CE" w:rsidRDefault="005D3C99" w:rsidP="00C041CE">
      <w:pPr>
        <w:spacing w:after="0" w:line="240" w:lineRule="auto"/>
        <w:jc w:val="center"/>
        <w:rPr>
          <w:rFonts w:ascii="Times New Roman" w:hAnsi="Times New Roman" w:cs="Times New Roman"/>
          <w:b/>
        </w:rPr>
      </w:pPr>
    </w:p>
    <w:p w14:paraId="13E3DCB3" w14:textId="71BA8C15" w:rsidR="000A3713" w:rsidRPr="005D3C99" w:rsidRDefault="00D454F6" w:rsidP="00FE5BF0">
      <w:pPr>
        <w:pStyle w:val="Odsekzoznamu"/>
        <w:numPr>
          <w:ilvl w:val="0"/>
          <w:numId w:val="24"/>
        </w:numPr>
        <w:spacing w:after="0" w:line="240" w:lineRule="auto"/>
        <w:jc w:val="both"/>
        <w:rPr>
          <w:rFonts w:ascii="Times New Roman" w:hAnsi="Times New Roman" w:cs="Times New Roman"/>
        </w:rPr>
      </w:pPr>
      <w:r w:rsidRPr="005D3C99">
        <w:rPr>
          <w:rFonts w:ascii="Times New Roman" w:hAnsi="Times New Roman" w:cs="Times New Roman"/>
        </w:rPr>
        <w:t>Každý zamestnanec materskej školy v zmysle zákona č.18/2018 Z. z. o ochrane osobných</w:t>
      </w:r>
      <w:r w:rsidR="005D3C99" w:rsidRPr="005D3C99">
        <w:rPr>
          <w:rFonts w:ascii="Times New Roman" w:hAnsi="Times New Roman" w:cs="Times New Roman"/>
        </w:rPr>
        <w:t xml:space="preserve"> </w:t>
      </w:r>
      <w:r w:rsidRPr="005D3C99">
        <w:rPr>
          <w:rFonts w:ascii="Times New Roman" w:hAnsi="Times New Roman" w:cs="Times New Roman"/>
        </w:rPr>
        <w:t>údajov a o zmene a doplnení niektorých zákonov v znení neskorších predpisov je povinný</w:t>
      </w:r>
      <w:r w:rsidR="005D3C99" w:rsidRPr="005D3C99">
        <w:rPr>
          <w:rFonts w:ascii="Times New Roman" w:hAnsi="Times New Roman" w:cs="Times New Roman"/>
        </w:rPr>
        <w:t xml:space="preserve"> </w:t>
      </w:r>
      <w:r w:rsidRPr="005D3C99">
        <w:rPr>
          <w:rFonts w:ascii="Times New Roman" w:hAnsi="Times New Roman" w:cs="Times New Roman"/>
        </w:rPr>
        <w:t>zachovávať mlčanlivosť o osobných údajoch, s ktorými príde do styku v</w:t>
      </w:r>
      <w:r w:rsidR="005D3C99" w:rsidRPr="005D3C99">
        <w:rPr>
          <w:rFonts w:ascii="Times New Roman" w:hAnsi="Times New Roman" w:cs="Times New Roman"/>
        </w:rPr>
        <w:t> </w:t>
      </w:r>
      <w:r w:rsidRPr="005D3C99">
        <w:rPr>
          <w:rFonts w:ascii="Times New Roman" w:hAnsi="Times New Roman" w:cs="Times New Roman"/>
        </w:rPr>
        <w:t>pracovných</w:t>
      </w:r>
      <w:r w:rsidR="005D3C99" w:rsidRPr="005D3C99">
        <w:rPr>
          <w:rFonts w:ascii="Times New Roman" w:hAnsi="Times New Roman" w:cs="Times New Roman"/>
        </w:rPr>
        <w:t xml:space="preserve"> </w:t>
      </w:r>
      <w:r w:rsidRPr="005D3C99">
        <w:rPr>
          <w:rFonts w:ascii="Times New Roman" w:hAnsi="Times New Roman" w:cs="Times New Roman"/>
        </w:rPr>
        <w:t>priestoroch. Tie nesmie využívať na osobnú potrebu, nesmie ich zverejňovať, nikomu</w:t>
      </w:r>
      <w:r w:rsidR="005D3C99" w:rsidRPr="005D3C99">
        <w:rPr>
          <w:rFonts w:ascii="Times New Roman" w:hAnsi="Times New Roman" w:cs="Times New Roman"/>
        </w:rPr>
        <w:t xml:space="preserve"> </w:t>
      </w:r>
      <w:r w:rsidRPr="005D3C99">
        <w:rPr>
          <w:rFonts w:ascii="Times New Roman" w:hAnsi="Times New Roman" w:cs="Times New Roman"/>
        </w:rPr>
        <w:t>poskytovať a sprístupňovať.</w:t>
      </w:r>
    </w:p>
    <w:p w14:paraId="27968D1B" w14:textId="77777777" w:rsidR="00C041CE" w:rsidRDefault="00C041CE" w:rsidP="005D3C99">
      <w:pPr>
        <w:spacing w:after="0" w:line="240" w:lineRule="auto"/>
        <w:jc w:val="both"/>
        <w:rPr>
          <w:rFonts w:ascii="Times New Roman" w:hAnsi="Times New Roman" w:cs="Times New Roman"/>
        </w:rPr>
      </w:pPr>
    </w:p>
    <w:p w14:paraId="48688742" w14:textId="5637FE78" w:rsidR="000A3713" w:rsidRPr="005D3C99" w:rsidRDefault="00D454F6" w:rsidP="00FE5BF0">
      <w:pPr>
        <w:pStyle w:val="Odsekzoznamu"/>
        <w:numPr>
          <w:ilvl w:val="0"/>
          <w:numId w:val="24"/>
        </w:numPr>
        <w:spacing w:after="0" w:line="240" w:lineRule="auto"/>
        <w:jc w:val="both"/>
        <w:rPr>
          <w:rFonts w:ascii="Times New Roman" w:hAnsi="Times New Roman" w:cs="Times New Roman"/>
        </w:rPr>
      </w:pPr>
      <w:r w:rsidRPr="005D3C99">
        <w:rPr>
          <w:rFonts w:ascii="Times New Roman" w:hAnsi="Times New Roman" w:cs="Times New Roman"/>
        </w:rPr>
        <w:t>Osobnými údajmi sú údaje týkajúce s určenej alebo určiteľnej osoby, pričom osobou je</w:t>
      </w:r>
      <w:r w:rsidR="005D3C99" w:rsidRPr="005D3C99">
        <w:rPr>
          <w:rFonts w:ascii="Times New Roman" w:hAnsi="Times New Roman" w:cs="Times New Roman"/>
        </w:rPr>
        <w:t xml:space="preserve"> </w:t>
      </w:r>
      <w:r w:rsidRPr="005D3C99">
        <w:rPr>
          <w:rFonts w:ascii="Times New Roman" w:hAnsi="Times New Roman" w:cs="Times New Roman"/>
        </w:rPr>
        <w:t>osoba, ktorú možno určiť priamo alebo nepriamo, najmä na základe použiteľného</w:t>
      </w:r>
      <w:r w:rsidR="005D3C99" w:rsidRPr="005D3C99">
        <w:rPr>
          <w:rFonts w:ascii="Times New Roman" w:hAnsi="Times New Roman" w:cs="Times New Roman"/>
        </w:rPr>
        <w:t xml:space="preserve"> </w:t>
      </w:r>
      <w:r w:rsidRPr="005D3C99">
        <w:rPr>
          <w:rFonts w:ascii="Times New Roman" w:hAnsi="Times New Roman" w:cs="Times New Roman"/>
        </w:rPr>
        <w:t>identifikátora alebo na základe jednej, či viacerých charakteristík, alebo znakov, ktoré tvoria</w:t>
      </w:r>
      <w:r w:rsidR="005D3C99" w:rsidRPr="005D3C99">
        <w:rPr>
          <w:rFonts w:ascii="Times New Roman" w:hAnsi="Times New Roman" w:cs="Times New Roman"/>
        </w:rPr>
        <w:t xml:space="preserve"> </w:t>
      </w:r>
      <w:r w:rsidRPr="005D3C99">
        <w:rPr>
          <w:rFonts w:ascii="Times New Roman" w:hAnsi="Times New Roman" w:cs="Times New Roman"/>
        </w:rPr>
        <w:t>jej fyzickú, psychickú, mentálnu, ekonomickú, kultúrnu alebo sociálnu identitu.</w:t>
      </w:r>
    </w:p>
    <w:p w14:paraId="6D19C07F" w14:textId="77777777" w:rsidR="00C041CE" w:rsidRDefault="00C041CE" w:rsidP="005D3C99">
      <w:pPr>
        <w:spacing w:after="0" w:line="240" w:lineRule="auto"/>
        <w:jc w:val="both"/>
        <w:rPr>
          <w:rFonts w:ascii="Times New Roman" w:hAnsi="Times New Roman" w:cs="Times New Roman"/>
        </w:rPr>
      </w:pPr>
    </w:p>
    <w:p w14:paraId="3B566042" w14:textId="06E49377" w:rsidR="000A3713" w:rsidRPr="005D3C99" w:rsidRDefault="00D454F6" w:rsidP="00FE5BF0">
      <w:pPr>
        <w:pStyle w:val="Odsekzoznamu"/>
        <w:numPr>
          <w:ilvl w:val="0"/>
          <w:numId w:val="24"/>
        </w:numPr>
        <w:spacing w:after="0" w:line="240" w:lineRule="auto"/>
        <w:jc w:val="both"/>
        <w:rPr>
          <w:rFonts w:ascii="Times New Roman" w:hAnsi="Times New Roman" w:cs="Times New Roman"/>
        </w:rPr>
      </w:pPr>
      <w:r w:rsidRPr="005D3C99">
        <w:rPr>
          <w:rFonts w:ascii="Times New Roman" w:hAnsi="Times New Roman" w:cs="Times New Roman"/>
        </w:rPr>
        <w:t>Informácie, ktoré sa dotýkajú osobnosti a súkromia fyzickej osoby, písomností osobnej</w:t>
      </w:r>
      <w:r w:rsidR="005D3C99" w:rsidRPr="005D3C99">
        <w:rPr>
          <w:rFonts w:ascii="Times New Roman" w:hAnsi="Times New Roman" w:cs="Times New Roman"/>
        </w:rPr>
        <w:t xml:space="preserve"> </w:t>
      </w:r>
      <w:r w:rsidRPr="005D3C99">
        <w:rPr>
          <w:rFonts w:ascii="Times New Roman" w:hAnsi="Times New Roman" w:cs="Times New Roman"/>
        </w:rPr>
        <w:t>povahy, podobizne, obrazové snímky a zvukové záznamy týkajúce sa fyzickej osoby alebo</w:t>
      </w:r>
      <w:r w:rsidR="005D3C99" w:rsidRPr="005D3C99">
        <w:rPr>
          <w:rFonts w:ascii="Times New Roman" w:hAnsi="Times New Roman" w:cs="Times New Roman"/>
        </w:rPr>
        <w:t xml:space="preserve"> </w:t>
      </w:r>
      <w:r w:rsidRPr="005D3C99">
        <w:rPr>
          <w:rFonts w:ascii="Times New Roman" w:hAnsi="Times New Roman" w:cs="Times New Roman"/>
        </w:rPr>
        <w:t>jej prejavov  osobnej povahy povinná osoba sprístupní len vtedy, ak to ustanovuje osobitný</w:t>
      </w:r>
      <w:r w:rsidR="005D3C99" w:rsidRPr="005D3C99">
        <w:rPr>
          <w:rFonts w:ascii="Times New Roman" w:hAnsi="Times New Roman" w:cs="Times New Roman"/>
        </w:rPr>
        <w:t xml:space="preserve"> </w:t>
      </w:r>
      <w:r w:rsidRPr="005D3C99">
        <w:rPr>
          <w:rFonts w:ascii="Times New Roman" w:hAnsi="Times New Roman" w:cs="Times New Roman"/>
        </w:rPr>
        <w:t>zákon, alebo s predchádzajúcim súhlasom dotknutej osoby.</w:t>
      </w:r>
    </w:p>
    <w:p w14:paraId="7BB7A827" w14:textId="77777777" w:rsidR="00C041CE" w:rsidRDefault="00C041CE" w:rsidP="005D3C99">
      <w:pPr>
        <w:spacing w:after="0" w:line="240" w:lineRule="auto"/>
        <w:jc w:val="both"/>
        <w:rPr>
          <w:rFonts w:ascii="Times New Roman" w:hAnsi="Times New Roman" w:cs="Times New Roman"/>
        </w:rPr>
      </w:pPr>
    </w:p>
    <w:p w14:paraId="4FBADAC0" w14:textId="2C86E569" w:rsidR="000A3713" w:rsidRPr="00D454F6" w:rsidRDefault="00D454F6" w:rsidP="00FE5BF0">
      <w:pPr>
        <w:pStyle w:val="Odsekzoznamu"/>
        <w:numPr>
          <w:ilvl w:val="0"/>
          <w:numId w:val="24"/>
        </w:numPr>
        <w:spacing w:after="0" w:line="240" w:lineRule="auto"/>
        <w:jc w:val="both"/>
        <w:rPr>
          <w:rFonts w:ascii="Times New Roman" w:hAnsi="Times New Roman" w:cs="Times New Roman"/>
        </w:rPr>
      </w:pPr>
      <w:r w:rsidRPr="00D454F6">
        <w:rPr>
          <w:rFonts w:ascii="Times New Roman" w:hAnsi="Times New Roman" w:cs="Times New Roman"/>
        </w:rPr>
        <w:t>V materskej škole sa môžu na jej účely evidovať predovšetkým tieto osobné údaje:</w:t>
      </w:r>
    </w:p>
    <w:p w14:paraId="4E66D7E2" w14:textId="77777777" w:rsidR="000A3713" w:rsidRPr="00D454F6" w:rsidRDefault="00D454F6" w:rsidP="005D3C99">
      <w:pPr>
        <w:spacing w:after="0" w:line="240" w:lineRule="auto"/>
        <w:ind w:left="360"/>
        <w:jc w:val="both"/>
        <w:rPr>
          <w:rFonts w:ascii="Times New Roman" w:hAnsi="Times New Roman" w:cs="Times New Roman"/>
        </w:rPr>
      </w:pPr>
      <w:r w:rsidRPr="00D454F6">
        <w:rPr>
          <w:rFonts w:ascii="Times New Roman" w:hAnsi="Times New Roman" w:cs="Times New Roman"/>
        </w:rPr>
        <w:t>a) meno a priezvisko dieťaťa,</w:t>
      </w:r>
    </w:p>
    <w:p w14:paraId="5A74D4AA" w14:textId="77777777" w:rsidR="000A3713" w:rsidRPr="00D454F6" w:rsidRDefault="00D454F6" w:rsidP="005D3C99">
      <w:pPr>
        <w:spacing w:after="0" w:line="240" w:lineRule="auto"/>
        <w:ind w:left="360"/>
        <w:jc w:val="both"/>
        <w:rPr>
          <w:rFonts w:ascii="Times New Roman" w:hAnsi="Times New Roman" w:cs="Times New Roman"/>
        </w:rPr>
      </w:pPr>
      <w:r w:rsidRPr="00D454F6">
        <w:rPr>
          <w:rFonts w:ascii="Times New Roman" w:hAnsi="Times New Roman" w:cs="Times New Roman"/>
        </w:rPr>
        <w:t>b) dátum a miesto narodenia,</w:t>
      </w:r>
    </w:p>
    <w:p w14:paraId="4F0F563F" w14:textId="77777777" w:rsidR="000A3713" w:rsidRPr="00D454F6" w:rsidRDefault="00D454F6" w:rsidP="005D3C99">
      <w:pPr>
        <w:spacing w:after="0" w:line="240" w:lineRule="auto"/>
        <w:ind w:left="360"/>
        <w:jc w:val="both"/>
        <w:rPr>
          <w:rFonts w:ascii="Times New Roman" w:hAnsi="Times New Roman" w:cs="Times New Roman"/>
        </w:rPr>
      </w:pPr>
      <w:r w:rsidRPr="00D454F6">
        <w:rPr>
          <w:rFonts w:ascii="Times New Roman" w:hAnsi="Times New Roman" w:cs="Times New Roman"/>
        </w:rPr>
        <w:t>c) rodné číslo</w:t>
      </w:r>
    </w:p>
    <w:p w14:paraId="1A6C9C96" w14:textId="77777777" w:rsidR="000A3713" w:rsidRPr="00D454F6" w:rsidRDefault="00D454F6" w:rsidP="005D3C99">
      <w:pPr>
        <w:spacing w:after="0" w:line="240" w:lineRule="auto"/>
        <w:ind w:left="360"/>
        <w:jc w:val="both"/>
        <w:rPr>
          <w:rFonts w:ascii="Times New Roman" w:hAnsi="Times New Roman" w:cs="Times New Roman"/>
        </w:rPr>
      </w:pPr>
      <w:r w:rsidRPr="00D454F6">
        <w:rPr>
          <w:rFonts w:ascii="Times New Roman" w:hAnsi="Times New Roman" w:cs="Times New Roman"/>
        </w:rPr>
        <w:t>d) pohlavie</w:t>
      </w:r>
    </w:p>
    <w:p w14:paraId="53BFD6F8" w14:textId="77777777" w:rsidR="000A3713" w:rsidRPr="00D454F6" w:rsidRDefault="00D454F6" w:rsidP="005D3C99">
      <w:pPr>
        <w:spacing w:after="0" w:line="240" w:lineRule="auto"/>
        <w:ind w:left="360"/>
        <w:jc w:val="both"/>
        <w:rPr>
          <w:rFonts w:ascii="Times New Roman" w:hAnsi="Times New Roman" w:cs="Times New Roman"/>
        </w:rPr>
      </w:pPr>
      <w:r w:rsidRPr="00D454F6">
        <w:rPr>
          <w:rFonts w:ascii="Times New Roman" w:hAnsi="Times New Roman" w:cs="Times New Roman"/>
        </w:rPr>
        <w:t>e) národnosť</w:t>
      </w:r>
    </w:p>
    <w:p w14:paraId="01A6D5F1" w14:textId="77777777" w:rsidR="000A3713" w:rsidRPr="00D454F6" w:rsidRDefault="00D454F6" w:rsidP="005D3C99">
      <w:pPr>
        <w:spacing w:after="0" w:line="240" w:lineRule="auto"/>
        <w:ind w:left="360"/>
        <w:jc w:val="both"/>
        <w:rPr>
          <w:rFonts w:ascii="Times New Roman" w:hAnsi="Times New Roman" w:cs="Times New Roman"/>
        </w:rPr>
      </w:pPr>
      <w:r w:rsidRPr="00D454F6">
        <w:rPr>
          <w:rFonts w:ascii="Times New Roman" w:hAnsi="Times New Roman" w:cs="Times New Roman"/>
        </w:rPr>
        <w:t>f) štátne občianstvo</w:t>
      </w:r>
    </w:p>
    <w:p w14:paraId="786A3CF7" w14:textId="77777777" w:rsidR="000A3713" w:rsidRPr="00D454F6" w:rsidRDefault="00D454F6" w:rsidP="005D3C99">
      <w:pPr>
        <w:spacing w:after="0" w:line="240" w:lineRule="auto"/>
        <w:ind w:left="360"/>
        <w:jc w:val="both"/>
        <w:rPr>
          <w:rFonts w:ascii="Times New Roman" w:hAnsi="Times New Roman" w:cs="Times New Roman"/>
        </w:rPr>
      </w:pPr>
      <w:r w:rsidRPr="00D454F6">
        <w:rPr>
          <w:rFonts w:ascii="Times New Roman" w:hAnsi="Times New Roman" w:cs="Times New Roman"/>
        </w:rPr>
        <w:t>g) adresa trvalého bydliska</w:t>
      </w:r>
    </w:p>
    <w:p w14:paraId="1EB1B556" w14:textId="77777777" w:rsidR="000A3713" w:rsidRPr="00D454F6" w:rsidRDefault="00D454F6" w:rsidP="005D3C99">
      <w:pPr>
        <w:spacing w:after="0" w:line="240" w:lineRule="auto"/>
        <w:ind w:left="360"/>
        <w:jc w:val="both"/>
        <w:rPr>
          <w:rFonts w:ascii="Times New Roman" w:hAnsi="Times New Roman" w:cs="Times New Roman"/>
        </w:rPr>
      </w:pPr>
      <w:r w:rsidRPr="00D454F6">
        <w:rPr>
          <w:rFonts w:ascii="Times New Roman" w:hAnsi="Times New Roman" w:cs="Times New Roman"/>
        </w:rPr>
        <w:t>h) adresa bydliska, z ktorého dochádza do školy,</w:t>
      </w:r>
    </w:p>
    <w:p w14:paraId="22866EF3" w14:textId="77777777" w:rsidR="000A3713" w:rsidRPr="00D454F6" w:rsidRDefault="00D454F6" w:rsidP="005D3C99">
      <w:pPr>
        <w:spacing w:after="0" w:line="240" w:lineRule="auto"/>
        <w:ind w:left="360"/>
        <w:jc w:val="both"/>
        <w:rPr>
          <w:rFonts w:ascii="Times New Roman" w:hAnsi="Times New Roman" w:cs="Times New Roman"/>
        </w:rPr>
      </w:pPr>
      <w:r w:rsidRPr="00D454F6">
        <w:rPr>
          <w:rFonts w:ascii="Times New Roman" w:hAnsi="Times New Roman" w:cs="Times New Roman"/>
        </w:rPr>
        <w:t>i) číslo a dátum vydania rozhodnutia, na základe ktorého bolo prijaté do školy,</w:t>
      </w:r>
    </w:p>
    <w:p w14:paraId="1A5B176D" w14:textId="77777777" w:rsidR="000A3713" w:rsidRPr="00D454F6" w:rsidRDefault="00D454F6" w:rsidP="005D3C99">
      <w:pPr>
        <w:spacing w:after="0" w:line="240" w:lineRule="auto"/>
        <w:ind w:left="360"/>
        <w:jc w:val="both"/>
        <w:rPr>
          <w:rFonts w:ascii="Times New Roman" w:hAnsi="Times New Roman" w:cs="Times New Roman"/>
        </w:rPr>
      </w:pPr>
      <w:r w:rsidRPr="00D454F6">
        <w:rPr>
          <w:rFonts w:ascii="Times New Roman" w:hAnsi="Times New Roman" w:cs="Times New Roman"/>
        </w:rPr>
        <w:t>j) trieda a číslo, pod ktorým je vedené v osobnom spise dieťaťa,</w:t>
      </w:r>
    </w:p>
    <w:p w14:paraId="339E7E73" w14:textId="77777777" w:rsidR="000A3713" w:rsidRPr="00D454F6" w:rsidRDefault="00D454F6" w:rsidP="005D3C99">
      <w:pPr>
        <w:spacing w:after="0" w:line="240" w:lineRule="auto"/>
        <w:ind w:left="360"/>
        <w:jc w:val="both"/>
        <w:rPr>
          <w:rFonts w:ascii="Times New Roman" w:hAnsi="Times New Roman" w:cs="Times New Roman"/>
        </w:rPr>
      </w:pPr>
      <w:r w:rsidRPr="00D454F6">
        <w:rPr>
          <w:rFonts w:ascii="Times New Roman" w:hAnsi="Times New Roman" w:cs="Times New Roman"/>
        </w:rPr>
        <w:t>k) informácia o prerušení alebo predčasnom ukončení predprimárneho vzdelávania,</w:t>
      </w:r>
    </w:p>
    <w:p w14:paraId="6265D10D" w14:textId="77777777" w:rsidR="000A3713" w:rsidRPr="00D454F6" w:rsidRDefault="00D454F6" w:rsidP="005D3C99">
      <w:pPr>
        <w:spacing w:after="0" w:line="240" w:lineRule="auto"/>
        <w:ind w:left="360"/>
        <w:jc w:val="both"/>
        <w:rPr>
          <w:rFonts w:ascii="Times New Roman" w:hAnsi="Times New Roman" w:cs="Times New Roman"/>
        </w:rPr>
      </w:pPr>
      <w:r w:rsidRPr="00D454F6">
        <w:rPr>
          <w:rFonts w:ascii="Times New Roman" w:hAnsi="Times New Roman" w:cs="Times New Roman"/>
        </w:rPr>
        <w:t>l) forma organizácie výchovy a vzdelávania podľa § 54,</w:t>
      </w:r>
    </w:p>
    <w:p w14:paraId="7711C04D" w14:textId="77777777" w:rsidR="000A3713" w:rsidRPr="00D454F6" w:rsidRDefault="00D454F6" w:rsidP="005D3C99">
      <w:pPr>
        <w:spacing w:after="0" w:line="240" w:lineRule="auto"/>
        <w:ind w:left="360"/>
        <w:jc w:val="both"/>
        <w:rPr>
          <w:rFonts w:ascii="Times New Roman" w:hAnsi="Times New Roman" w:cs="Times New Roman"/>
        </w:rPr>
      </w:pPr>
      <w:r w:rsidRPr="00D454F6">
        <w:rPr>
          <w:rFonts w:ascii="Times New Roman" w:hAnsi="Times New Roman" w:cs="Times New Roman"/>
        </w:rPr>
        <w:t>m) zaradenie dieťaťa so špeciálnymi výchovno-vzdelávacími potrebami podľa výchovno-</w:t>
      </w:r>
    </w:p>
    <w:p w14:paraId="7F0B4F57" w14:textId="00977F6E" w:rsidR="000A3713" w:rsidRDefault="005D3C99" w:rsidP="005D3C99">
      <w:pPr>
        <w:spacing w:after="0" w:line="240" w:lineRule="auto"/>
        <w:ind w:left="360"/>
        <w:jc w:val="both"/>
        <w:rPr>
          <w:rFonts w:ascii="Times New Roman" w:hAnsi="Times New Roman" w:cs="Times New Roman"/>
        </w:rPr>
      </w:pPr>
      <w:r>
        <w:rPr>
          <w:rFonts w:ascii="Times New Roman" w:hAnsi="Times New Roman" w:cs="Times New Roman"/>
        </w:rPr>
        <w:t xml:space="preserve">     </w:t>
      </w:r>
      <w:r w:rsidR="00D454F6" w:rsidRPr="00D454F6">
        <w:rPr>
          <w:rFonts w:ascii="Times New Roman" w:hAnsi="Times New Roman" w:cs="Times New Roman"/>
        </w:rPr>
        <w:t>vzdelávacích programov.</w:t>
      </w:r>
    </w:p>
    <w:p w14:paraId="6FEFC918" w14:textId="77777777" w:rsidR="00C041CE" w:rsidRPr="00D454F6" w:rsidRDefault="00C041CE" w:rsidP="005D3C99">
      <w:pPr>
        <w:spacing w:after="0" w:line="240" w:lineRule="auto"/>
        <w:jc w:val="both"/>
        <w:rPr>
          <w:rFonts w:ascii="Times New Roman" w:hAnsi="Times New Roman" w:cs="Times New Roman"/>
        </w:rPr>
      </w:pPr>
    </w:p>
    <w:p w14:paraId="24DFD204" w14:textId="77777777" w:rsidR="000A0650" w:rsidRDefault="000A0650" w:rsidP="00C041CE">
      <w:pPr>
        <w:spacing w:after="0" w:line="240" w:lineRule="auto"/>
        <w:jc w:val="center"/>
        <w:rPr>
          <w:rFonts w:ascii="Times New Roman" w:hAnsi="Times New Roman" w:cs="Times New Roman"/>
          <w:b/>
        </w:rPr>
      </w:pPr>
    </w:p>
    <w:p w14:paraId="4BEE5DB5" w14:textId="77777777" w:rsidR="000A0650" w:rsidRDefault="000A0650" w:rsidP="00C041CE">
      <w:pPr>
        <w:spacing w:after="0" w:line="240" w:lineRule="auto"/>
        <w:jc w:val="center"/>
        <w:rPr>
          <w:rFonts w:ascii="Times New Roman" w:hAnsi="Times New Roman" w:cs="Times New Roman"/>
          <w:b/>
        </w:rPr>
      </w:pPr>
    </w:p>
    <w:p w14:paraId="66D04BF6" w14:textId="77777777" w:rsidR="000A0650" w:rsidRDefault="000A0650" w:rsidP="00C041CE">
      <w:pPr>
        <w:spacing w:after="0" w:line="240" w:lineRule="auto"/>
        <w:jc w:val="center"/>
        <w:rPr>
          <w:rFonts w:ascii="Times New Roman" w:hAnsi="Times New Roman" w:cs="Times New Roman"/>
          <w:b/>
        </w:rPr>
      </w:pPr>
    </w:p>
    <w:p w14:paraId="5D028DBC" w14:textId="128DD926" w:rsidR="000A3713" w:rsidRPr="00C041CE" w:rsidRDefault="00D454F6" w:rsidP="00C041CE">
      <w:pPr>
        <w:spacing w:after="0" w:line="240" w:lineRule="auto"/>
        <w:jc w:val="center"/>
        <w:rPr>
          <w:rFonts w:ascii="Times New Roman" w:hAnsi="Times New Roman" w:cs="Times New Roman"/>
          <w:b/>
        </w:rPr>
      </w:pPr>
      <w:r w:rsidRPr="00C041CE">
        <w:rPr>
          <w:rFonts w:ascii="Times New Roman" w:hAnsi="Times New Roman" w:cs="Times New Roman"/>
          <w:b/>
        </w:rPr>
        <w:lastRenderedPageBreak/>
        <w:t>ČASŤ VII</w:t>
      </w:r>
      <w:r w:rsidR="00F96317">
        <w:rPr>
          <w:rFonts w:ascii="Times New Roman" w:hAnsi="Times New Roman" w:cs="Times New Roman"/>
          <w:b/>
        </w:rPr>
        <w:t>I</w:t>
      </w:r>
    </w:p>
    <w:p w14:paraId="4604546A" w14:textId="366D3B79" w:rsidR="000A3713" w:rsidRDefault="00D454F6" w:rsidP="00C041CE">
      <w:pPr>
        <w:spacing w:after="0" w:line="240" w:lineRule="auto"/>
        <w:jc w:val="center"/>
        <w:rPr>
          <w:rFonts w:ascii="Times New Roman" w:hAnsi="Times New Roman" w:cs="Times New Roman"/>
          <w:b/>
        </w:rPr>
      </w:pPr>
      <w:r w:rsidRPr="00C041CE">
        <w:rPr>
          <w:rFonts w:ascii="Times New Roman" w:hAnsi="Times New Roman" w:cs="Times New Roman"/>
          <w:b/>
        </w:rPr>
        <w:t>Záverečné ustanovenia</w:t>
      </w:r>
    </w:p>
    <w:p w14:paraId="314DFA91" w14:textId="178F5179" w:rsidR="00F96317" w:rsidRDefault="00F96317" w:rsidP="00C041CE">
      <w:pPr>
        <w:spacing w:after="0" w:line="240" w:lineRule="auto"/>
        <w:jc w:val="center"/>
        <w:rPr>
          <w:rFonts w:ascii="Times New Roman" w:hAnsi="Times New Roman" w:cs="Times New Roman"/>
          <w:b/>
        </w:rPr>
      </w:pPr>
    </w:p>
    <w:p w14:paraId="7035517E" w14:textId="608AB0C5" w:rsidR="00F96317" w:rsidRDefault="00F96317" w:rsidP="00C041CE">
      <w:pPr>
        <w:spacing w:after="0" w:line="240" w:lineRule="auto"/>
        <w:jc w:val="center"/>
        <w:rPr>
          <w:rFonts w:ascii="Times New Roman" w:hAnsi="Times New Roman" w:cs="Times New Roman"/>
          <w:b/>
        </w:rPr>
      </w:pPr>
      <w:r>
        <w:rPr>
          <w:rFonts w:ascii="Times New Roman" w:hAnsi="Times New Roman" w:cs="Times New Roman"/>
          <w:b/>
        </w:rPr>
        <w:t>Článok 1</w:t>
      </w:r>
    </w:p>
    <w:p w14:paraId="119BA3D3" w14:textId="7F8A3FBB" w:rsidR="00F96317" w:rsidRPr="00F96317" w:rsidRDefault="00F96317" w:rsidP="00F96317">
      <w:pPr>
        <w:spacing w:after="0" w:line="240" w:lineRule="auto"/>
        <w:jc w:val="center"/>
        <w:rPr>
          <w:rFonts w:ascii="Times New Roman" w:hAnsi="Times New Roman" w:cs="Times New Roman"/>
          <w:b/>
        </w:rPr>
      </w:pPr>
      <w:r w:rsidRPr="00F96317">
        <w:rPr>
          <w:rFonts w:ascii="Times New Roman" w:hAnsi="Times New Roman" w:cs="Times New Roman"/>
          <w:b/>
        </w:rPr>
        <w:t>Právny a metodický základ</w:t>
      </w:r>
    </w:p>
    <w:p w14:paraId="1AE890C6" w14:textId="6283BA43" w:rsidR="00F96317" w:rsidRPr="00F96317" w:rsidRDefault="00F96317" w:rsidP="00FE5BF0">
      <w:pPr>
        <w:pStyle w:val="Odsekzoznamu"/>
        <w:numPr>
          <w:ilvl w:val="0"/>
          <w:numId w:val="25"/>
        </w:numPr>
        <w:spacing w:after="0" w:line="240" w:lineRule="auto"/>
        <w:jc w:val="both"/>
        <w:rPr>
          <w:rFonts w:ascii="Times New Roman" w:hAnsi="Times New Roman" w:cs="Times New Roman"/>
        </w:rPr>
      </w:pPr>
      <w:r w:rsidRPr="00F96317">
        <w:rPr>
          <w:rFonts w:ascii="Times New Roman" w:hAnsi="Times New Roman" w:cs="Times New Roman"/>
        </w:rPr>
        <w:t>Zákon č. 245/2008 Z. z. o výchove a vzdelávaní (školský zákon), v znení neskorších predpisov.</w:t>
      </w:r>
    </w:p>
    <w:p w14:paraId="6706BB78" w14:textId="40281760" w:rsidR="00F96317" w:rsidRPr="00F96317" w:rsidRDefault="00F96317" w:rsidP="00FE5BF0">
      <w:pPr>
        <w:pStyle w:val="Odsekzoznamu"/>
        <w:numPr>
          <w:ilvl w:val="0"/>
          <w:numId w:val="25"/>
        </w:numPr>
        <w:spacing w:after="0" w:line="240" w:lineRule="auto"/>
        <w:jc w:val="both"/>
        <w:rPr>
          <w:rFonts w:ascii="Times New Roman" w:hAnsi="Times New Roman" w:cs="Times New Roman"/>
        </w:rPr>
      </w:pPr>
      <w:r w:rsidRPr="00F96317">
        <w:rPr>
          <w:rFonts w:ascii="Times New Roman" w:hAnsi="Times New Roman" w:cs="Times New Roman"/>
        </w:rPr>
        <w:t>Zákon č. 321/2025 Z. z. o školskej správe a o zmene a doplnení niektorých zákonov.</w:t>
      </w:r>
    </w:p>
    <w:p w14:paraId="0852C5A3" w14:textId="263EEFD6" w:rsidR="00F96317" w:rsidRPr="00F96317" w:rsidRDefault="00F96317" w:rsidP="00FE5BF0">
      <w:pPr>
        <w:pStyle w:val="Odsekzoznamu"/>
        <w:numPr>
          <w:ilvl w:val="0"/>
          <w:numId w:val="25"/>
        </w:numPr>
        <w:spacing w:after="0" w:line="240" w:lineRule="auto"/>
        <w:jc w:val="both"/>
        <w:rPr>
          <w:rFonts w:ascii="Times New Roman" w:hAnsi="Times New Roman" w:cs="Times New Roman"/>
        </w:rPr>
      </w:pPr>
      <w:r w:rsidRPr="00F96317">
        <w:rPr>
          <w:rFonts w:ascii="Times New Roman" w:hAnsi="Times New Roman" w:cs="Times New Roman"/>
        </w:rPr>
        <w:t>Zákon č. 355/2007 Z. z. o ochrane, podpore a rozvoji verejného zdravia.</w:t>
      </w:r>
    </w:p>
    <w:p w14:paraId="6A74A5ED" w14:textId="3C9EE735" w:rsidR="00F96317" w:rsidRPr="00F96317" w:rsidRDefault="00F96317" w:rsidP="00FE5BF0">
      <w:pPr>
        <w:pStyle w:val="Odsekzoznamu"/>
        <w:numPr>
          <w:ilvl w:val="0"/>
          <w:numId w:val="25"/>
        </w:numPr>
        <w:spacing w:after="0" w:line="240" w:lineRule="auto"/>
        <w:jc w:val="both"/>
        <w:rPr>
          <w:rFonts w:ascii="Times New Roman" w:hAnsi="Times New Roman" w:cs="Times New Roman"/>
        </w:rPr>
      </w:pPr>
      <w:r w:rsidRPr="00F96317">
        <w:rPr>
          <w:rFonts w:ascii="Times New Roman" w:hAnsi="Times New Roman" w:cs="Times New Roman"/>
        </w:rPr>
        <w:t>Vyhláška č. 541/2021 Z. z. o materskej škole v znení neskorších predpisov.</w:t>
      </w:r>
    </w:p>
    <w:p w14:paraId="180E5948" w14:textId="33A0A32E" w:rsidR="00F96317" w:rsidRPr="00F96317" w:rsidRDefault="00F96317" w:rsidP="00FE5BF0">
      <w:pPr>
        <w:pStyle w:val="Odsekzoznamu"/>
        <w:numPr>
          <w:ilvl w:val="0"/>
          <w:numId w:val="25"/>
        </w:numPr>
        <w:spacing w:after="0" w:line="240" w:lineRule="auto"/>
        <w:jc w:val="both"/>
        <w:rPr>
          <w:rFonts w:ascii="Times New Roman" w:hAnsi="Times New Roman" w:cs="Times New Roman"/>
        </w:rPr>
      </w:pPr>
      <w:r w:rsidRPr="00F96317">
        <w:rPr>
          <w:rFonts w:ascii="Times New Roman" w:hAnsi="Times New Roman" w:cs="Times New Roman"/>
        </w:rPr>
        <w:t>Zákon č. 138/2019 Z. z. o pedagogických zamestnancoch a odborných zamestnancoch.</w:t>
      </w:r>
    </w:p>
    <w:p w14:paraId="6E7C496D" w14:textId="44A4D7FF" w:rsidR="00F96317" w:rsidRPr="00F96317" w:rsidRDefault="00F96317" w:rsidP="00FE5BF0">
      <w:pPr>
        <w:pStyle w:val="Odsekzoznamu"/>
        <w:numPr>
          <w:ilvl w:val="0"/>
          <w:numId w:val="25"/>
        </w:numPr>
        <w:spacing w:after="0" w:line="240" w:lineRule="auto"/>
        <w:jc w:val="both"/>
        <w:rPr>
          <w:rFonts w:ascii="Times New Roman" w:hAnsi="Times New Roman" w:cs="Times New Roman"/>
        </w:rPr>
      </w:pPr>
      <w:r w:rsidRPr="00F96317">
        <w:rPr>
          <w:rFonts w:ascii="Times New Roman" w:hAnsi="Times New Roman" w:cs="Times New Roman"/>
        </w:rPr>
        <w:t>Nariadenie (EÚ) 2016/679 (GDPR) a zákon č. 18/2018 Z. z. o ochrane osobných údajov.</w:t>
      </w:r>
    </w:p>
    <w:p w14:paraId="3119C42C" w14:textId="662AC112" w:rsidR="00F96317" w:rsidRPr="00F96317" w:rsidRDefault="00F96317" w:rsidP="00FE5BF0">
      <w:pPr>
        <w:pStyle w:val="Odsekzoznamu"/>
        <w:numPr>
          <w:ilvl w:val="0"/>
          <w:numId w:val="25"/>
        </w:numPr>
        <w:spacing w:after="0" w:line="240" w:lineRule="auto"/>
        <w:jc w:val="both"/>
        <w:rPr>
          <w:rFonts w:ascii="Times New Roman" w:hAnsi="Times New Roman" w:cs="Times New Roman"/>
        </w:rPr>
      </w:pPr>
      <w:r w:rsidRPr="00F96317">
        <w:rPr>
          <w:rFonts w:ascii="Times New Roman" w:hAnsi="Times New Roman" w:cs="Times New Roman"/>
        </w:rPr>
        <w:t>Zákon č. 365/2004 Z. z. antidiskriminačný zákon.</w:t>
      </w:r>
    </w:p>
    <w:p w14:paraId="4487A347" w14:textId="0637FF1C" w:rsidR="00F96317" w:rsidRPr="00F96317" w:rsidRDefault="00F96317" w:rsidP="00FE5BF0">
      <w:pPr>
        <w:pStyle w:val="Odsekzoznamu"/>
        <w:numPr>
          <w:ilvl w:val="0"/>
          <w:numId w:val="25"/>
        </w:numPr>
        <w:spacing w:after="0" w:line="240" w:lineRule="auto"/>
        <w:jc w:val="both"/>
        <w:rPr>
          <w:rFonts w:ascii="Times New Roman" w:hAnsi="Times New Roman" w:cs="Times New Roman"/>
        </w:rPr>
      </w:pPr>
      <w:r w:rsidRPr="00F96317">
        <w:rPr>
          <w:rFonts w:ascii="Times New Roman" w:hAnsi="Times New Roman" w:cs="Times New Roman"/>
        </w:rPr>
        <w:t>Aktuálne metodické a informatívne materiály Ministerstva školstva, výskumu, vývoja a mládeže</w:t>
      </w:r>
    </w:p>
    <w:p w14:paraId="228FA5B9" w14:textId="77777777" w:rsidR="00F96317" w:rsidRPr="00F96317" w:rsidRDefault="00F96317" w:rsidP="00FE5BF0">
      <w:pPr>
        <w:pStyle w:val="Odsekzoznamu"/>
        <w:numPr>
          <w:ilvl w:val="0"/>
          <w:numId w:val="25"/>
        </w:numPr>
        <w:spacing w:after="0" w:line="240" w:lineRule="auto"/>
        <w:jc w:val="both"/>
        <w:rPr>
          <w:rFonts w:ascii="Times New Roman" w:hAnsi="Times New Roman" w:cs="Times New Roman"/>
        </w:rPr>
      </w:pPr>
      <w:r w:rsidRPr="00F96317">
        <w:rPr>
          <w:rFonts w:ascii="Times New Roman" w:hAnsi="Times New Roman" w:cs="Times New Roman"/>
        </w:rPr>
        <w:t>SR, najmä materiál „Vypracovanie školského poriadku v materskej škole“ aktualizovaný 8. 1.</w:t>
      </w:r>
    </w:p>
    <w:p w14:paraId="67810581" w14:textId="463418E9" w:rsidR="00F96317" w:rsidRDefault="00F96317" w:rsidP="00FE5BF0">
      <w:pPr>
        <w:pStyle w:val="Odsekzoznamu"/>
        <w:numPr>
          <w:ilvl w:val="0"/>
          <w:numId w:val="25"/>
        </w:numPr>
        <w:spacing w:after="0" w:line="240" w:lineRule="auto"/>
        <w:jc w:val="both"/>
        <w:rPr>
          <w:rFonts w:ascii="Times New Roman" w:hAnsi="Times New Roman" w:cs="Times New Roman"/>
        </w:rPr>
      </w:pPr>
      <w:r w:rsidRPr="00F96317">
        <w:rPr>
          <w:rFonts w:ascii="Times New Roman" w:hAnsi="Times New Roman" w:cs="Times New Roman"/>
        </w:rPr>
        <w:t>2026.</w:t>
      </w:r>
    </w:p>
    <w:p w14:paraId="390B2D8B" w14:textId="77777777" w:rsidR="006328B7" w:rsidRDefault="006328B7" w:rsidP="006328B7">
      <w:pPr>
        <w:jc w:val="both"/>
        <w:rPr>
          <w:rFonts w:ascii="Times New Roman" w:hAnsi="Times New Roman" w:cs="Times New Roman"/>
          <w:sz w:val="24"/>
          <w:szCs w:val="24"/>
        </w:rPr>
      </w:pPr>
    </w:p>
    <w:p w14:paraId="540A88C2" w14:textId="7CDEF44D" w:rsidR="006328B7" w:rsidRPr="006328B7" w:rsidRDefault="006328B7" w:rsidP="006328B7">
      <w:pPr>
        <w:spacing w:line="240" w:lineRule="auto"/>
        <w:rPr>
          <w:rFonts w:ascii="Times New Roman" w:hAnsi="Times New Roman" w:cs="Times New Roman"/>
          <w:b/>
          <w:szCs w:val="24"/>
        </w:rPr>
      </w:pPr>
      <w:r w:rsidRPr="006328B7">
        <w:rPr>
          <w:rFonts w:ascii="Times New Roman" w:hAnsi="Times New Roman" w:cs="Times New Roman"/>
          <w:b/>
          <w:szCs w:val="24"/>
        </w:rPr>
        <w:t>Zdroje:</w:t>
      </w:r>
    </w:p>
    <w:p w14:paraId="332D6181" w14:textId="526DFCC7" w:rsidR="006328B7" w:rsidRPr="006328B7" w:rsidRDefault="006328B7" w:rsidP="00FE5BF0">
      <w:pPr>
        <w:pStyle w:val="Odsekzoznamu"/>
        <w:numPr>
          <w:ilvl w:val="0"/>
          <w:numId w:val="25"/>
        </w:numPr>
        <w:spacing w:line="240" w:lineRule="auto"/>
        <w:jc w:val="both"/>
        <w:rPr>
          <w:rFonts w:ascii="Times New Roman" w:hAnsi="Times New Roman" w:cs="Times New Roman"/>
          <w:szCs w:val="24"/>
        </w:rPr>
      </w:pPr>
      <w:r w:rsidRPr="006328B7">
        <w:rPr>
          <w:rFonts w:ascii="Times New Roman" w:hAnsi="Times New Roman" w:cs="Times New Roman"/>
          <w:szCs w:val="24"/>
        </w:rPr>
        <w:t xml:space="preserve">Dohovor o právach dieťaťa (OSN, 1989) In Oznámenie Ministerstva zahraničných vecí Slovenskej republiky č. 104/1991 Z. z. </w:t>
      </w:r>
    </w:p>
    <w:p w14:paraId="6F026255" w14:textId="6087362F" w:rsidR="006328B7" w:rsidRPr="006328B7" w:rsidRDefault="006328B7" w:rsidP="00FE5BF0">
      <w:pPr>
        <w:pStyle w:val="Odsekzoznamu"/>
        <w:numPr>
          <w:ilvl w:val="0"/>
          <w:numId w:val="25"/>
        </w:numPr>
        <w:spacing w:line="240" w:lineRule="auto"/>
        <w:jc w:val="both"/>
        <w:rPr>
          <w:rFonts w:ascii="Times New Roman" w:hAnsi="Times New Roman" w:cs="Times New Roman"/>
          <w:szCs w:val="24"/>
        </w:rPr>
      </w:pPr>
      <w:r w:rsidRPr="006328B7">
        <w:rPr>
          <w:rFonts w:ascii="Times New Roman" w:hAnsi="Times New Roman" w:cs="Times New Roman"/>
          <w:szCs w:val="24"/>
        </w:rPr>
        <w:t xml:space="preserve">Metodická príručka </w:t>
      </w:r>
      <w:proofErr w:type="spellStart"/>
      <w:r w:rsidRPr="006328B7">
        <w:rPr>
          <w:rFonts w:ascii="Times New Roman" w:hAnsi="Times New Roman" w:cs="Times New Roman"/>
          <w:szCs w:val="24"/>
        </w:rPr>
        <w:t>desegregácie</w:t>
      </w:r>
      <w:proofErr w:type="spellEnd"/>
      <w:r w:rsidRPr="006328B7">
        <w:rPr>
          <w:rFonts w:ascii="Times New Roman" w:hAnsi="Times New Roman" w:cs="Times New Roman"/>
          <w:szCs w:val="24"/>
        </w:rPr>
        <w:t xml:space="preserve"> vo výchove a vzdelávaní (MŠVVaŠ SR, 2023)</w:t>
      </w:r>
    </w:p>
    <w:p w14:paraId="49835A3A" w14:textId="4CA7F869" w:rsidR="006328B7" w:rsidRPr="006328B7" w:rsidRDefault="006328B7" w:rsidP="00FE5BF0">
      <w:pPr>
        <w:pStyle w:val="Odsekzoznamu"/>
        <w:numPr>
          <w:ilvl w:val="0"/>
          <w:numId w:val="25"/>
        </w:numPr>
        <w:spacing w:line="240" w:lineRule="auto"/>
        <w:jc w:val="both"/>
        <w:rPr>
          <w:rFonts w:ascii="Times New Roman" w:hAnsi="Times New Roman" w:cs="Times New Roman"/>
          <w:szCs w:val="24"/>
        </w:rPr>
      </w:pPr>
      <w:r w:rsidRPr="006328B7">
        <w:rPr>
          <w:rFonts w:ascii="Times New Roman" w:hAnsi="Times New Roman" w:cs="Times New Roman"/>
          <w:szCs w:val="24"/>
        </w:rPr>
        <w:t xml:space="preserve">Zákon č. 245/2008 Z. z. (školský zákon) </w:t>
      </w:r>
    </w:p>
    <w:p w14:paraId="4F294CF2" w14:textId="6F38F0DC" w:rsidR="006328B7" w:rsidRPr="006328B7" w:rsidRDefault="006328B7" w:rsidP="00FE5BF0">
      <w:pPr>
        <w:pStyle w:val="Odsekzoznamu"/>
        <w:numPr>
          <w:ilvl w:val="0"/>
          <w:numId w:val="25"/>
        </w:numPr>
        <w:spacing w:line="240" w:lineRule="auto"/>
        <w:jc w:val="both"/>
        <w:rPr>
          <w:rFonts w:ascii="Times New Roman" w:hAnsi="Times New Roman" w:cs="Times New Roman"/>
          <w:szCs w:val="24"/>
        </w:rPr>
      </w:pPr>
      <w:r w:rsidRPr="006328B7">
        <w:rPr>
          <w:rFonts w:ascii="Times New Roman" w:hAnsi="Times New Roman" w:cs="Times New Roman"/>
          <w:szCs w:val="24"/>
        </w:rPr>
        <w:t xml:space="preserve">Zákon č. 365/2004 Z. z. o rovnakom zaobchádzaní v niektorých oblastiach a o ochrane pred diskrimináciou a o zmene a doplnení niektorých zákonov (antidiskriminačný zákon) v znení neskorších predpisov. </w:t>
      </w:r>
    </w:p>
    <w:p w14:paraId="7E79ACA3" w14:textId="62D74AEF" w:rsidR="006328B7" w:rsidRPr="006328B7" w:rsidRDefault="006328B7" w:rsidP="00FE5BF0">
      <w:pPr>
        <w:pStyle w:val="Odsekzoznamu"/>
        <w:numPr>
          <w:ilvl w:val="0"/>
          <w:numId w:val="25"/>
        </w:numPr>
        <w:spacing w:line="240" w:lineRule="auto"/>
        <w:jc w:val="both"/>
        <w:rPr>
          <w:rFonts w:ascii="Times New Roman" w:hAnsi="Times New Roman" w:cs="Times New Roman"/>
          <w:szCs w:val="24"/>
        </w:rPr>
      </w:pPr>
      <w:r>
        <w:rPr>
          <w:rFonts w:ascii="Times New Roman" w:hAnsi="Times New Roman" w:cs="Times New Roman"/>
          <w:szCs w:val="24"/>
        </w:rPr>
        <w:t>D</w:t>
      </w:r>
      <w:r w:rsidRPr="006328B7">
        <w:rPr>
          <w:rFonts w:ascii="Times New Roman" w:hAnsi="Times New Roman" w:cs="Times New Roman"/>
          <w:szCs w:val="24"/>
        </w:rPr>
        <w:t>ohovor proti diskriminácii vo vzdelávaní (Oznámenie Ministerstva zahraničných vecí a európskych záležitostí Slovenskej republiky č. 276/2024 Z. z.)</w:t>
      </w:r>
    </w:p>
    <w:p w14:paraId="1CE0E96B" w14:textId="78A6DCD2" w:rsidR="006328B7" w:rsidRPr="006328B7" w:rsidRDefault="006328B7" w:rsidP="00FE5BF0">
      <w:pPr>
        <w:pStyle w:val="Odsekzoznamu"/>
        <w:numPr>
          <w:ilvl w:val="0"/>
          <w:numId w:val="25"/>
        </w:numPr>
        <w:spacing w:line="240" w:lineRule="auto"/>
        <w:jc w:val="both"/>
        <w:rPr>
          <w:rFonts w:ascii="Times New Roman" w:hAnsi="Times New Roman" w:cs="Times New Roman"/>
          <w:szCs w:val="24"/>
        </w:rPr>
      </w:pPr>
      <w:r w:rsidRPr="006328B7">
        <w:rPr>
          <w:rFonts w:ascii="Times New Roman" w:hAnsi="Times New Roman" w:cs="Times New Roman"/>
          <w:szCs w:val="24"/>
        </w:rPr>
        <w:t>Dohovor o právach osôb so zdravotným postihnutím (Oznámenie Ministerstva zahraničných vecí Slovenskej republiky č. 317/2010 Z. z.).“</w:t>
      </w:r>
    </w:p>
    <w:p w14:paraId="7B677F9D" w14:textId="1478DE9C" w:rsidR="006328B7" w:rsidRPr="006328B7" w:rsidRDefault="006328B7" w:rsidP="00FE5BF0">
      <w:pPr>
        <w:pStyle w:val="Odsekzoznamu"/>
        <w:numPr>
          <w:ilvl w:val="0"/>
          <w:numId w:val="25"/>
        </w:numPr>
        <w:spacing w:line="240" w:lineRule="auto"/>
        <w:jc w:val="both"/>
        <w:rPr>
          <w:rFonts w:ascii="Times New Roman" w:hAnsi="Times New Roman" w:cs="Times New Roman"/>
          <w:szCs w:val="24"/>
        </w:rPr>
      </w:pPr>
      <w:r>
        <w:rPr>
          <w:rFonts w:ascii="Times New Roman" w:hAnsi="Times New Roman" w:cs="Times New Roman"/>
          <w:szCs w:val="24"/>
        </w:rPr>
        <w:t>M</w:t>
      </w:r>
      <w:r w:rsidRPr="006328B7">
        <w:rPr>
          <w:rFonts w:ascii="Times New Roman" w:hAnsi="Times New Roman" w:cs="Times New Roman"/>
          <w:szCs w:val="24"/>
        </w:rPr>
        <w:t xml:space="preserve">etodická príručka </w:t>
      </w:r>
      <w:proofErr w:type="spellStart"/>
      <w:r w:rsidRPr="006328B7">
        <w:rPr>
          <w:rFonts w:ascii="Times New Roman" w:hAnsi="Times New Roman" w:cs="Times New Roman"/>
          <w:szCs w:val="24"/>
        </w:rPr>
        <w:t>desegregácie</w:t>
      </w:r>
      <w:proofErr w:type="spellEnd"/>
      <w:r w:rsidRPr="006328B7">
        <w:rPr>
          <w:rFonts w:ascii="Times New Roman" w:hAnsi="Times New Roman" w:cs="Times New Roman"/>
          <w:szCs w:val="24"/>
        </w:rPr>
        <w:t xml:space="preserve"> vo výchove a vzdelávaní (MŠVVaŠ SR, 2023) </w:t>
      </w:r>
    </w:p>
    <w:p w14:paraId="57AC8852" w14:textId="77777777" w:rsidR="006328B7" w:rsidRPr="006328B7" w:rsidRDefault="006328B7" w:rsidP="006328B7">
      <w:pPr>
        <w:spacing w:after="0" w:line="240" w:lineRule="auto"/>
        <w:jc w:val="both"/>
        <w:rPr>
          <w:rFonts w:ascii="Times New Roman" w:hAnsi="Times New Roman" w:cs="Times New Roman"/>
        </w:rPr>
      </w:pPr>
    </w:p>
    <w:p w14:paraId="52861F21" w14:textId="77777777" w:rsidR="006328B7" w:rsidRDefault="006328B7" w:rsidP="00851F21">
      <w:pPr>
        <w:spacing w:after="0" w:line="240" w:lineRule="auto"/>
        <w:rPr>
          <w:rFonts w:ascii="Times New Roman" w:hAnsi="Times New Roman" w:cs="Times New Roman"/>
        </w:rPr>
      </w:pPr>
    </w:p>
    <w:p w14:paraId="2F274EA9" w14:textId="5BC02918" w:rsidR="002507E8" w:rsidRDefault="00D454F6" w:rsidP="00FE5BF0">
      <w:pPr>
        <w:pStyle w:val="Odsekzoznamu"/>
        <w:numPr>
          <w:ilvl w:val="0"/>
          <w:numId w:val="27"/>
        </w:numPr>
        <w:spacing w:after="0" w:line="240" w:lineRule="auto"/>
        <w:rPr>
          <w:rFonts w:ascii="Times New Roman" w:hAnsi="Times New Roman" w:cs="Times New Roman"/>
        </w:rPr>
      </w:pPr>
      <w:r w:rsidRPr="006328B7">
        <w:rPr>
          <w:rFonts w:ascii="Times New Roman" w:hAnsi="Times New Roman" w:cs="Times New Roman"/>
        </w:rPr>
        <w:t xml:space="preserve">Školský poriadok je platný od </w:t>
      </w:r>
      <w:r w:rsidR="006328B7" w:rsidRPr="006328B7">
        <w:rPr>
          <w:rFonts w:ascii="Times New Roman" w:hAnsi="Times New Roman" w:cs="Times New Roman"/>
        </w:rPr>
        <w:t>1.9.2026</w:t>
      </w:r>
    </w:p>
    <w:p w14:paraId="5C17C8DE" w14:textId="3BAB94D8" w:rsidR="000A3713" w:rsidRDefault="00D454F6" w:rsidP="00FE5BF0">
      <w:pPr>
        <w:pStyle w:val="Odsekzoznamu"/>
        <w:numPr>
          <w:ilvl w:val="0"/>
          <w:numId w:val="27"/>
        </w:numPr>
        <w:spacing w:after="0" w:line="240" w:lineRule="auto"/>
        <w:jc w:val="both"/>
        <w:rPr>
          <w:rFonts w:ascii="Times New Roman" w:hAnsi="Times New Roman" w:cs="Times New Roman"/>
        </w:rPr>
      </w:pPr>
      <w:r w:rsidRPr="006328B7">
        <w:rPr>
          <w:rFonts w:ascii="Times New Roman" w:hAnsi="Times New Roman" w:cs="Times New Roman"/>
        </w:rPr>
        <w:t>Školský poriadok bude zverejnený na verejne prístupnom mieste v oboch šatniach v</w:t>
      </w:r>
      <w:r w:rsidR="006328B7" w:rsidRPr="006328B7">
        <w:rPr>
          <w:rFonts w:ascii="Times New Roman" w:hAnsi="Times New Roman" w:cs="Times New Roman"/>
        </w:rPr>
        <w:t> </w:t>
      </w:r>
      <w:r w:rsidRPr="006328B7">
        <w:rPr>
          <w:rFonts w:ascii="Times New Roman" w:hAnsi="Times New Roman" w:cs="Times New Roman"/>
        </w:rPr>
        <w:t>škole</w:t>
      </w:r>
      <w:r w:rsidR="006328B7" w:rsidRPr="006328B7">
        <w:rPr>
          <w:rFonts w:ascii="Times New Roman" w:hAnsi="Times New Roman" w:cs="Times New Roman"/>
        </w:rPr>
        <w:t xml:space="preserve"> </w:t>
      </w:r>
      <w:r w:rsidRPr="006328B7">
        <w:rPr>
          <w:rFonts w:ascii="Times New Roman" w:hAnsi="Times New Roman" w:cs="Times New Roman"/>
        </w:rPr>
        <w:t xml:space="preserve">a na webovej stránke – </w:t>
      </w:r>
      <w:hyperlink r:id="rId8" w:history="1">
        <w:r w:rsidR="000A0650" w:rsidRPr="005B5422">
          <w:rPr>
            <w:rStyle w:val="Hypertextovprepojenie"/>
            <w:rFonts w:ascii="Times New Roman" w:hAnsi="Times New Roman" w:cs="Times New Roman"/>
          </w:rPr>
          <w:t>www.mskovarce.estranky.sk</w:t>
        </w:r>
      </w:hyperlink>
    </w:p>
    <w:p w14:paraId="4338CFE4" w14:textId="2FEA83F5" w:rsidR="000A3713" w:rsidRPr="000A0650" w:rsidRDefault="00D454F6" w:rsidP="00FE5BF0">
      <w:pPr>
        <w:pStyle w:val="Odsekzoznamu"/>
        <w:numPr>
          <w:ilvl w:val="0"/>
          <w:numId w:val="27"/>
        </w:numPr>
        <w:spacing w:after="0" w:line="240" w:lineRule="auto"/>
        <w:jc w:val="both"/>
        <w:rPr>
          <w:rFonts w:ascii="Times New Roman" w:hAnsi="Times New Roman" w:cs="Times New Roman"/>
        </w:rPr>
      </w:pPr>
      <w:r w:rsidRPr="000A0650">
        <w:rPr>
          <w:rFonts w:ascii="Times New Roman" w:hAnsi="Times New Roman" w:cs="Times New Roman"/>
        </w:rPr>
        <w:t>Školský poriadok je záväzný pre všetkých zamestnancov materskej školy, pre deti prijaté</w:t>
      </w:r>
      <w:r w:rsidR="00851F21" w:rsidRPr="000A0650">
        <w:rPr>
          <w:rFonts w:ascii="Times New Roman" w:hAnsi="Times New Roman" w:cs="Times New Roman"/>
        </w:rPr>
        <w:t xml:space="preserve"> </w:t>
      </w:r>
      <w:r w:rsidRPr="000A0650">
        <w:rPr>
          <w:rFonts w:ascii="Times New Roman" w:hAnsi="Times New Roman" w:cs="Times New Roman"/>
        </w:rPr>
        <w:t>na predprimárne vzdelávanie, adaptačný alebo diagnostický pobyt dieťaťa a ich zákonných</w:t>
      </w:r>
      <w:r w:rsidR="00851F21" w:rsidRPr="000A0650">
        <w:rPr>
          <w:rFonts w:ascii="Times New Roman" w:hAnsi="Times New Roman" w:cs="Times New Roman"/>
        </w:rPr>
        <w:t xml:space="preserve"> </w:t>
      </w:r>
      <w:r w:rsidRPr="000A0650">
        <w:rPr>
          <w:rFonts w:ascii="Times New Roman" w:hAnsi="Times New Roman" w:cs="Times New Roman"/>
        </w:rPr>
        <w:t>zástupcov.  V prípade porušenia pravidiel školského poriadku  bude podľa miery závažnosti</w:t>
      </w:r>
      <w:r w:rsidR="00851F21" w:rsidRPr="000A0650">
        <w:rPr>
          <w:rFonts w:ascii="Times New Roman" w:hAnsi="Times New Roman" w:cs="Times New Roman"/>
        </w:rPr>
        <w:t xml:space="preserve"> </w:t>
      </w:r>
      <w:r w:rsidRPr="000A0650">
        <w:rPr>
          <w:rFonts w:ascii="Times New Roman" w:hAnsi="Times New Roman" w:cs="Times New Roman"/>
        </w:rPr>
        <w:t>vyvodená zodpovednosť s možnosťami prijatia sankcií, na ktorých udelenie bude dotknutá</w:t>
      </w:r>
      <w:r w:rsidR="00851F21" w:rsidRPr="000A0650">
        <w:rPr>
          <w:rFonts w:ascii="Times New Roman" w:hAnsi="Times New Roman" w:cs="Times New Roman"/>
        </w:rPr>
        <w:t xml:space="preserve"> </w:t>
      </w:r>
      <w:r w:rsidRPr="000A0650">
        <w:rPr>
          <w:rFonts w:ascii="Times New Roman" w:hAnsi="Times New Roman" w:cs="Times New Roman"/>
        </w:rPr>
        <w:t>osoba upozornená.</w:t>
      </w:r>
    </w:p>
    <w:p w14:paraId="1E5A7724" w14:textId="43F8149F" w:rsidR="000A3713" w:rsidRPr="001B708E" w:rsidRDefault="00D454F6" w:rsidP="00FE5BF0">
      <w:pPr>
        <w:pStyle w:val="Odsekzoznamu"/>
        <w:numPr>
          <w:ilvl w:val="0"/>
          <w:numId w:val="27"/>
        </w:numPr>
        <w:spacing w:after="0" w:line="240" w:lineRule="auto"/>
        <w:jc w:val="both"/>
        <w:rPr>
          <w:rFonts w:ascii="Times New Roman" w:hAnsi="Times New Roman" w:cs="Times New Roman"/>
        </w:rPr>
      </w:pPr>
      <w:r w:rsidRPr="001B708E">
        <w:rPr>
          <w:rFonts w:ascii="Times New Roman" w:hAnsi="Times New Roman" w:cs="Times New Roman"/>
        </w:rPr>
        <w:t>Vydaním tohto školského poriadku sa ruší predchádzajúci školský poriadok  platný od 18.septembra 2021.</w:t>
      </w:r>
    </w:p>
    <w:p w14:paraId="1F5D1491" w14:textId="521EC8DE" w:rsidR="000A3713" w:rsidRDefault="00D454F6" w:rsidP="00FE5BF0">
      <w:pPr>
        <w:pStyle w:val="Odsekzoznamu"/>
        <w:numPr>
          <w:ilvl w:val="0"/>
          <w:numId w:val="27"/>
        </w:numPr>
        <w:spacing w:after="0" w:line="240" w:lineRule="auto"/>
        <w:jc w:val="both"/>
        <w:rPr>
          <w:rFonts w:ascii="Times New Roman" w:hAnsi="Times New Roman" w:cs="Times New Roman"/>
        </w:rPr>
      </w:pPr>
      <w:r w:rsidRPr="001B708E">
        <w:rPr>
          <w:rFonts w:ascii="Times New Roman" w:hAnsi="Times New Roman" w:cs="Times New Roman"/>
        </w:rPr>
        <w:t>So školským poriadkom sú preukázateľným spôsobom  (vlastnoručným podpisom na</w:t>
      </w:r>
      <w:r w:rsidR="001B708E" w:rsidRPr="001B708E">
        <w:rPr>
          <w:rFonts w:ascii="Times New Roman" w:hAnsi="Times New Roman" w:cs="Times New Roman"/>
        </w:rPr>
        <w:t xml:space="preserve"> </w:t>
      </w:r>
      <w:r w:rsidRPr="001B708E">
        <w:rPr>
          <w:rFonts w:ascii="Times New Roman" w:hAnsi="Times New Roman" w:cs="Times New Roman"/>
        </w:rPr>
        <w:t>podpisovom hárku, ktorý tvorí prílohu č.2 školského poriadku) oboznámení všetci</w:t>
      </w:r>
      <w:r w:rsidR="001B708E" w:rsidRPr="001B708E">
        <w:rPr>
          <w:rFonts w:ascii="Times New Roman" w:hAnsi="Times New Roman" w:cs="Times New Roman"/>
        </w:rPr>
        <w:t xml:space="preserve"> </w:t>
      </w:r>
      <w:r w:rsidRPr="001B708E">
        <w:rPr>
          <w:rFonts w:ascii="Times New Roman" w:hAnsi="Times New Roman" w:cs="Times New Roman"/>
        </w:rPr>
        <w:t>zamestnanci  materskej školy.</w:t>
      </w:r>
    </w:p>
    <w:p w14:paraId="5A5C0A53" w14:textId="62F33119" w:rsidR="000A3713" w:rsidRDefault="00D454F6" w:rsidP="00FE5BF0">
      <w:pPr>
        <w:pStyle w:val="Odsekzoznamu"/>
        <w:numPr>
          <w:ilvl w:val="0"/>
          <w:numId w:val="27"/>
        </w:numPr>
        <w:spacing w:after="0" w:line="240" w:lineRule="auto"/>
        <w:jc w:val="both"/>
        <w:rPr>
          <w:rFonts w:ascii="Times New Roman" w:hAnsi="Times New Roman" w:cs="Times New Roman"/>
        </w:rPr>
      </w:pPr>
      <w:r w:rsidRPr="001B708E">
        <w:rPr>
          <w:rFonts w:ascii="Times New Roman" w:hAnsi="Times New Roman" w:cs="Times New Roman"/>
        </w:rPr>
        <w:lastRenderedPageBreak/>
        <w:t>So znením školského poriadku  sú vhodným spôsobom oboznámené aj deti navštevujúce</w:t>
      </w:r>
      <w:r w:rsidR="001B708E" w:rsidRPr="001B708E">
        <w:rPr>
          <w:rFonts w:ascii="Times New Roman" w:hAnsi="Times New Roman" w:cs="Times New Roman"/>
        </w:rPr>
        <w:t xml:space="preserve"> </w:t>
      </w:r>
      <w:r w:rsidRPr="001B708E">
        <w:rPr>
          <w:rFonts w:ascii="Times New Roman" w:hAnsi="Times New Roman" w:cs="Times New Roman"/>
        </w:rPr>
        <w:t>materskú školu.</w:t>
      </w:r>
    </w:p>
    <w:p w14:paraId="12C6BF74" w14:textId="17B611CE" w:rsidR="000A3713" w:rsidRDefault="00D454F6" w:rsidP="00FE5BF0">
      <w:pPr>
        <w:pStyle w:val="Odsekzoznamu"/>
        <w:numPr>
          <w:ilvl w:val="0"/>
          <w:numId w:val="27"/>
        </w:numPr>
        <w:spacing w:after="0" w:line="240" w:lineRule="auto"/>
        <w:jc w:val="both"/>
        <w:rPr>
          <w:rFonts w:ascii="Times New Roman" w:hAnsi="Times New Roman" w:cs="Times New Roman"/>
        </w:rPr>
      </w:pPr>
      <w:r w:rsidRPr="001B708E">
        <w:rPr>
          <w:rFonts w:ascii="Times New Roman" w:hAnsi="Times New Roman" w:cs="Times New Roman"/>
        </w:rPr>
        <w:t>O vydaní a obsahu školského poriadku riaditeľka materskej školy informuje zákonných</w:t>
      </w:r>
      <w:r w:rsidR="001B708E" w:rsidRPr="001B708E">
        <w:rPr>
          <w:rFonts w:ascii="Times New Roman" w:hAnsi="Times New Roman" w:cs="Times New Roman"/>
        </w:rPr>
        <w:t xml:space="preserve"> </w:t>
      </w:r>
      <w:r w:rsidRPr="001B708E">
        <w:rPr>
          <w:rFonts w:ascii="Times New Roman" w:hAnsi="Times New Roman" w:cs="Times New Roman"/>
        </w:rPr>
        <w:t>zástupcov na schôdzi rodičovského združenia.</w:t>
      </w:r>
    </w:p>
    <w:p w14:paraId="4065C98E" w14:textId="528DF836" w:rsidR="00DE5581" w:rsidRDefault="00D454F6" w:rsidP="00DE5581">
      <w:pPr>
        <w:pStyle w:val="Odsekzoznamu"/>
        <w:numPr>
          <w:ilvl w:val="0"/>
          <w:numId w:val="27"/>
        </w:numPr>
        <w:spacing w:after="0" w:line="240" w:lineRule="auto"/>
        <w:jc w:val="both"/>
        <w:rPr>
          <w:rFonts w:ascii="Times New Roman" w:hAnsi="Times New Roman" w:cs="Times New Roman"/>
        </w:rPr>
      </w:pPr>
      <w:r w:rsidRPr="001B708E">
        <w:rPr>
          <w:rFonts w:ascii="Times New Roman" w:hAnsi="Times New Roman" w:cs="Times New Roman"/>
        </w:rPr>
        <w:t>Tento školský poriadok možno meniť len prostredníctvom príslušných dodatkov, ktoré sú</w:t>
      </w:r>
      <w:r w:rsidR="001B708E" w:rsidRPr="001B708E">
        <w:rPr>
          <w:rFonts w:ascii="Times New Roman" w:hAnsi="Times New Roman" w:cs="Times New Roman"/>
        </w:rPr>
        <w:t xml:space="preserve"> </w:t>
      </w:r>
      <w:r w:rsidRPr="001B708E">
        <w:rPr>
          <w:rFonts w:ascii="Times New Roman" w:hAnsi="Times New Roman" w:cs="Times New Roman"/>
        </w:rPr>
        <w:t>očíslované v chronologickom poradí podľa vydania a pred ich vydaním sú prerokované</w:t>
      </w:r>
      <w:r w:rsidR="001B708E" w:rsidRPr="001B708E">
        <w:rPr>
          <w:rFonts w:ascii="Times New Roman" w:hAnsi="Times New Roman" w:cs="Times New Roman"/>
        </w:rPr>
        <w:t xml:space="preserve"> </w:t>
      </w:r>
      <w:r w:rsidRPr="001B708E">
        <w:rPr>
          <w:rFonts w:ascii="Times New Roman" w:hAnsi="Times New Roman" w:cs="Times New Roman"/>
        </w:rPr>
        <w:t xml:space="preserve">v </w:t>
      </w:r>
      <w:r w:rsidR="001B708E" w:rsidRPr="001B708E">
        <w:rPr>
          <w:rFonts w:ascii="Times New Roman" w:hAnsi="Times New Roman" w:cs="Times New Roman"/>
        </w:rPr>
        <w:t>p</w:t>
      </w:r>
      <w:r w:rsidRPr="001B708E">
        <w:rPr>
          <w:rFonts w:ascii="Times New Roman" w:hAnsi="Times New Roman" w:cs="Times New Roman"/>
        </w:rPr>
        <w:t>edagogickej rade  školy a v rade školy.</w:t>
      </w:r>
    </w:p>
    <w:p w14:paraId="3514CE9F" w14:textId="7A478CD0" w:rsidR="00DE5581" w:rsidRDefault="00DE5581" w:rsidP="00DE5581">
      <w:pPr>
        <w:spacing w:after="0" w:line="240" w:lineRule="auto"/>
        <w:jc w:val="both"/>
        <w:rPr>
          <w:rFonts w:ascii="Times New Roman" w:hAnsi="Times New Roman" w:cs="Times New Roman"/>
        </w:rPr>
      </w:pPr>
    </w:p>
    <w:p w14:paraId="25F20CB6" w14:textId="4BF50162" w:rsidR="00DE5581" w:rsidRDefault="00DE5581" w:rsidP="00DE5581">
      <w:pPr>
        <w:spacing w:after="0" w:line="240" w:lineRule="auto"/>
        <w:jc w:val="both"/>
        <w:rPr>
          <w:rFonts w:ascii="Times New Roman" w:hAnsi="Times New Roman" w:cs="Times New Roman"/>
        </w:rPr>
      </w:pPr>
    </w:p>
    <w:p w14:paraId="1142EE29" w14:textId="77777777" w:rsidR="00DE5581" w:rsidRDefault="00DE5581" w:rsidP="00DE5581">
      <w:pPr>
        <w:spacing w:after="0" w:line="240" w:lineRule="auto"/>
        <w:jc w:val="both"/>
        <w:rPr>
          <w:rFonts w:ascii="Times New Roman" w:hAnsi="Times New Roman" w:cs="Times New Roman"/>
        </w:rPr>
      </w:pPr>
    </w:p>
    <w:p w14:paraId="5DFE866B" w14:textId="0E81F330" w:rsidR="00DE5581" w:rsidRDefault="00DE5581" w:rsidP="00DE5581">
      <w:pPr>
        <w:spacing w:after="0" w:line="240" w:lineRule="auto"/>
        <w:ind w:left="5760" w:firstLine="720"/>
        <w:jc w:val="both"/>
        <w:rPr>
          <w:rFonts w:ascii="Times New Roman" w:hAnsi="Times New Roman" w:cs="Times New Roman"/>
        </w:rPr>
      </w:pPr>
      <w:r>
        <w:rPr>
          <w:rFonts w:ascii="Times New Roman" w:hAnsi="Times New Roman" w:cs="Times New Roman"/>
        </w:rPr>
        <w:t xml:space="preserve">Bc. Lucia </w:t>
      </w:r>
      <w:proofErr w:type="spellStart"/>
      <w:r>
        <w:rPr>
          <w:rFonts w:ascii="Times New Roman" w:hAnsi="Times New Roman" w:cs="Times New Roman"/>
        </w:rPr>
        <w:t>Kertészová</w:t>
      </w:r>
      <w:proofErr w:type="spellEnd"/>
    </w:p>
    <w:p w14:paraId="2A5B2579" w14:textId="11D6D038" w:rsidR="00DE5581" w:rsidRPr="00DE5581" w:rsidRDefault="00DE5581" w:rsidP="00DE5581">
      <w:pPr>
        <w:spacing w:after="0" w:line="240" w:lineRule="auto"/>
        <w:ind w:left="5760"/>
        <w:jc w:val="both"/>
        <w:rPr>
          <w:rFonts w:ascii="Times New Roman" w:hAnsi="Times New Roman" w:cs="Times New Roman"/>
        </w:rPr>
      </w:pPr>
      <w:r>
        <w:rPr>
          <w:rFonts w:ascii="Times New Roman" w:hAnsi="Times New Roman" w:cs="Times New Roman"/>
        </w:rPr>
        <w:t xml:space="preserve">         riaditeľka materskej školy</w:t>
      </w:r>
      <w:bookmarkStart w:id="0" w:name="_GoBack"/>
      <w:bookmarkEnd w:id="0"/>
    </w:p>
    <w:sectPr w:rsidR="00DE5581" w:rsidRPr="00DE5581" w:rsidSect="00034616">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AC3BD9" w14:textId="77777777" w:rsidR="006B49F2" w:rsidRDefault="006B49F2" w:rsidP="00903091">
      <w:pPr>
        <w:spacing w:after="0" w:line="240" w:lineRule="auto"/>
      </w:pPr>
      <w:r>
        <w:separator/>
      </w:r>
    </w:p>
  </w:endnote>
  <w:endnote w:type="continuationSeparator" w:id="0">
    <w:p w14:paraId="644E28F3" w14:textId="77777777" w:rsidR="006B49F2" w:rsidRDefault="006B49F2" w:rsidP="009030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1053303"/>
      <w:docPartObj>
        <w:docPartGallery w:val="Page Numbers (Bottom of Page)"/>
        <w:docPartUnique/>
      </w:docPartObj>
    </w:sdtPr>
    <w:sdtEndPr/>
    <w:sdtContent>
      <w:p w14:paraId="47CB8258" w14:textId="77777777" w:rsidR="00BC6AFF" w:rsidRDefault="00BC6AFF">
        <w:pPr>
          <w:pStyle w:val="Pta"/>
          <w:jc w:val="right"/>
        </w:pPr>
        <w:r>
          <w:fldChar w:fldCharType="begin"/>
        </w:r>
        <w:r>
          <w:instrText>PAGE   \* MERGEFORMAT</w:instrText>
        </w:r>
        <w:r>
          <w:fldChar w:fldCharType="separate"/>
        </w:r>
        <w:r>
          <w:t>2</w:t>
        </w:r>
        <w:r>
          <w:fldChar w:fldCharType="end"/>
        </w:r>
      </w:p>
    </w:sdtContent>
  </w:sdt>
  <w:p w14:paraId="65543F63" w14:textId="77777777" w:rsidR="00BC6AFF" w:rsidRDefault="00BC6AF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4F6A47" w14:textId="77777777" w:rsidR="006B49F2" w:rsidRDefault="006B49F2" w:rsidP="00903091">
      <w:pPr>
        <w:spacing w:after="0" w:line="240" w:lineRule="auto"/>
      </w:pPr>
      <w:r>
        <w:separator/>
      </w:r>
    </w:p>
  </w:footnote>
  <w:footnote w:type="continuationSeparator" w:id="0">
    <w:p w14:paraId="49DEABD6" w14:textId="77777777" w:rsidR="006B49F2" w:rsidRDefault="006B49F2" w:rsidP="009030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FB12693A"/>
    <w:lvl w:ilvl="0">
      <w:start w:val="1"/>
      <w:numFmt w:val="decimal"/>
      <w:pStyle w:val="slovanzoznam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slovanzoznam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Zoznamsodrkami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Zoznamsodrkami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slovanzoznam"/>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Zoznamsodrkami"/>
      <w:lvlText w:val=""/>
      <w:lvlJc w:val="left"/>
      <w:pPr>
        <w:tabs>
          <w:tab w:val="num" w:pos="360"/>
        </w:tabs>
        <w:ind w:left="360" w:hanging="360"/>
      </w:pPr>
      <w:rPr>
        <w:rFonts w:ascii="Symbol" w:hAnsi="Symbol" w:hint="default"/>
      </w:rPr>
    </w:lvl>
  </w:abstractNum>
  <w:abstractNum w:abstractNumId="6" w15:restartNumberingAfterBreak="0">
    <w:nsid w:val="0E7D16D5"/>
    <w:multiLevelType w:val="hybridMultilevel"/>
    <w:tmpl w:val="1A4C39B0"/>
    <w:lvl w:ilvl="0" w:tplc="C34CDA94">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D212E7D"/>
    <w:multiLevelType w:val="hybridMultilevel"/>
    <w:tmpl w:val="6B10D202"/>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22770A7"/>
    <w:multiLevelType w:val="hybridMultilevel"/>
    <w:tmpl w:val="611CDE06"/>
    <w:lvl w:ilvl="0" w:tplc="869C77E8">
      <w:start w:val="1"/>
      <w:numFmt w:val="bullet"/>
      <w:lvlText w:val="•"/>
      <w:lvlJc w:val="left"/>
      <w:pPr>
        <w:ind w:left="360" w:hanging="360"/>
      </w:pPr>
      <w:rPr>
        <w:rFonts w:ascii="Times New Roman" w:eastAsiaTheme="minorEastAsia"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15:restartNumberingAfterBreak="0">
    <w:nsid w:val="24F21BF4"/>
    <w:multiLevelType w:val="hybridMultilevel"/>
    <w:tmpl w:val="AE9E5708"/>
    <w:lvl w:ilvl="0" w:tplc="041B0001">
      <w:start w:val="1"/>
      <w:numFmt w:val="bullet"/>
      <w:lvlText w:val=""/>
      <w:lvlJc w:val="left"/>
      <w:pPr>
        <w:ind w:left="360" w:hanging="360"/>
      </w:pPr>
      <w:rPr>
        <w:rFonts w:ascii="Symbol" w:hAnsi="Symbol" w:hint="default"/>
      </w:rPr>
    </w:lvl>
    <w:lvl w:ilvl="1" w:tplc="2CE81370">
      <w:start w:val="1"/>
      <w:numFmt w:val="bullet"/>
      <w:lvlText w:val="•"/>
      <w:lvlJc w:val="left"/>
      <w:pPr>
        <w:ind w:left="1080" w:hanging="360"/>
      </w:pPr>
      <w:rPr>
        <w:rFonts w:ascii="Times New Roman" w:eastAsiaTheme="minorEastAsia" w:hAnsi="Times New Roman" w:cs="Times New Roman"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 w15:restartNumberingAfterBreak="0">
    <w:nsid w:val="2B9D51A5"/>
    <w:multiLevelType w:val="multilevel"/>
    <w:tmpl w:val="5EDC793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B230BE"/>
    <w:multiLevelType w:val="hybridMultilevel"/>
    <w:tmpl w:val="5846027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2" w15:restartNumberingAfterBreak="0">
    <w:nsid w:val="318F74F5"/>
    <w:multiLevelType w:val="hybridMultilevel"/>
    <w:tmpl w:val="BE5ED63A"/>
    <w:lvl w:ilvl="0" w:tplc="041B000F">
      <w:start w:val="1"/>
      <w:numFmt w:val="decimal"/>
      <w:lvlText w:val="%1."/>
      <w:lvlJc w:val="left"/>
      <w:pPr>
        <w:ind w:left="360" w:hanging="360"/>
      </w:pPr>
    </w:lvl>
    <w:lvl w:ilvl="1" w:tplc="041B000F">
      <w:start w:val="1"/>
      <w:numFmt w:val="decimal"/>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3BB26461"/>
    <w:multiLevelType w:val="hybridMultilevel"/>
    <w:tmpl w:val="412461A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15:restartNumberingAfterBreak="0">
    <w:nsid w:val="4848430C"/>
    <w:multiLevelType w:val="hybridMultilevel"/>
    <w:tmpl w:val="EB64EFF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5" w15:restartNumberingAfterBreak="0">
    <w:nsid w:val="4BA00967"/>
    <w:multiLevelType w:val="hybridMultilevel"/>
    <w:tmpl w:val="CEFE5A9E"/>
    <w:lvl w:ilvl="0" w:tplc="869C77E8">
      <w:start w:val="1"/>
      <w:numFmt w:val="bullet"/>
      <w:lvlText w:val="•"/>
      <w:lvlJc w:val="left"/>
      <w:pPr>
        <w:ind w:left="360" w:hanging="360"/>
      </w:pPr>
      <w:rPr>
        <w:rFonts w:ascii="Times New Roman" w:eastAsiaTheme="minorEastAsia"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50DA6EE6"/>
    <w:multiLevelType w:val="hybridMultilevel"/>
    <w:tmpl w:val="808AD65E"/>
    <w:lvl w:ilvl="0" w:tplc="041B0001">
      <w:start w:val="1"/>
      <w:numFmt w:val="bullet"/>
      <w:lvlText w:val=""/>
      <w:lvlJc w:val="left"/>
      <w:pPr>
        <w:ind w:left="360" w:hanging="360"/>
      </w:pPr>
      <w:rPr>
        <w:rFonts w:ascii="Symbol" w:hAnsi="Symbol" w:hint="default"/>
      </w:rPr>
    </w:lvl>
    <w:lvl w:ilvl="1" w:tplc="DE200AA4">
      <w:numFmt w:val="bullet"/>
      <w:lvlText w:val="•"/>
      <w:lvlJc w:val="left"/>
      <w:pPr>
        <w:ind w:left="1080" w:hanging="360"/>
      </w:pPr>
      <w:rPr>
        <w:rFonts w:ascii="Times New Roman" w:eastAsiaTheme="minorEastAsia" w:hAnsi="Times New Roman" w:cs="Times New Roman"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7" w15:restartNumberingAfterBreak="0">
    <w:nsid w:val="51F619AF"/>
    <w:multiLevelType w:val="hybridMultilevel"/>
    <w:tmpl w:val="19BCCAA0"/>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54A502C0"/>
    <w:multiLevelType w:val="hybridMultilevel"/>
    <w:tmpl w:val="3E9A2F62"/>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9" w15:restartNumberingAfterBreak="0">
    <w:nsid w:val="54DE1CF8"/>
    <w:multiLevelType w:val="hybridMultilevel"/>
    <w:tmpl w:val="730297BA"/>
    <w:lvl w:ilvl="0" w:tplc="2724E4B4">
      <w:start w:val="2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9914F73"/>
    <w:multiLevelType w:val="hybridMultilevel"/>
    <w:tmpl w:val="4F72597C"/>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5A7B73CE"/>
    <w:multiLevelType w:val="hybridMultilevel"/>
    <w:tmpl w:val="015A4DA4"/>
    <w:lvl w:ilvl="0" w:tplc="372E37F8">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6686749F"/>
    <w:multiLevelType w:val="hybridMultilevel"/>
    <w:tmpl w:val="9ED4C6C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6C455E5D"/>
    <w:multiLevelType w:val="hybridMultilevel"/>
    <w:tmpl w:val="F2344D74"/>
    <w:lvl w:ilvl="0" w:tplc="041B0001">
      <w:start w:val="1"/>
      <w:numFmt w:val="bullet"/>
      <w:lvlText w:val=""/>
      <w:lvlJc w:val="left"/>
      <w:pPr>
        <w:ind w:left="360" w:hanging="360"/>
      </w:pPr>
      <w:rPr>
        <w:rFonts w:ascii="Symbol" w:hAnsi="Symbol" w:hint="default"/>
      </w:rPr>
    </w:lvl>
    <w:lvl w:ilvl="1" w:tplc="C4048058">
      <w:numFmt w:val="bullet"/>
      <w:lvlText w:val="•"/>
      <w:lvlJc w:val="left"/>
      <w:pPr>
        <w:ind w:left="1080" w:hanging="360"/>
      </w:pPr>
      <w:rPr>
        <w:rFonts w:ascii="Times New Roman" w:eastAsiaTheme="minorEastAsia" w:hAnsi="Times New Roman" w:cs="Times New Roman"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6E4D53B7"/>
    <w:multiLevelType w:val="hybridMultilevel"/>
    <w:tmpl w:val="D4125198"/>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7405229F"/>
    <w:multiLevelType w:val="hybridMultilevel"/>
    <w:tmpl w:val="CD0E0AA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78DD19F2"/>
    <w:multiLevelType w:val="hybridMultilevel"/>
    <w:tmpl w:val="823489A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7" w15:restartNumberingAfterBreak="0">
    <w:nsid w:val="7C5815DA"/>
    <w:multiLevelType w:val="hybridMultilevel"/>
    <w:tmpl w:val="E4FE765A"/>
    <w:lvl w:ilvl="0" w:tplc="041B0017">
      <w:start w:val="1"/>
      <w:numFmt w:val="lowerLetter"/>
      <w:lvlText w:val="%1)"/>
      <w:lvlJc w:val="left"/>
      <w:pPr>
        <w:ind w:left="360" w:hanging="360"/>
      </w:pPr>
    </w:lvl>
    <w:lvl w:ilvl="1" w:tplc="D29A0658">
      <w:start w:val="1"/>
      <w:numFmt w:val="decimal"/>
      <w:lvlText w:val="%2."/>
      <w:lvlJc w:val="left"/>
      <w:pPr>
        <w:ind w:left="108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5"/>
  </w:num>
  <w:num w:numId="2">
    <w:abstractNumId w:val="3"/>
  </w:num>
  <w:num w:numId="3">
    <w:abstractNumId w:val="2"/>
  </w:num>
  <w:num w:numId="4">
    <w:abstractNumId w:val="4"/>
  </w:num>
  <w:num w:numId="5">
    <w:abstractNumId w:val="1"/>
  </w:num>
  <w:num w:numId="6">
    <w:abstractNumId w:val="0"/>
  </w:num>
  <w:num w:numId="7">
    <w:abstractNumId w:val="16"/>
  </w:num>
  <w:num w:numId="8">
    <w:abstractNumId w:val="13"/>
  </w:num>
  <w:num w:numId="9">
    <w:abstractNumId w:val="9"/>
  </w:num>
  <w:num w:numId="10">
    <w:abstractNumId w:val="10"/>
  </w:num>
  <w:num w:numId="11">
    <w:abstractNumId w:val="23"/>
  </w:num>
  <w:num w:numId="12">
    <w:abstractNumId w:val="14"/>
  </w:num>
  <w:num w:numId="13">
    <w:abstractNumId w:val="24"/>
  </w:num>
  <w:num w:numId="14">
    <w:abstractNumId w:val="11"/>
  </w:num>
  <w:num w:numId="15">
    <w:abstractNumId w:val="21"/>
  </w:num>
  <w:num w:numId="16">
    <w:abstractNumId w:val="8"/>
  </w:num>
  <w:num w:numId="17">
    <w:abstractNumId w:val="7"/>
  </w:num>
  <w:num w:numId="18">
    <w:abstractNumId w:val="27"/>
  </w:num>
  <w:num w:numId="19">
    <w:abstractNumId w:val="15"/>
  </w:num>
  <w:num w:numId="20">
    <w:abstractNumId w:val="20"/>
  </w:num>
  <w:num w:numId="21">
    <w:abstractNumId w:val="12"/>
  </w:num>
  <w:num w:numId="22">
    <w:abstractNumId w:val="19"/>
  </w:num>
  <w:num w:numId="23">
    <w:abstractNumId w:val="6"/>
  </w:num>
  <w:num w:numId="24">
    <w:abstractNumId w:val="17"/>
  </w:num>
  <w:num w:numId="25">
    <w:abstractNumId w:val="18"/>
  </w:num>
  <w:num w:numId="26">
    <w:abstractNumId w:val="22"/>
  </w:num>
  <w:num w:numId="27">
    <w:abstractNumId w:val="25"/>
  </w:num>
  <w:num w:numId="28">
    <w:abstractNumId w:val="2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36FF"/>
    <w:rsid w:val="00034616"/>
    <w:rsid w:val="0006063C"/>
    <w:rsid w:val="000A0650"/>
    <w:rsid w:val="000A3713"/>
    <w:rsid w:val="00135483"/>
    <w:rsid w:val="0015074B"/>
    <w:rsid w:val="001A278F"/>
    <w:rsid w:val="001B708E"/>
    <w:rsid w:val="001E2C3C"/>
    <w:rsid w:val="002507E8"/>
    <w:rsid w:val="0029639D"/>
    <w:rsid w:val="00326F90"/>
    <w:rsid w:val="003468B2"/>
    <w:rsid w:val="0036313D"/>
    <w:rsid w:val="003B4B51"/>
    <w:rsid w:val="003E7471"/>
    <w:rsid w:val="004308DB"/>
    <w:rsid w:val="00482178"/>
    <w:rsid w:val="004E2E0B"/>
    <w:rsid w:val="00501A59"/>
    <w:rsid w:val="00557031"/>
    <w:rsid w:val="0058348F"/>
    <w:rsid w:val="005B4E47"/>
    <w:rsid w:val="005B6D31"/>
    <w:rsid w:val="005D3C99"/>
    <w:rsid w:val="0061372C"/>
    <w:rsid w:val="006328B7"/>
    <w:rsid w:val="00681B98"/>
    <w:rsid w:val="006B49F2"/>
    <w:rsid w:val="006E0119"/>
    <w:rsid w:val="00722DFF"/>
    <w:rsid w:val="00825AAF"/>
    <w:rsid w:val="008322F6"/>
    <w:rsid w:val="00832562"/>
    <w:rsid w:val="00851F21"/>
    <w:rsid w:val="00856A7B"/>
    <w:rsid w:val="00872019"/>
    <w:rsid w:val="00903091"/>
    <w:rsid w:val="00A21734"/>
    <w:rsid w:val="00A54CC1"/>
    <w:rsid w:val="00A77761"/>
    <w:rsid w:val="00A9156E"/>
    <w:rsid w:val="00AA1D8D"/>
    <w:rsid w:val="00AA3963"/>
    <w:rsid w:val="00B47730"/>
    <w:rsid w:val="00B73EE0"/>
    <w:rsid w:val="00B80186"/>
    <w:rsid w:val="00BB48FB"/>
    <w:rsid w:val="00BC6AFF"/>
    <w:rsid w:val="00C041CE"/>
    <w:rsid w:val="00C60BA2"/>
    <w:rsid w:val="00C62E1D"/>
    <w:rsid w:val="00C815EB"/>
    <w:rsid w:val="00C966BC"/>
    <w:rsid w:val="00CB0664"/>
    <w:rsid w:val="00CB6CE7"/>
    <w:rsid w:val="00CB7CC1"/>
    <w:rsid w:val="00CF673C"/>
    <w:rsid w:val="00D11FB8"/>
    <w:rsid w:val="00D454F6"/>
    <w:rsid w:val="00DE5581"/>
    <w:rsid w:val="00E16855"/>
    <w:rsid w:val="00E47760"/>
    <w:rsid w:val="00EA326C"/>
    <w:rsid w:val="00EB3E60"/>
    <w:rsid w:val="00ED379F"/>
    <w:rsid w:val="00F96317"/>
    <w:rsid w:val="00FC693F"/>
    <w:rsid w:val="00FE5BF0"/>
    <w:rsid w:val="00FF62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6784671"/>
  <w14:defaultImageDpi w14:val="300"/>
  <w15:docId w15:val="{556AE590-5C5F-4B9A-A2F3-C8E5632C2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FC693F"/>
    <w:rPr>
      <w:rFonts w:ascii="Arial" w:hAnsi="Arial"/>
      <w:lang w:val="sk-SK"/>
    </w:rPr>
  </w:style>
  <w:style w:type="paragraph" w:styleId="Nadpis1">
    <w:name w:val="heading 1"/>
    <w:basedOn w:val="Normlny"/>
    <w:next w:val="Normlny"/>
    <w:link w:val="Nadpis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dpis9">
    <w:name w:val="heading 9"/>
    <w:basedOn w:val="Normlny"/>
    <w:next w:val="Normlny"/>
    <w:link w:val="Nadpis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618BF"/>
    <w:pPr>
      <w:tabs>
        <w:tab w:val="center" w:pos="4680"/>
        <w:tab w:val="right" w:pos="9360"/>
      </w:tabs>
      <w:spacing w:after="0" w:line="240" w:lineRule="auto"/>
    </w:pPr>
  </w:style>
  <w:style w:type="character" w:customStyle="1" w:styleId="HlavikaChar">
    <w:name w:val="Hlavička Char"/>
    <w:basedOn w:val="Predvolenpsmoodseku"/>
    <w:link w:val="Hlavika"/>
    <w:uiPriority w:val="99"/>
    <w:rsid w:val="00E618BF"/>
  </w:style>
  <w:style w:type="paragraph" w:styleId="Pta">
    <w:name w:val="footer"/>
    <w:basedOn w:val="Normlny"/>
    <w:link w:val="PtaChar"/>
    <w:uiPriority w:val="99"/>
    <w:unhideWhenUsed/>
    <w:rsid w:val="00E618BF"/>
    <w:pPr>
      <w:tabs>
        <w:tab w:val="center" w:pos="4680"/>
        <w:tab w:val="right" w:pos="9360"/>
      </w:tabs>
      <w:spacing w:after="0" w:line="240" w:lineRule="auto"/>
    </w:pPr>
  </w:style>
  <w:style w:type="character" w:customStyle="1" w:styleId="PtaChar">
    <w:name w:val="Päta Char"/>
    <w:basedOn w:val="Predvolenpsmoodseku"/>
    <w:link w:val="Pta"/>
    <w:uiPriority w:val="99"/>
    <w:rsid w:val="00E618BF"/>
  </w:style>
  <w:style w:type="paragraph" w:styleId="Bezriadkovania">
    <w:name w:val="No Spacing"/>
    <w:uiPriority w:val="1"/>
    <w:qFormat/>
    <w:rsid w:val="00FC693F"/>
    <w:pPr>
      <w:spacing w:after="0" w:line="240" w:lineRule="auto"/>
    </w:pPr>
  </w:style>
  <w:style w:type="character" w:customStyle="1" w:styleId="Nadpis1Char">
    <w:name w:val="Nadpis 1 Char"/>
    <w:basedOn w:val="Predvolenpsmoodseku"/>
    <w:link w:val="Nadpis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rsid w:val="00FC693F"/>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FC693F"/>
    <w:rPr>
      <w:rFonts w:asciiTheme="majorHAnsi" w:eastAsiaTheme="majorEastAsia" w:hAnsiTheme="majorHAnsi" w:cstheme="majorBidi"/>
      <w:b/>
      <w:bCs/>
      <w:color w:val="4F81BD" w:themeColor="accent1"/>
    </w:rPr>
  </w:style>
  <w:style w:type="paragraph" w:styleId="Nzov">
    <w:name w:val="Title"/>
    <w:basedOn w:val="Normlny"/>
    <w:next w:val="Normlny"/>
    <w:link w:val="Nzov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itul">
    <w:name w:val="Subtitle"/>
    <w:basedOn w:val="Normlny"/>
    <w:next w:val="Normlny"/>
    <w:link w:val="Podtitu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Predvolenpsmoodseku"/>
    <w:link w:val="Podtitul"/>
    <w:uiPriority w:val="11"/>
    <w:rsid w:val="00FC693F"/>
    <w:rPr>
      <w:rFonts w:asciiTheme="majorHAnsi" w:eastAsiaTheme="majorEastAsia" w:hAnsiTheme="majorHAnsi" w:cstheme="majorBidi"/>
      <w:i/>
      <w:iCs/>
      <w:color w:val="4F81BD" w:themeColor="accent1"/>
      <w:spacing w:val="15"/>
      <w:sz w:val="24"/>
      <w:szCs w:val="24"/>
    </w:rPr>
  </w:style>
  <w:style w:type="paragraph" w:styleId="Odsekzoznamu">
    <w:name w:val="List Paragraph"/>
    <w:basedOn w:val="Normlny"/>
    <w:uiPriority w:val="34"/>
    <w:qFormat/>
    <w:rsid w:val="00FC693F"/>
    <w:pPr>
      <w:ind w:left="720"/>
      <w:contextualSpacing/>
    </w:pPr>
  </w:style>
  <w:style w:type="paragraph" w:styleId="Zkladntext">
    <w:name w:val="Body Text"/>
    <w:basedOn w:val="Normlny"/>
    <w:link w:val="ZkladntextChar"/>
    <w:uiPriority w:val="99"/>
    <w:unhideWhenUsed/>
    <w:rsid w:val="00AA1D8D"/>
    <w:pPr>
      <w:spacing w:after="120"/>
    </w:pPr>
  </w:style>
  <w:style w:type="character" w:customStyle="1" w:styleId="ZkladntextChar">
    <w:name w:val="Základný text Char"/>
    <w:basedOn w:val="Predvolenpsmoodseku"/>
    <w:link w:val="Zkladntext"/>
    <w:uiPriority w:val="99"/>
    <w:rsid w:val="00AA1D8D"/>
  </w:style>
  <w:style w:type="paragraph" w:styleId="Zkladntext2">
    <w:name w:val="Body Text 2"/>
    <w:basedOn w:val="Normlny"/>
    <w:link w:val="Zkladntext2Char"/>
    <w:uiPriority w:val="99"/>
    <w:unhideWhenUsed/>
    <w:rsid w:val="00AA1D8D"/>
    <w:pPr>
      <w:spacing w:after="120" w:line="480" w:lineRule="auto"/>
    </w:pPr>
  </w:style>
  <w:style w:type="character" w:customStyle="1" w:styleId="Zkladntext2Char">
    <w:name w:val="Základný text 2 Char"/>
    <w:basedOn w:val="Predvolenpsmoodseku"/>
    <w:link w:val="Zkladntext2"/>
    <w:uiPriority w:val="99"/>
    <w:rsid w:val="00AA1D8D"/>
  </w:style>
  <w:style w:type="paragraph" w:styleId="Zkladntext3">
    <w:name w:val="Body Text 3"/>
    <w:basedOn w:val="Normlny"/>
    <w:link w:val="Zkladntext3Char"/>
    <w:uiPriority w:val="99"/>
    <w:unhideWhenUsed/>
    <w:rsid w:val="00AA1D8D"/>
    <w:pPr>
      <w:spacing w:after="120"/>
    </w:pPr>
    <w:rPr>
      <w:sz w:val="16"/>
      <w:szCs w:val="16"/>
    </w:rPr>
  </w:style>
  <w:style w:type="character" w:customStyle="1" w:styleId="Zkladntext3Char">
    <w:name w:val="Základný text 3 Char"/>
    <w:basedOn w:val="Predvolenpsmoodseku"/>
    <w:link w:val="Zkladntext3"/>
    <w:uiPriority w:val="99"/>
    <w:rsid w:val="00AA1D8D"/>
    <w:rPr>
      <w:sz w:val="16"/>
      <w:szCs w:val="16"/>
    </w:rPr>
  </w:style>
  <w:style w:type="paragraph" w:styleId="Zoznam">
    <w:name w:val="List"/>
    <w:basedOn w:val="Normlny"/>
    <w:uiPriority w:val="99"/>
    <w:unhideWhenUsed/>
    <w:rsid w:val="00AA1D8D"/>
    <w:pPr>
      <w:ind w:left="360" w:hanging="360"/>
      <w:contextualSpacing/>
    </w:pPr>
  </w:style>
  <w:style w:type="paragraph" w:styleId="Zoznam2">
    <w:name w:val="List 2"/>
    <w:basedOn w:val="Normlny"/>
    <w:uiPriority w:val="99"/>
    <w:unhideWhenUsed/>
    <w:rsid w:val="00326F90"/>
    <w:pPr>
      <w:ind w:left="720" w:hanging="360"/>
      <w:contextualSpacing/>
    </w:pPr>
  </w:style>
  <w:style w:type="paragraph" w:styleId="Zoznam3">
    <w:name w:val="List 3"/>
    <w:basedOn w:val="Normlny"/>
    <w:uiPriority w:val="99"/>
    <w:unhideWhenUsed/>
    <w:rsid w:val="00326F90"/>
    <w:pPr>
      <w:ind w:left="1080" w:hanging="360"/>
      <w:contextualSpacing/>
    </w:pPr>
  </w:style>
  <w:style w:type="paragraph" w:styleId="Zoznamsodrkami">
    <w:name w:val="List Bullet"/>
    <w:basedOn w:val="Normlny"/>
    <w:uiPriority w:val="99"/>
    <w:unhideWhenUsed/>
    <w:rsid w:val="00326F90"/>
    <w:pPr>
      <w:numPr>
        <w:numId w:val="1"/>
      </w:numPr>
      <w:contextualSpacing/>
    </w:pPr>
  </w:style>
  <w:style w:type="paragraph" w:styleId="Zoznamsodrkami2">
    <w:name w:val="List Bullet 2"/>
    <w:basedOn w:val="Normlny"/>
    <w:uiPriority w:val="99"/>
    <w:unhideWhenUsed/>
    <w:rsid w:val="00326F90"/>
    <w:pPr>
      <w:numPr>
        <w:numId w:val="2"/>
      </w:numPr>
      <w:contextualSpacing/>
    </w:pPr>
  </w:style>
  <w:style w:type="paragraph" w:styleId="Zoznamsodrkami3">
    <w:name w:val="List Bullet 3"/>
    <w:basedOn w:val="Normlny"/>
    <w:uiPriority w:val="99"/>
    <w:unhideWhenUsed/>
    <w:rsid w:val="00326F90"/>
    <w:pPr>
      <w:numPr>
        <w:numId w:val="3"/>
      </w:numPr>
      <w:contextualSpacing/>
    </w:pPr>
  </w:style>
  <w:style w:type="paragraph" w:styleId="slovanzoznam">
    <w:name w:val="List Number"/>
    <w:basedOn w:val="Normlny"/>
    <w:uiPriority w:val="99"/>
    <w:unhideWhenUsed/>
    <w:rsid w:val="00326F90"/>
    <w:pPr>
      <w:numPr>
        <w:numId w:val="4"/>
      </w:numPr>
      <w:contextualSpacing/>
    </w:pPr>
  </w:style>
  <w:style w:type="paragraph" w:styleId="slovanzoznam2">
    <w:name w:val="List Number 2"/>
    <w:basedOn w:val="Normlny"/>
    <w:uiPriority w:val="99"/>
    <w:unhideWhenUsed/>
    <w:rsid w:val="0029639D"/>
    <w:pPr>
      <w:numPr>
        <w:numId w:val="5"/>
      </w:numPr>
      <w:contextualSpacing/>
    </w:pPr>
  </w:style>
  <w:style w:type="paragraph" w:styleId="slovanzoznam3">
    <w:name w:val="List Number 3"/>
    <w:basedOn w:val="Normlny"/>
    <w:uiPriority w:val="99"/>
    <w:unhideWhenUsed/>
    <w:rsid w:val="0029639D"/>
    <w:pPr>
      <w:numPr>
        <w:numId w:val="6"/>
      </w:numPr>
      <w:contextualSpacing/>
    </w:pPr>
  </w:style>
  <w:style w:type="paragraph" w:styleId="Pokraovaniezoznamu">
    <w:name w:val="List Continue"/>
    <w:basedOn w:val="Normlny"/>
    <w:uiPriority w:val="99"/>
    <w:unhideWhenUsed/>
    <w:rsid w:val="0029639D"/>
    <w:pPr>
      <w:spacing w:after="120"/>
      <w:ind w:left="360"/>
      <w:contextualSpacing/>
    </w:pPr>
  </w:style>
  <w:style w:type="paragraph" w:styleId="Pokraovaniezoznamu2">
    <w:name w:val="List Continue 2"/>
    <w:basedOn w:val="Normlny"/>
    <w:uiPriority w:val="99"/>
    <w:unhideWhenUsed/>
    <w:rsid w:val="0029639D"/>
    <w:pPr>
      <w:spacing w:after="120"/>
      <w:ind w:left="720"/>
      <w:contextualSpacing/>
    </w:pPr>
  </w:style>
  <w:style w:type="paragraph" w:styleId="Pokraovaniezoznamu3">
    <w:name w:val="List Continue 3"/>
    <w:basedOn w:val="Normlny"/>
    <w:uiPriority w:val="99"/>
    <w:unhideWhenUsed/>
    <w:rsid w:val="0029639D"/>
    <w:pPr>
      <w:spacing w:after="120"/>
      <w:ind w:left="1080"/>
      <w:contextualSpacing/>
    </w:pPr>
  </w:style>
  <w:style w:type="paragraph" w:styleId="Textmakra">
    <w:name w:val="macro"/>
    <w:link w:val="Textmakra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kraChar">
    <w:name w:val="Text makra Char"/>
    <w:basedOn w:val="Predvolenpsmoodseku"/>
    <w:link w:val="Textmakra"/>
    <w:uiPriority w:val="99"/>
    <w:rsid w:val="0029639D"/>
    <w:rPr>
      <w:rFonts w:ascii="Courier" w:hAnsi="Courier"/>
      <w:sz w:val="20"/>
      <w:szCs w:val="20"/>
    </w:rPr>
  </w:style>
  <w:style w:type="paragraph" w:styleId="Citcia">
    <w:name w:val="Quote"/>
    <w:basedOn w:val="Normlny"/>
    <w:next w:val="Normlny"/>
    <w:link w:val="CitciaChar"/>
    <w:uiPriority w:val="29"/>
    <w:qFormat/>
    <w:rsid w:val="00FC693F"/>
    <w:rPr>
      <w:i/>
      <w:iCs/>
      <w:color w:val="000000" w:themeColor="text1"/>
    </w:rPr>
  </w:style>
  <w:style w:type="character" w:customStyle="1" w:styleId="CitciaChar">
    <w:name w:val="Citácia Char"/>
    <w:basedOn w:val="Predvolenpsmoodseku"/>
    <w:link w:val="Citcia"/>
    <w:uiPriority w:val="29"/>
    <w:rsid w:val="00FC693F"/>
    <w:rPr>
      <w:i/>
      <w:iCs/>
      <w:color w:val="000000" w:themeColor="text1"/>
    </w:rPr>
  </w:style>
  <w:style w:type="character" w:customStyle="1" w:styleId="Nadpis4Char">
    <w:name w:val="Nadpis 4 Char"/>
    <w:basedOn w:val="Predvolenpsmoodseku"/>
    <w:link w:val="Nadpis4"/>
    <w:uiPriority w:val="9"/>
    <w:semiHidden/>
    <w:rsid w:val="00FC693F"/>
    <w:rPr>
      <w:rFonts w:asciiTheme="majorHAnsi" w:eastAsiaTheme="majorEastAsia" w:hAnsiTheme="majorHAnsi" w:cstheme="majorBidi"/>
      <w:b/>
      <w:bCs/>
      <w:i/>
      <w:iCs/>
      <w:color w:val="4F81BD" w:themeColor="accent1"/>
    </w:rPr>
  </w:style>
  <w:style w:type="character" w:customStyle="1" w:styleId="Nadpis5Char">
    <w:name w:val="Nadpis 5 Char"/>
    <w:basedOn w:val="Predvolenpsmoodseku"/>
    <w:link w:val="Nadpis5"/>
    <w:uiPriority w:val="9"/>
    <w:semiHidden/>
    <w:rsid w:val="00FC693F"/>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semiHidden/>
    <w:rsid w:val="00FC693F"/>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uiPriority w:val="9"/>
    <w:semiHidden/>
    <w:rsid w:val="00FC693F"/>
    <w:rPr>
      <w:rFonts w:asciiTheme="majorHAnsi" w:eastAsiaTheme="majorEastAsia" w:hAnsiTheme="majorHAnsi" w:cstheme="majorBidi"/>
      <w:i/>
      <w:iCs/>
      <w:color w:val="404040" w:themeColor="text1" w:themeTint="BF"/>
    </w:rPr>
  </w:style>
  <w:style w:type="character" w:customStyle="1" w:styleId="Nadpis8Char">
    <w:name w:val="Nadpis 8 Char"/>
    <w:basedOn w:val="Predvolenpsmoodseku"/>
    <w:link w:val="Nadpis8"/>
    <w:uiPriority w:val="9"/>
    <w:semiHidden/>
    <w:rsid w:val="00FC693F"/>
    <w:rPr>
      <w:rFonts w:asciiTheme="majorHAnsi" w:eastAsiaTheme="majorEastAsia" w:hAnsiTheme="majorHAnsi" w:cstheme="majorBidi"/>
      <w:color w:val="4F81BD" w:themeColor="accent1"/>
      <w:sz w:val="20"/>
      <w:szCs w:val="20"/>
    </w:rPr>
  </w:style>
  <w:style w:type="character" w:customStyle="1" w:styleId="Nadpis9Char">
    <w:name w:val="Nadpis 9 Char"/>
    <w:basedOn w:val="Predvolenpsmoodseku"/>
    <w:link w:val="Nadpis9"/>
    <w:uiPriority w:val="9"/>
    <w:semiHidden/>
    <w:rsid w:val="00FC693F"/>
    <w:rPr>
      <w:rFonts w:asciiTheme="majorHAnsi" w:eastAsiaTheme="majorEastAsia" w:hAnsiTheme="majorHAnsi" w:cstheme="majorBidi"/>
      <w:i/>
      <w:iCs/>
      <w:color w:val="404040" w:themeColor="text1" w:themeTint="BF"/>
      <w:sz w:val="20"/>
      <w:szCs w:val="20"/>
    </w:rPr>
  </w:style>
  <w:style w:type="paragraph" w:styleId="Popis">
    <w:name w:val="caption"/>
    <w:basedOn w:val="Normlny"/>
    <w:next w:val="Normlny"/>
    <w:uiPriority w:val="35"/>
    <w:semiHidden/>
    <w:unhideWhenUsed/>
    <w:qFormat/>
    <w:rsid w:val="00FC693F"/>
    <w:pPr>
      <w:spacing w:line="240" w:lineRule="auto"/>
    </w:pPr>
    <w:rPr>
      <w:b/>
      <w:bCs/>
      <w:color w:val="4F81BD" w:themeColor="accent1"/>
      <w:sz w:val="18"/>
      <w:szCs w:val="18"/>
    </w:rPr>
  </w:style>
  <w:style w:type="character" w:styleId="Vrazn">
    <w:name w:val="Strong"/>
    <w:basedOn w:val="Predvolenpsmoodseku"/>
    <w:uiPriority w:val="22"/>
    <w:qFormat/>
    <w:rsid w:val="00FC693F"/>
    <w:rPr>
      <w:b/>
      <w:bCs/>
    </w:rPr>
  </w:style>
  <w:style w:type="character" w:styleId="Zvraznenie">
    <w:name w:val="Emphasis"/>
    <w:basedOn w:val="Predvolenpsmoodseku"/>
    <w:uiPriority w:val="20"/>
    <w:qFormat/>
    <w:rsid w:val="00FC693F"/>
    <w:rPr>
      <w:i/>
      <w:iCs/>
    </w:rPr>
  </w:style>
  <w:style w:type="paragraph" w:styleId="Zvraznencitcia">
    <w:name w:val="Intense Quote"/>
    <w:basedOn w:val="Normlny"/>
    <w:next w:val="Normlny"/>
    <w:link w:val="Zvraznencitci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ZvraznencitciaChar">
    <w:name w:val="Zvýraznená citácia Char"/>
    <w:basedOn w:val="Predvolenpsmoodseku"/>
    <w:link w:val="Zvraznencitcia"/>
    <w:uiPriority w:val="30"/>
    <w:rsid w:val="00FC693F"/>
    <w:rPr>
      <w:b/>
      <w:bCs/>
      <w:i/>
      <w:iCs/>
      <w:color w:val="4F81BD" w:themeColor="accent1"/>
    </w:rPr>
  </w:style>
  <w:style w:type="character" w:styleId="Jemnzvraznenie">
    <w:name w:val="Subtle Emphasis"/>
    <w:basedOn w:val="Predvolenpsmoodseku"/>
    <w:uiPriority w:val="19"/>
    <w:qFormat/>
    <w:rsid w:val="00FC693F"/>
    <w:rPr>
      <w:i/>
      <w:iCs/>
      <w:color w:val="808080" w:themeColor="text1" w:themeTint="7F"/>
    </w:rPr>
  </w:style>
  <w:style w:type="character" w:styleId="Intenzvnezvraznenie">
    <w:name w:val="Intense Emphasis"/>
    <w:basedOn w:val="Predvolenpsmoodseku"/>
    <w:uiPriority w:val="21"/>
    <w:qFormat/>
    <w:rsid w:val="00FC693F"/>
    <w:rPr>
      <w:b/>
      <w:bCs/>
      <w:i/>
      <w:iCs/>
      <w:color w:val="4F81BD" w:themeColor="accent1"/>
    </w:rPr>
  </w:style>
  <w:style w:type="character" w:styleId="Jemnodkaz">
    <w:name w:val="Subtle Reference"/>
    <w:basedOn w:val="Predvolenpsmoodseku"/>
    <w:uiPriority w:val="31"/>
    <w:qFormat/>
    <w:rsid w:val="00FC693F"/>
    <w:rPr>
      <w:smallCaps/>
      <w:color w:val="C0504D" w:themeColor="accent2"/>
      <w:u w:val="single"/>
    </w:rPr>
  </w:style>
  <w:style w:type="character" w:styleId="Zvraznenodkaz">
    <w:name w:val="Intense Reference"/>
    <w:basedOn w:val="Predvolenpsmoodseku"/>
    <w:uiPriority w:val="32"/>
    <w:qFormat/>
    <w:rsid w:val="00FC693F"/>
    <w:rPr>
      <w:b/>
      <w:bCs/>
      <w:smallCaps/>
      <w:color w:val="C0504D" w:themeColor="accent2"/>
      <w:spacing w:val="5"/>
      <w:u w:val="single"/>
    </w:rPr>
  </w:style>
  <w:style w:type="character" w:styleId="Nzovknihy">
    <w:name w:val="Book Title"/>
    <w:basedOn w:val="Predvolenpsmoodseku"/>
    <w:uiPriority w:val="33"/>
    <w:qFormat/>
    <w:rsid w:val="00FC693F"/>
    <w:rPr>
      <w:b/>
      <w:bCs/>
      <w:smallCaps/>
      <w:spacing w:val="5"/>
    </w:rPr>
  </w:style>
  <w:style w:type="paragraph" w:styleId="Hlavikaobsahu">
    <w:name w:val="TOC Heading"/>
    <w:basedOn w:val="Nadpis1"/>
    <w:next w:val="Normlny"/>
    <w:uiPriority w:val="39"/>
    <w:semiHidden/>
    <w:unhideWhenUsed/>
    <w:qFormat/>
    <w:rsid w:val="00FC693F"/>
    <w:pPr>
      <w:outlineLvl w:val="9"/>
    </w:pPr>
  </w:style>
  <w:style w:type="table" w:styleId="Mriekatabuky">
    <w:name w:val="Table Grid"/>
    <w:basedOn w:val="Normlnatabuk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lpodfarbenie">
    <w:name w:val="Light Shading"/>
    <w:basedOn w:val="Normlnatabuk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etlpodfarbeniezvraznenie1">
    <w:name w:val="Light Shading Accent 1"/>
    <w:basedOn w:val="Normlnatabuk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etlpodfarbeniezvraznenie2">
    <w:name w:val="Light Shading Accent 2"/>
    <w:basedOn w:val="Normlnatabuk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etlpodfarbeniezvraznenie3">
    <w:name w:val="Light Shading Accent 3"/>
    <w:basedOn w:val="Normlnatabuk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etlpodfarbeniezvraznenie4">
    <w:name w:val="Light Shading Accent 4"/>
    <w:basedOn w:val="Normlnatabuk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etlpodfarbeniezvraznenie5">
    <w:name w:val="Light Shading Accent 5"/>
    <w:basedOn w:val="Normlnatabuk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etlpodfarbeniezvraznenie6">
    <w:name w:val="Light Shading Accent 6"/>
    <w:basedOn w:val="Normlnatabuk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etlzoznam">
    <w:name w:val="Light List"/>
    <w:basedOn w:val="Normlnatabuk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etlzoznamzvraznenie1">
    <w:name w:val="Light List Accent 1"/>
    <w:basedOn w:val="Normlnatabuk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etlzoznamzvraznenie2">
    <w:name w:val="Light List Accent 2"/>
    <w:basedOn w:val="Normlnatabuk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etlzoznamzvraznenie3">
    <w:name w:val="Light List Accent 3"/>
    <w:basedOn w:val="Normlnatabuk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etlzoznamzvraznenie4">
    <w:name w:val="Light List Accent 4"/>
    <w:basedOn w:val="Normlnatabuk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etlzoznamzvraznenie5">
    <w:name w:val="Light List Accent 5"/>
    <w:basedOn w:val="Normlnatabuk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vetlzoznamzvraznenie6">
    <w:name w:val="Light List Accent 6"/>
    <w:basedOn w:val="Normlnatabuk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etlmrieka">
    <w:name w:val="Light Grid"/>
    <w:basedOn w:val="Normlnatabuk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etlmriekazvraznenie1">
    <w:name w:val="Light Grid Accent 1"/>
    <w:basedOn w:val="Normlnatabuk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etlmriekazvraznenie2">
    <w:name w:val="Light Grid Accent 2"/>
    <w:basedOn w:val="Normlnatabuk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etlmriekazvraznenie3">
    <w:name w:val="Light Grid Accent 3"/>
    <w:basedOn w:val="Normlnatabuk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etlmriekazvraznenie4">
    <w:name w:val="Light Grid Accent 4"/>
    <w:basedOn w:val="Normlnatabuk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etlmriekazvraznenie5">
    <w:name w:val="Light Grid Accent 5"/>
    <w:basedOn w:val="Normlnatabuk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vetlmriekazvraznenie6">
    <w:name w:val="Light Grid Accent 6"/>
    <w:basedOn w:val="Normlnatabuk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trednpodfarbenie1">
    <w:name w:val="Medium Shading 1"/>
    <w:basedOn w:val="Normlnatabuk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trednpodfarbenie1zvraznenie1">
    <w:name w:val="Medium Shading 1 Accent 1"/>
    <w:basedOn w:val="Normlnatabuk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trednpodfarbenie1zvraznenie2">
    <w:name w:val="Medium Shading 1 Accent 2"/>
    <w:basedOn w:val="Normlnatabuk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trednpodfarbenie1zvraznenie3">
    <w:name w:val="Medium Shading 1 Accent 3"/>
    <w:basedOn w:val="Normlnatabuk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trednpodfarbenie1zvraznenie4">
    <w:name w:val="Medium Shading 1 Accent 4"/>
    <w:basedOn w:val="Normlnatabuk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trednpodfarbenie1zvraznenie5">
    <w:name w:val="Medium Shading 1 Accent 5"/>
    <w:basedOn w:val="Normlnatabuk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Farebnpodfarbenie1zvraznenie6">
    <w:name w:val="Medium Shading 1 Accent 6"/>
    <w:basedOn w:val="Normlnatabuk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trednpodfarbenie2">
    <w:name w:val="Medium Shading 2"/>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1">
    <w:name w:val="Medium Shading 2 Accent 1"/>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2">
    <w:name w:val="Medium Shading 2 Accent 2"/>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3">
    <w:name w:val="Medium Shading 2 Accent 3"/>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4">
    <w:name w:val="Medium Shading 2 Accent 4"/>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5">
    <w:name w:val="Medium Shading 2 Accent 5"/>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Farebnpodfarbenie2zvraznenie6">
    <w:name w:val="Medium Shading 2 Accent 6"/>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zoznam1">
    <w:name w:val="Medium List 1"/>
    <w:basedOn w:val="Normlnatabuk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trednzoznam1zvraznenie1">
    <w:name w:val="Medium List 1 Accent 1"/>
    <w:basedOn w:val="Normlnatabuk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trednzoznam1zvraznenie2">
    <w:name w:val="Medium List 1 Accent 2"/>
    <w:basedOn w:val="Normlnatabuk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trednzoznam1zvraznenie3">
    <w:name w:val="Medium List 1 Accent 3"/>
    <w:basedOn w:val="Normlnatabuk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trednzoznam1zvraznenie4">
    <w:name w:val="Medium List 1 Accent 4"/>
    <w:basedOn w:val="Normlnatabuk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trednzoznam1zvraznenie5">
    <w:name w:val="Medium List 1 Accent 5"/>
    <w:basedOn w:val="Normlnatabuk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trednzoznam1zvraznenie6">
    <w:name w:val="Medium List 1 Accent 6"/>
    <w:basedOn w:val="Normlnatabuk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trednzoznam2">
    <w:name w:val="Medium List 2"/>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1">
    <w:name w:val="Medium List 2 Accent 1"/>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2">
    <w:name w:val="Medium List 2 Accent 2"/>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3">
    <w:name w:val="Medium List 2 Accent 3"/>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4">
    <w:name w:val="Medium List 2 Accent 4"/>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5">
    <w:name w:val="Medium List 2 Accent 5"/>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6">
    <w:name w:val="Medium List 2 Accent 6"/>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mrieka1">
    <w:name w:val="Medium Grid 1"/>
    <w:basedOn w:val="Normlnatabuk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trednmrieka1zvraznenie1">
    <w:name w:val="Medium Grid 1 Accent 1"/>
    <w:basedOn w:val="Normlnatabuk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trednmrieka1zvraznenie2">
    <w:name w:val="Medium Grid 1 Accent 2"/>
    <w:basedOn w:val="Normlnatabuk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trednmrieka1zvraznenie3">
    <w:name w:val="Medium Grid 1 Accent 3"/>
    <w:basedOn w:val="Normlnatabuk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trednmrieka1zvraznenie4">
    <w:name w:val="Medium Grid 1 Accent 4"/>
    <w:basedOn w:val="Normlnatabuk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trednmrieka1zvraznenie5">
    <w:name w:val="Medium Grid 1 Accent 5"/>
    <w:basedOn w:val="Normlnatabuk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trednmrieka1zvraznenie6">
    <w:name w:val="Medium Grid 1 Accent 6"/>
    <w:basedOn w:val="Normlnatabuk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trednmrieka2">
    <w:name w:val="Medium Grid 2"/>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trednmrieka2zvraznenie1">
    <w:name w:val="Medium Grid 2 Accent 1"/>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trednmrieka2zvraznenie2">
    <w:name w:val="Medium Grid 2 Accent 2"/>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trednmrieka2zvraznenie3">
    <w:name w:val="Medium Grid 2 Accent 3"/>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trednmrieka2zvraznenie4">
    <w:name w:val="Medium Grid 2 Accent 4"/>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trednmrieka2zvraznenie5">
    <w:name w:val="Medium Grid 2 Accent 5"/>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trednmrieka2zvraznenie6">
    <w:name w:val="Medium Grid 2 Accent 6"/>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trednmrieka3">
    <w:name w:val="Medium Grid 3"/>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trednmrieka3zvraznenie1">
    <w:name w:val="Medium Grid 3 Accent 1"/>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trednmrieka3zvraznenie2">
    <w:name w:val="Medium Grid 3 Accent 2"/>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trednmrieka3zvraznenie3">
    <w:name w:val="Medium Grid 3 Accent 3"/>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trednmrieka3zvraznenie4">
    <w:name w:val="Medium Grid 3 Accent 4"/>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trednmrieka3zvraznenie5">
    <w:name w:val="Medium Grid 3 Accent 5"/>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trednmrieka3zvraznenie6">
    <w:name w:val="Medium Grid 3 Accent 6"/>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mavzoznam">
    <w:name w:val="Dark List"/>
    <w:basedOn w:val="Normlnatabuk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mavzoznamzvraznenie1">
    <w:name w:val="Dark List Accent 1"/>
    <w:basedOn w:val="Normlnatabuk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mavzoznamzvraznenie2">
    <w:name w:val="Dark List Accent 2"/>
    <w:basedOn w:val="Normlnatabuk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mavzoznamzvraznenie3">
    <w:name w:val="Dark List Accent 3"/>
    <w:basedOn w:val="Normlnatabuk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mavzoznamzvraznenie4">
    <w:name w:val="Dark List Accent 4"/>
    <w:basedOn w:val="Normlnatabuk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mavzoznamzvraznenie5">
    <w:name w:val="Dark List Accent 5"/>
    <w:basedOn w:val="Normlnatabuk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mavzoznamzvraznenie6">
    <w:name w:val="Dark List Accent 6"/>
    <w:basedOn w:val="Normlnatabuk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ebnpodfarbenie">
    <w:name w:val="Colorful Shading"/>
    <w:basedOn w:val="Normlnatabu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ebnpodfarbeniezvraznenie1">
    <w:name w:val="Colorful Shading Accent 1"/>
    <w:basedOn w:val="Normlnatabu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ebnpodfarbeniezvraznenie2">
    <w:name w:val="Colorful Shading Accent 2"/>
    <w:basedOn w:val="Normlnatabu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ebnpodfarbeniezvraznenie3">
    <w:name w:val="Colorful Shading Accent 3"/>
    <w:basedOn w:val="Normlnatabuk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ebnpodfarbeniezvraznenie4">
    <w:name w:val="Colorful Shading Accent 4"/>
    <w:basedOn w:val="Normlnatabuk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ebnpodfarbeniezvraznenie5">
    <w:name w:val="Colorful Shading Accent 5"/>
    <w:basedOn w:val="Normlnatabuk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ebnpodfarbeniezvraznenie6">
    <w:name w:val="Colorful Shading Accent 6"/>
    <w:basedOn w:val="Normlnatabuk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ebnzoznam">
    <w:name w:val="Colorful List"/>
    <w:basedOn w:val="Normlnatabuk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ebnzoznamzvraznenie1">
    <w:name w:val="Colorful List Accent 1"/>
    <w:basedOn w:val="Normlnatabuk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ebnzoznamzvraznenie2">
    <w:name w:val="Colorful List Accent 2"/>
    <w:basedOn w:val="Normlnatabuk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ebnzoznamzvraznenie3">
    <w:name w:val="Colorful List Accent 3"/>
    <w:basedOn w:val="Normlnatabuk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ebnzoznamzvraznenie4">
    <w:name w:val="Colorful List Accent 4"/>
    <w:basedOn w:val="Normlnatabuk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ebnzoznamzvraznenie5">
    <w:name w:val="Colorful List Accent 5"/>
    <w:basedOn w:val="Normlnatabuk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ebnzoznamzvraznenie6">
    <w:name w:val="Colorful List Accent 6"/>
    <w:basedOn w:val="Normlnatabuk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ebnmrieka">
    <w:name w:val="Colorful Grid"/>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ebnmriekazvraznenie1">
    <w:name w:val="Colorful Grid Accent 1"/>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ebnmriekazvraznenie2">
    <w:name w:val="Colorful Grid Accent 2"/>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ebnmriekazvraznenie3">
    <w:name w:val="Colorful Grid Accent 3"/>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ebnmriekazvraznenie4">
    <w:name w:val="Colorful Grid Accent 4"/>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ebnmriekazvraznenie5">
    <w:name w:val="Colorful Grid Accent 5"/>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ebnmriekazvraznenie6">
    <w:name w:val="Colorful Grid Accent 6"/>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textovprepojenie">
    <w:name w:val="Hyperlink"/>
    <w:basedOn w:val="Predvolenpsmoodseku"/>
    <w:uiPriority w:val="99"/>
    <w:unhideWhenUsed/>
    <w:rsid w:val="000A0650"/>
    <w:rPr>
      <w:color w:val="0000FF" w:themeColor="hyperlink"/>
      <w:u w:val="single"/>
    </w:rPr>
  </w:style>
  <w:style w:type="character" w:styleId="Nevyrieenzmienka">
    <w:name w:val="Unresolved Mention"/>
    <w:basedOn w:val="Predvolenpsmoodseku"/>
    <w:uiPriority w:val="99"/>
    <w:semiHidden/>
    <w:unhideWhenUsed/>
    <w:rsid w:val="000A06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53851">
      <w:bodyDiv w:val="1"/>
      <w:marLeft w:val="0"/>
      <w:marRight w:val="0"/>
      <w:marTop w:val="0"/>
      <w:marBottom w:val="0"/>
      <w:divBdr>
        <w:top w:val="none" w:sz="0" w:space="0" w:color="auto"/>
        <w:left w:val="none" w:sz="0" w:space="0" w:color="auto"/>
        <w:bottom w:val="none" w:sz="0" w:space="0" w:color="auto"/>
        <w:right w:val="none" w:sz="0" w:space="0" w:color="auto"/>
      </w:divBdr>
    </w:div>
    <w:div w:id="29690430">
      <w:bodyDiv w:val="1"/>
      <w:marLeft w:val="0"/>
      <w:marRight w:val="0"/>
      <w:marTop w:val="0"/>
      <w:marBottom w:val="0"/>
      <w:divBdr>
        <w:top w:val="none" w:sz="0" w:space="0" w:color="auto"/>
        <w:left w:val="none" w:sz="0" w:space="0" w:color="auto"/>
        <w:bottom w:val="none" w:sz="0" w:space="0" w:color="auto"/>
        <w:right w:val="none" w:sz="0" w:space="0" w:color="auto"/>
      </w:divBdr>
    </w:div>
    <w:div w:id="591814948">
      <w:bodyDiv w:val="1"/>
      <w:marLeft w:val="0"/>
      <w:marRight w:val="0"/>
      <w:marTop w:val="0"/>
      <w:marBottom w:val="0"/>
      <w:divBdr>
        <w:top w:val="none" w:sz="0" w:space="0" w:color="auto"/>
        <w:left w:val="none" w:sz="0" w:space="0" w:color="auto"/>
        <w:bottom w:val="none" w:sz="0" w:space="0" w:color="auto"/>
        <w:right w:val="none" w:sz="0" w:space="0" w:color="auto"/>
      </w:divBdr>
    </w:div>
    <w:div w:id="772745628">
      <w:bodyDiv w:val="1"/>
      <w:marLeft w:val="0"/>
      <w:marRight w:val="0"/>
      <w:marTop w:val="0"/>
      <w:marBottom w:val="0"/>
      <w:divBdr>
        <w:top w:val="none" w:sz="0" w:space="0" w:color="auto"/>
        <w:left w:val="none" w:sz="0" w:space="0" w:color="auto"/>
        <w:bottom w:val="none" w:sz="0" w:space="0" w:color="auto"/>
        <w:right w:val="none" w:sz="0" w:space="0" w:color="auto"/>
      </w:divBdr>
    </w:div>
    <w:div w:id="777335442">
      <w:bodyDiv w:val="1"/>
      <w:marLeft w:val="0"/>
      <w:marRight w:val="0"/>
      <w:marTop w:val="0"/>
      <w:marBottom w:val="0"/>
      <w:divBdr>
        <w:top w:val="none" w:sz="0" w:space="0" w:color="auto"/>
        <w:left w:val="none" w:sz="0" w:space="0" w:color="auto"/>
        <w:bottom w:val="none" w:sz="0" w:space="0" w:color="auto"/>
        <w:right w:val="none" w:sz="0" w:space="0" w:color="auto"/>
      </w:divBdr>
    </w:div>
    <w:div w:id="894779715">
      <w:bodyDiv w:val="1"/>
      <w:marLeft w:val="0"/>
      <w:marRight w:val="0"/>
      <w:marTop w:val="0"/>
      <w:marBottom w:val="0"/>
      <w:divBdr>
        <w:top w:val="none" w:sz="0" w:space="0" w:color="auto"/>
        <w:left w:val="none" w:sz="0" w:space="0" w:color="auto"/>
        <w:bottom w:val="none" w:sz="0" w:space="0" w:color="auto"/>
        <w:right w:val="none" w:sz="0" w:space="0" w:color="auto"/>
      </w:divBdr>
    </w:div>
    <w:div w:id="1078747889">
      <w:bodyDiv w:val="1"/>
      <w:marLeft w:val="0"/>
      <w:marRight w:val="0"/>
      <w:marTop w:val="0"/>
      <w:marBottom w:val="0"/>
      <w:divBdr>
        <w:top w:val="none" w:sz="0" w:space="0" w:color="auto"/>
        <w:left w:val="none" w:sz="0" w:space="0" w:color="auto"/>
        <w:bottom w:val="none" w:sz="0" w:space="0" w:color="auto"/>
        <w:right w:val="none" w:sz="0" w:space="0" w:color="auto"/>
      </w:divBdr>
    </w:div>
    <w:div w:id="1195652260">
      <w:bodyDiv w:val="1"/>
      <w:marLeft w:val="0"/>
      <w:marRight w:val="0"/>
      <w:marTop w:val="0"/>
      <w:marBottom w:val="0"/>
      <w:divBdr>
        <w:top w:val="none" w:sz="0" w:space="0" w:color="auto"/>
        <w:left w:val="none" w:sz="0" w:space="0" w:color="auto"/>
        <w:bottom w:val="none" w:sz="0" w:space="0" w:color="auto"/>
        <w:right w:val="none" w:sz="0" w:space="0" w:color="auto"/>
      </w:divBdr>
    </w:div>
    <w:div w:id="1220434053">
      <w:bodyDiv w:val="1"/>
      <w:marLeft w:val="0"/>
      <w:marRight w:val="0"/>
      <w:marTop w:val="0"/>
      <w:marBottom w:val="0"/>
      <w:divBdr>
        <w:top w:val="none" w:sz="0" w:space="0" w:color="auto"/>
        <w:left w:val="none" w:sz="0" w:space="0" w:color="auto"/>
        <w:bottom w:val="none" w:sz="0" w:space="0" w:color="auto"/>
        <w:right w:val="none" w:sz="0" w:space="0" w:color="auto"/>
      </w:divBdr>
    </w:div>
    <w:div w:id="165085904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skovarce.estranky.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132999-9464-4C5D-81D1-44EC7C1C0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594</TotalTime>
  <Pages>32</Pages>
  <Words>13601</Words>
  <Characters>77532</Characters>
  <Application>Microsoft Office Word</Application>
  <DocSecurity>0</DocSecurity>
  <Lines>646</Lines>
  <Paragraphs>181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90952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BUJNOVÁ Zdenka</cp:lastModifiedBy>
  <cp:revision>21</cp:revision>
  <cp:lastPrinted>2026-08-12T06:48:00Z</cp:lastPrinted>
  <dcterms:created xsi:type="dcterms:W3CDTF">2013-12-23T23:15:00Z</dcterms:created>
  <dcterms:modified xsi:type="dcterms:W3CDTF">2026-08-31T06:30:00Z</dcterms:modified>
  <cp:category/>
</cp:coreProperties>
</file>